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乳山市风电装备特色产业集群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海力风电设备科技（威海）有限公司企业分析报告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海力风电（301155.SZ）年度报告、乳山市政府/大众网报道及天眼查工商信息整理。海力风电设备科技（威海）有限公司为江苏海力风电（301155.SZ）全资子公司，单体财报未披露，以下采用母公司合并财报（2023—2025年真实数据）与威海基地公开报道口径并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海力风电设备科技（威海）有限公司为江苏海力风电设备科技股份有限公司（301155.SZ）全资子公司，2023年落户乳山经济开发区，总投资20亿元、占地640亩；主营8兆瓦以上海上风电单桩、塔筒及升压站模块等。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纳入海力风电上市公司体系，设威海基地生产、技术、财务（常务副总唐春雷、总经理王林林公开报道）。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2023年落户乳山，一期历时2年建成，具备单桩1500吨以上批量制造能力；二期、三期规划年产值达40亿元，助力乳山百亿级海上风电集群。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定位为海上风电装备（单桩、塔筒、导管架、升压站）制造商，服务山东半岛南等海上风场。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以单桩、塔筒、导管架、升压站等海上风电基础装备为主。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8MW以上海上风电单桩（重达1400吨）、塔筒、导管架、升压站模块。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下游为海上风电开发商（如唐山乐亭月坨岛项目），与明阳主机同供，形成集聚区协同；手持47根单桩订单（2024年报道）。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采购钢板（厚达10厘米）、焊接材料等，受钢价影响。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厂区坞道水深9—11m、码头前沿110m；单桩年产能120套（规划）、可年产大功率管桩80套（一期）；毫米级精度（偏差≤30mm）；国内领先单桩技术。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集团化直销，依托乳山港直发海上风场。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2024年产值预计突破10亿元，一二三期达产年产值40亿元；手持47根单桩订单（2024）。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威海子公司单体财报未披露；以下为母公司海力风电（301155.SZ）合并口径（单位：亿元），数据真实可查：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16.85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13.55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46.41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-0.88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0.66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3.47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风电设备收入占比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（主轴）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（主轴）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98.38%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桩基收入(2025)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26.87</w:t>
            </w:r>
          </w:p>
        </w:tc>
      </w:tr>
      <w:tr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塔筒收入(2025)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12.65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分析：母公司营收波动较大（2023年16.85亿、2024年13.55亿、2025年46.41亿），2023年亏损0.88亿、2025年净利回升至3.47亿；桩基+塔筒为主力。威海基地处产能爬坡期，达产目标年产值40亿元。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上市公司规范治理，威海基地为全资子公司。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常务副总经理唐春雷、总经理王林林（公开报道）。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集团化质量与安全管理，单桩焊接跟踪仪等智能质控。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以焊接、装配与技术工人为主。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一是技术壁垒：单桩批量制造国内领先、毫米级精度。二是母企壁垒：海力风电（301155）上市平台与16年海上风电经验。三是区位壁垒：乳山港深水码头直发。四是协同壁垒：与明阳等集聚区一站式配套。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海上风电装机政策与节奏波动；钢价波动影响毛利；大件运输与交付周期；母公司盈利波动。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产能爬坡+多基地建设；深化集聚区协同；智能质控降本。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风电开发商应收账款可开展保理。供应链金融：围绕钢板采购与单桩订单设计融资。融资租赁：单桩/塔筒生产线可售后回租。山东投资可结合海上风电集聚区，以供应链金融与设备租赁切入，关注装机政策与母公司盈利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海力风电（威海）是乳山海上风电单桩龙头，母企上市、技术领先，达产目标年产值40亿。建议：山东投资以供应链金融与设备租赁切入，关注政策节奏与钢价波动。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数据来源说明：海力风电（301155.SZ）2025年年度报告；乳山市政府/大众网报道《海力风电新能源装备制造跑出创新加速度》（2025.5）；乳山市税务局公开信息（2024.6）；天眼查工商信息。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