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兰陵县绿色循环铸造特色产业集群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山东国铭球墨铸管科技有限公司企业分析报告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基于启信宝、企查查、爱企查、公司官网（jg-sdgmip.com）、鲁网/泰山财经等公开渠道整理。该公司现名"国铭铸管股份有限公司"（曾用名山东国铭球墨铸管科技有限公司），为济钢集团控股的国有控股混合所有制企业。财务数据来源于公开披露片段（企查查2021年营业收入、媒体报道2023年销售收入与总资产），非完整年报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国铭球墨铸管科技有限公司（现名：国铭铸管股份有限公司）成立于2016年8月10日，注册地址位于山东省临沂市兰陵县尚岩镇206国道南（兰陵县矿业循环经济产业园内），法定代表人为杨洪彬。公司注册资本60,000万元人民币（实缴60,000万元），企业类型为其他股份有限公司（非上市），统一社会信用代码91371324MA3CF12D7P，登记机关为临沂市市场监督管理局，具海关注册编码（3715968010）与进出口资质。经营范围涵盖黑色金属铸造、非煤矿山矿产资源开采、供暖服务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济钢集团有限公司控股的国有控股混合所有制企业。股权结构为：济钢集团有限公司持股约43.15%（控股股东），山东金玺泰矿业有限公司持股约36.68%，山东铸信企业管理咨询中心（核心员工持股平台）持股约20.17%，形成"国有资本+民营战略投资者+核心员工持股"（43:37:20）的混改架构。济钢集团由山东钢铁集团有限公司（山钢集团）100%持股。公司对外投资2家企业，设12名主要人员，员工约1,254人（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前身可追溯至1957年成立的济南铁厂（曾产出山东省第一炉铁、第一根球墨铸铁管），在原山东球墨铸铁管有限公司（济钢铸管）业务基础上重组设立。2016年响应济南东部老工业基地搬迁要求，济钢铸管搬迁至临沂兰陵，当年投产、当年盈利。2021年前后更名为国铭铸管股份有限公司，并启动IPO辅导（辅导机构中信建投证券），为山钢集团混改"样板间"之一，拟通过上市融资实施二次混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集球墨铸铁管研发、生产、销售于一体，并涵盖炼铁、铸造等环节的全产业链国有控股高新技术企业，是兰陵县绿色循环铸造集群链主企业。核心产品为离心球墨铸铁管（DN80—DN2600共26种规格，符合ISO2531国际标准）及生铁，广泛应用于城镇供水、排水、供热及大型水利工程；配套生产铸造管件、铸件、胶圈、密封垫等。公司为中国第二大铸管厂、世界单体规模最大的铸管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以球墨铸铁管为核心，辅以生铁及铸件、管件等配套产品。炼铁系统年产生铁100万吨；铸管系统年产60万吨球墨铸铁管（二期完成后达100万吨）。公开披露片段显示2021年营业收入50.58亿元、2023年销售收入40多亿元，未披露分产品占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为DN80—DN2600离心球墨铸铁管（含PE内衬管、高强度球墨铸铁管、自锚管、雨污用管、特殊涂层管、顶管、城镇供热管等），以及铸造生铁、管件、胶圈、密封垫。产品符合ISO2531国际标准，通过SGS、法国BV、德国TÜV、澳大利亚SAI等国际认证，并获中国核工业集团合格供应商、TSG国家特种设备制造许可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公司客户以城镇供水、排水、供热及水利工程项目为主，产品覆盖全国并出口欧洲、美洲、大洋洲、中东、东南亚、南亚、非洲等，每年超6,000公里球墨铸管铺设于全球。具体客户结构未公开。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公司自有炼铁系统，原料以铁矿石等为主，依托兰陵矿业循环经济产业园实现铁水短流程与资源循环；具体供应商信息未公开。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炼铁年产100万吨、铸管年产60万吨（规划100万吨）；拥有ISO9001/14001/OHSMS体系、SGS、TÜV、中核合格供应商、TSG特种设备制造许可证等资质；为高新技术企业、山东省制造业单项冠军、山东省绿色工厂（第一批），并通过两化融合管理体系认证。专利198项、商标18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公司采取"工程直供+经销+出口"模式，深度参与引江济淮、海南临高、泰安引黄等大型水利工程，并拓展海外市场中。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公开披露片段：2021年营业收入50.58亿元；2023年销售收入40多亿元、总资产超30亿元；2025年信息显示年产值约50亿元。员工约1,254人。公司为中国第二大铸管厂、世界单体规模最大铸管企业，行业地位领先。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项目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2021年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备注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50.58亿元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40多亿元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公开披露片段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总资产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&gt;30亿元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公开披露片段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年产值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约50亿元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2025年信息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6.00亿元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6.00亿元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实缴6亿</w:t>
            </w:r>
          </w:p>
        </w:tc>
      </w:tr>
    </w:tbl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说明：公司为非上市股份有限公司（处于IPO辅导阶段），未公开完整三年财务报表，上表为公开渠道披露片段，口径不完全一致，仅供参照，不作精确财务分析依据。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完整盈利数据未公开。公司作为铸管行业龙头，具备规模与全产业链成本优势，盈利受钢铁原料价格与基建投资周期影响。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2023年总资产超30亿元，资产规模大、重资产特征明显。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完整负债数据未公开。公司作为国有控股企业且启动IPO，融资渠道与偿债能力相对较强。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完整现金流数据未公开。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公司为中国第二大铸管厂、世界单体规模最大铸管企业，规模与行业地位领先于多数同业；与新兴铸管等央企龙头同处第一梯队。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国有控股混合所有制企业，控股股东济钢集团（山钢集团100%持股），实际控制人可追溯至济南市国资委（启信宝显示疑似实控人济南市人民政府国资委持股43.15%）。公司治理体现"国资监管+混改"特征，设股东大会、董事会、监事会及经理层；作为国有控股企业，严格执行出资人监管、重大事项报批与"三重一大"决策制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法定代表人、董事长杨洪彬；主要管理人员12名。管理层兼具国资体系与市场化背景，推动混改与IPO进程。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公司作为国有控股企业，党建与内控体系规范，落实"三重一大"集体决策、国资审计与合规管理；通过ISO体系、两化融合等认证，建立了较完善的质量、安全、环保内控体系。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公司员工约1,254人（2025年），团队涵盖炼铁、铸造、研发、工程、贸易；作为高新技术企业，技术与产业化人才储备较强。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一，国资与资质壁垒：国有控股+中核合格供应商+TSG特种设备制造许可，工程客户准入门槛高；第二，规模壁垒：世界单体规模最大铸管企业、中国第二大铸管厂，年产铸管60万（规划100万）吨；第三，全产业链壁垒：自有炼铁+铸管+管件，短流程成本优势；第四，技术与认证壁垒：198项专利、ISO2531国际标准、SGS/TÜV/BV/SAI国际认证；第五，品牌与工程壁垒："中国铸管行业第一品牌"、制造业单项冠军，深度参与国家级水利工程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铸管行业与钢铁原料价格、基建投资周期高度相关，房地产与水利投资波动影响需求；黑色金属冶炼环保约束趋严。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公司重资产、产能大，产能利用率与原料保障对盈利影响显著；IPO进程存在不确定性。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完整财务数据未公开。重资产扩张与混改资本运作对资金需求较大。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启信宝显示企业存在一定数量自身风险与关联风险（集团成员650余家），主要为经营类纠纷，重大违法风险未见披露，但需关注环保与安全合规（黑色金属铸造属重点监管行业）。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（五）企业应对措施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公司通过绿色工厂建设、短流程减排、智能管控与混改上市提升效率与抗风险能力，并依托国资背景稳定融资。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国有控股集群链主，国铭铸管存在产业链金融服务空间：一是围绕上游铁矿石、辅料供应商及下游工程客户应收账款，可开展供应链金融与保理；二是针对二期扩产与设备升级，可探讨融资租赁；三是对园区内中小铸造配套企业，可通过核心企业信用输出开展小贷支持；四是山东投资可关注其IPO战略配售或混改股权投资机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国铭铸管是兰陵绿色循环铸造集群的国有控股链主，规模、资质、全产业链与品牌优势突出，混改与IPO打开资本化空间，但财务透明度有限（仅披露片段）、重资产与周期波动需关注。发展展望：水利基建与城市更新支撑铸管需求，绿色短流程与智能工厂巩固领先，IPO有望提升资本实力。建议：山东投资可在风控前提下，以供应链金融、融资租赁等债权工具切入，并关注其混改与IPO协同的股权机会；作为国企，合作中应重视国资审批与"三重一大"程序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本报告中工商信息、股权结构、资质荣誉、知识产权、风险信息等来源于启信宝、企查查、爱企查公开数据及公司官网（jg-sdgmip.com）；财务片段来源于企查查（2021年营业收入）与鲁网/泰山财经等公开报道（2023年销售收入、总资产）。完整财务数据未公开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