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博兴县绿色高分子新材料特色产业集群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山东京博控股集团有限公司企业分析报告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开披露公告、巨潮资讯网、东方财富、天眼查/爱企查/企查查、企业官网及权威媒体（齐鲁网、大众日报、滨州日报、菏泽日报、山东省发改委、新浪财经、经济导报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京博控股集团有限公司前身成立于1991年（原为校办工厂），现主体成立于2005年5月27日，法定代表人为栾波，统一社会信用代码9137000077527826X2，企业类型为其他有限责任公司，注册资本248,000万元（实收资本约9.36亿元，截至2025年6月底），注册地址位于山东省滨州市博兴县经济开发区，登记机关为滨州市市场监督管理局，经营状态存续。员工4,180余人，业务遍及全球50余个国家和地区，为山东省特大型民营集团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与实控：公司为由社会公益慈善组织和多元事业合伙人出资兴办的“社会型企业”。截至2025年6月底，主要股东为万马世英（上海）企业管理服务中心（有限合伙）、夕阳鸿（海南）企业管理服务中心（有限合伙）、山东省乐安慈孝公益基金会等；其中乐安慈孝基金会实缴4.91亿元，占实缴资本52.46%，为控股股东，并全权委托马韵升代表其行使表决权，马韵升表决权占比73.20%，为公司实际控制人。2026年8月工商变更：万马世英、韵泰达退出，新增万马同舟（持股约31.53%，马韵升实控）与中国对外经济贸易信托有限公司（中国中化旗下，持股约22.2%）为股东。公司为民营控股、无国有出资人，但具显著社会企业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按业务板块设多个职能部门，旗下拥有京博石化、京博中聚、京博聚烯烃、京博思达睿、京博众诚清洁能源、京博新能源等大批子公司，形成“高性能多功能新材料+高端化学品+高端装备智造+数智化解决方案+安环能碳配套服务”的产业主线。设有完善的科研创新平台与“京博N1N”产教融合模式，并联合中国化学会设立“京博科技奖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1991年以校办工厂起步，历经改制发展为现代化企业集团；2010年更名为山东京博控股股份有限公司，2018年更为现名。长期聚焦石油化工—高性能材料转型，2024年位列中国企业500强第275位、亚洲品牌500强第316位；2025年营收突破千亿，位列2025中国企业500强第254位、中国民营企业500强第98位、山东民企200强第8位。2026年7月集团党委获“山东省先进基层党组织”称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聚焦高性能多功能新材料、高端化学品、高端装备智造与数智化解决方案的现代化社会型企业集团，博兴绿色高分子新材料集群龙头。主营业务涵盖聚烯烃、橡胶、沥青、碳材料、芳纶、负碳材料、木材等高性能材料，以及特种燃料、特种化学品、助剂等高端化学品，并配套高端装备智造与废水/气/固废处理等工业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石油炼化、高端化工、高性能材料、服务业为主。2024年营业总收入737.60亿元，其中炼化与化工新材料为绝对主体；高性能材料（聚烯烃、橡胶、沥青、芳纶、碳材料、负碳材料）为战略升级方向。公司未公开披露分板块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聚烯烃（如高熔抗冲聚丙烯LA640T等汽车轻量化材料）、橡胶、海韵牌沥青、芳纶、碳材料、负碳材料、木材，以及特种燃料、特种化学品、助剂；工业服务涵盖废水处理、气循环、危废处置、固废综合利用。京博石化、京博中聚入选首批省级绿色低碳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交通出行（车用燃料、轮胎、汽车配件）、建筑基建（道路、防水、建材、电缆）、电子电气、医药器械、衣食住行等广泛领域，客户遍布全球50余个国家与地区，以大宗化工与材料分销、下游制造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生产所需原油、化工原料、催化剂及能源为主要采购对象；炼化与化工业务受国际油价、原料与能化周期影响显著。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4个大型生产基地（另有口径称2个主要基地），业务遍及全球50余国；持有危化品生产、经营等相关许可，建有省级绿色低碳企业与资源综合利用基地。获中国能源化工领域品牌价值155.89亿元（2024）、亚洲品牌500强等荣誉，“京博科技奖”已评选386位获奖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以大宗化工与材料渠道分销、直供下游制造企业为主，全球业务网络覆盖50余国；通过CHINAPLAS等国际展会与产学研论坛拓展市场，并提供系统解决方案。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总收入737.60亿元、利润总额20.72亿元（年报口径）；2025年公开报道营收突破1,108亿元，位列2025中国企业500强第254位、中国民营企业500强第98位。在山东省化工与新材料领域稳居第一梯队，为博兴绿色高分子新材料集群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数据来源：公司2024年年度报告、联合资信/大公主体评级报告（2025）及公开报道；单位：亿元。2025年营收为公开报道（新浪财经/泰山财经）口径，2025年年度报告未在本报告检索范围内交叉列示。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约727.21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737.60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约1,108（报道）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利润总额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约23.32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20.72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18.36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16.24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33.74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24.79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应收账款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16.19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24.39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472.81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485.77（2025H1末）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所有者权益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216.36</w:t>
            </w:r>
          </w:p>
        </w:tc>
        <w:tc>
          <w:tcPr>
            <w:tcW w:type="dxa" w:w="243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219.21（2025H1末）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737.60亿元（同比+1.42%），净利润16.24亿元（同比-13.05%），营业利润20.55亿元（同比-11.87%），盈利随炼化与化工周期回落；2025年营收据公开报道突破1,108亿元，规模再上台阶。整体利润率偏低，符合重化工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2024年末合并资产总额472.81亿元，所有者权益216.36亿元（含少数股东权益27.24亿元）；资产以固定资产、存货、应收及长期投资为主，重资产特征明显。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2024年末资产负债率约54.2%（1-216.36/472.81），杠杆水平在重化工集团中属中性；但2024年应收账款大幅增长（+50.64%至24.39亿元），需关注营运资金占用与回款。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2024年经营活动现金流净额24.79亿元（同比-26.52%），仍为正但回落；投资活动持续支撑产能与转型，自由现金流阶段性承压，依赖银行与信托等融资。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与山东东明石化、利华益等省内民营化工巨头相比，京博以“社会型企业+高性能材料转型+千亿营收”处于第一梯队；盈利能力受周期影响波动，但规模、产业链与品牌壁垒突出。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大型民营集团，设董事会与经营管理层；落实党建引领，2026年7月集团党委获“山东省先进基层党组织”；因含公益基金会控股与多元事业合伙人，治理兼具社会企业属性，重大决策体现“联融”与集体协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法定代表人栾波；实际控制人马韵升（通过乐安慈孝基金会行使表决权）；核心管理团队由事业合伙人组成，推行“仁孝治企、诚信和利他”文化。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建立覆盖研发、生产、安环、财务的管控体系；作为危化品生产集团，安全环保内控为重中之重，秉持“安全是天”理念推进本质化安全。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员工4,180余人；通过“京博N1N”产教融合模式联合高校培养高端科研人才，研发与产业工人梯队完备。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产业链：千亿级营收、4大生产基地、全产业链（炼化—高端化学品—高性能材料—工业服务），规模经济与抗周期能力强。二是社会企业+品牌：乐安慈孝基金会控股的独特定位与“京博”品牌（能源化工领域品牌价值155.89亿元）、亚洲品牌500强。三是研发与产学研：京博科技奖、联合高校院所、绿色低碳与负碳技术布局。四是产品矩阵：聚烯烃、芳纶、碳材料、负碳材料等高性能材料，契合新材料升级方向。五是资源与信用：千亿民企的银行与资本融资渠道畅通，2026年引入中国外贸信托优化资本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炼化与化工盈利随油价与价差波动，2024年净利润下滑13%；应对为向高性能材料转型降本增效。二是安全环保风险（重点）：危化品生产储存风险高，环保排放压力大，须持续合规投入。三是应收账款风险：2024年应收+50.64%，营运资金占用上升；需强化信用管理。四是股权频繁变更风险：近年股东多次调整，2026年引入中国外贸信托，需关注战略稳定性。五是宏观与政策风险：能耗双控、碳排放约束及化工产能政策影响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料采购与下游销售形成较大应收/票据，可开展应收账款保理。供应链金融：依托千亿链主信用，为上游供应商、下游经销商提供订单与存货融资。融资租赁：高端装备智造与新材料装置设备投资大，适合直租/回租。小贷：面向中小配套供应商短贷。京博为稳健型超大型客户，建议以“供应链金融+设备融资租赁”为主切入，并以集团合并口径评估负债与现金流后设定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京博控股是博兴绿色高分子新材料集群的千亿级链主、山东民营化工新材料龙头，规模、产业链、品牌与社会企业属性突出，2026年引入中国外贸信托优化资本结构；但重化工周期波动、安全环保合规要求高、股权频繁变更。发展展望：据公司规划与行业趋势，将持续向高性能多功能新材料、负碳材料升级，2025年营收突破千亿，向一流企业迈进。建议：一是对接供应链金融与装备融资租赁，绑定集团现金流；二是授信前评估合并负债、应收账款与项目资本金；三是将安全环保合规作为持续监测重点；四是关注股权变更后的战略稳定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数据来源说明：天眼查/爱企查（工商、股权）、公司2024年年度报告、联合资信/大公主体长期信用评级报告（2025）、京博官网 jingbo.net、新浪财经/泰山财经股权变更报道（2026-08）、中国山东网/大众日报营收报道、山东省发改委等公开信息。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