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威海市环翠区交通装备特色产业集群</w:t>
      </w:r>
    </w:p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威海广泰空港设备股份有限公司企业分析报告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（本报告数据来源于公司年报/半年报、交易所及港交所公告、巨潮资讯网、东方财富、天眼查/爱企查/企查查/启信宝、公司官网及权威媒体等公开渠道，统计时点截至最新披露信息；非上市企业未公开披露财务数据已如实标注，未作任何编造。报告供山东省投资有限公司业务参考之用。）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一、公司基本概况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（一）工商信息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威海广泰空港设备股份有限公司由李光太先生创办于1991年，1996年9月19日注册登记，法定代表人为李文轩，统一社会信用代码913710002642503020，企业类型为股份有限公司（上市），注册资本53,122.7261万元，注册地址位于山东省威海市环翠区，2007年1月在深交所中小板上市（股票代码002111）。截至2025年底员工近3,000人，总资产逾60亿元，营业总收入逾33亿元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股权结构：前十大股东中，新疆广泰空港股权投资有限合伙企业持股约27.36%（李光太家族控制）、李光太持股约12.66%、山东机场投资控股有限公司持股约2.33%、山东省机场管理集团烟台国际机场航空食品有限公司持股约2.06%等。实际控制人为李光太及其一致行动人，属民营控股上市企业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（二）组织架构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设董事会、监事会及经营管理层，拥有子公司及主要下属单位20家，包括北京中卓时代消防装备科技有限公司（全资，消防）、营口新山鹰报警设备有限公司（消防报警）、天津全华时代航天科技发展有限公司（控股，无人机）、威海广泰医疗科技有限公司、山东广大航空服务有限公司等，形成"空港+应急救援"多板块集团化架构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（三）发展沿革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1991年李光太创办；2007年1月深交所上市；2009年战略收购北京中卓时代进入高端消防车赛道；2015年纳入营口新山鹰（消防报警）；2023年发行7亿元可转换公司债券；深耕空港装备34年，成功开发44个品种482个型号产品，实现"为一架飞机配齐所有空港地面设备"；率先实现空港地面设备全系列电动化；建成全球首条空港地面装备柔性智能制造生产线，应急救援保障装备智能制造基地2025年底投产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（四）企业定位与主营业务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企业定位为全球空港地面装备领跑者、国内先进的"空地一体化"应急救援装备制造商，智能化高端保障装备制造平台。主营业务聚焦空港装备和应急救援装备两大领域，业务覆盖空港装备、消防救援装备、移动医疗装备、无人机装备、电力电子装备等板块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二、业务层面分析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（一）业务结构与收入构成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2025年主营构成：保障装备制造业收入33.19亿元（占比99.88%）。按产品：空港装备21.02亿元（占63.25%）、消防救援装备10.77亿元（占32.41%）、其他1.44亿元（4.34%）。按地区：境内26.27亿元（79.05%）、境外6.96亿元（20.95%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（二）主要产品与服务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空港装备板块：有杆牵引车、电动旅客摆渡车、飞机牵引车（电动式）、登机桥系统等44个品种482个型号，覆盖机务保障、飞机货运、油料加注、场道维护、客舱服务、机场消防六大作业单元，并实现全系列电动化。消防救援板块（北京中卓时代）：器材消防车、压缩空气泡沫消防车、泡沫消防车、8×8机场主力消防车等近百种产品。无人机板块（天津全华时代）："双头鹰""青鸾""瑶光"等大载重长航时无人机。移动医疗与电力电子（营口新山鹰报警）板块协同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（三）客户分析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空港装备客户为全球机场、航空公司及地服公司；消防救援客户为消防系统、机场及大型企业；产品出口全球100多个国家和地区。2024年前五大客户合计销售5.09亿元（占比17.62%），前五大供应商采购2.96亿元（占比14.7%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（四）供应商与采购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生产所需钢材、电子电气元件、底盘、液压件等为主要采购对象，原料价格受钢铁与电子行情影响；公司通过集团采购与供应商管理控制成本。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（五）产能/资源/牌照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截至2025年底总资产逾60亿元，员工近3,000人，技术研发人员约占11%，享受国务院津贴工程师1人；拥有行业唯一的国家空港地面设备工程技术研究中心、国家认定企业技术中心、航空地面设备国家地方联合工程实验室，被认定为国家高新技术企业、国家创新型企业、国家技术创新示范企业，设博士后科研工作站；主持/参与制修订国家标准和行业标准10余项；空港装备领域专利502项（发明85项）。羊亭生产基地新建十条智能制造生产线，应急救援保障装备智能制造基地2025年底投产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（六）销售与渠道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以直销对接机场、消防系统与军工客户为主，参与全球空港设备招标；在国内主要机场、各省市、香港及新加坡等设40余个驻站售后服务机构，承诺7×24小时响应；产品出口100多个国家。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（七）经营数据与市场占有率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2024年营业收入28.88亿元（同比+20.09%）。空港装备领域为全球领军者，产品出口100多国；消防救援板块国内行业领军。注：2024年归母净利润受毛利率下滑影响降至0.75亿元。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三、财务报表分析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（一）近三年主要会计数据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威海广泰为A股上市公司（002111.SZ），财务数据来自2022—2024年年度报告（巨潮资讯网、东方财富、深交所），单位：亿元。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211"/>
        <w:gridCol w:w="2211"/>
        <w:gridCol w:w="2211"/>
        <w:gridCol w:w="2211"/>
      </w:tblGrid>
      <w:tr>
        <w:tc>
          <w:tcPr>
            <w:tcW w:type="dxa" w:w="2154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指标</w:t>
            </w:r>
          </w:p>
        </w:tc>
        <w:tc>
          <w:tcPr>
            <w:tcW w:type="dxa" w:w="209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2022年</w:t>
            </w:r>
          </w:p>
        </w:tc>
        <w:tc>
          <w:tcPr>
            <w:tcW w:type="dxa" w:w="209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2023年</w:t>
            </w:r>
          </w:p>
        </w:tc>
        <w:tc>
          <w:tcPr>
            <w:tcW w:type="dxa" w:w="209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2024年</w:t>
            </w:r>
          </w:p>
        </w:tc>
      </w:tr>
      <w:tr>
        <w:tc>
          <w:tcPr>
            <w:tcW w:type="dxa" w:w="215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营业收入</w:t>
            </w:r>
          </w:p>
        </w:tc>
        <w:tc>
          <w:tcPr>
            <w:tcW w:type="dxa" w:w="209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23.46</w:t>
            </w:r>
          </w:p>
        </w:tc>
        <w:tc>
          <w:tcPr>
            <w:tcW w:type="dxa" w:w="209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24.04</w:t>
            </w:r>
          </w:p>
        </w:tc>
        <w:tc>
          <w:tcPr>
            <w:tcW w:type="dxa" w:w="209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28.88</w:t>
            </w:r>
          </w:p>
        </w:tc>
      </w:tr>
      <w:tr>
        <w:tc>
          <w:tcPr>
            <w:tcW w:type="dxa" w:w="215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归母净利润</w:t>
            </w:r>
          </w:p>
        </w:tc>
        <w:tc>
          <w:tcPr>
            <w:tcW w:type="dxa" w:w="209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2.40</w:t>
            </w:r>
          </w:p>
        </w:tc>
        <w:tc>
          <w:tcPr>
            <w:tcW w:type="dxa" w:w="209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1.26</w:t>
            </w:r>
          </w:p>
        </w:tc>
        <w:tc>
          <w:tcPr>
            <w:tcW w:type="dxa" w:w="209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0.75</w:t>
            </w:r>
          </w:p>
        </w:tc>
      </w:tr>
      <w:tr>
        <w:tc>
          <w:tcPr>
            <w:tcW w:type="dxa" w:w="215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毛利率</w:t>
            </w:r>
          </w:p>
        </w:tc>
        <w:tc>
          <w:tcPr>
            <w:tcW w:type="dxa" w:w="209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33.13%</w:t>
            </w:r>
          </w:p>
        </w:tc>
        <w:tc>
          <w:tcPr>
            <w:tcW w:type="dxa" w:w="209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27.02%</w:t>
            </w:r>
          </w:p>
        </w:tc>
        <w:tc>
          <w:tcPr>
            <w:tcW w:type="dxa" w:w="209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23.38%</w:t>
            </w:r>
          </w:p>
        </w:tc>
      </w:tr>
      <w:tr>
        <w:tc>
          <w:tcPr>
            <w:tcW w:type="dxa" w:w="215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资产负债率</w:t>
            </w:r>
          </w:p>
        </w:tc>
        <w:tc>
          <w:tcPr>
            <w:tcW w:type="dxa" w:w="209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43.36%</w:t>
            </w:r>
          </w:p>
        </w:tc>
        <w:tc>
          <w:tcPr>
            <w:tcW w:type="dxa" w:w="209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46.17%</w:t>
            </w:r>
          </w:p>
        </w:tc>
        <w:tc>
          <w:tcPr>
            <w:tcW w:type="dxa" w:w="209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51.25%</w:t>
            </w:r>
          </w:p>
        </w:tc>
      </w:tr>
      <w:tr>
        <w:tc>
          <w:tcPr>
            <w:tcW w:type="dxa" w:w="215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经营现金流净额</w:t>
            </w:r>
          </w:p>
        </w:tc>
        <w:tc>
          <w:tcPr>
            <w:tcW w:type="dxa" w:w="209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1.65</w:t>
            </w:r>
          </w:p>
        </w:tc>
        <w:tc>
          <w:tcPr>
            <w:tcW w:type="dxa" w:w="209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0.32</w:t>
            </w:r>
          </w:p>
        </w:tc>
        <w:tc>
          <w:tcPr>
            <w:tcW w:type="dxa" w:w="209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0.77</w:t>
            </w:r>
          </w:p>
        </w:tc>
      </w:tr>
      <w:tr>
        <w:tc>
          <w:tcPr>
            <w:tcW w:type="dxa" w:w="215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基本每股收益(元)</w:t>
            </w:r>
          </w:p>
        </w:tc>
        <w:tc>
          <w:tcPr>
            <w:tcW w:type="dxa" w:w="209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0.45</w:t>
            </w:r>
          </w:p>
        </w:tc>
        <w:tc>
          <w:tcPr>
            <w:tcW w:type="dxa" w:w="209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0.24</w:t>
            </w:r>
          </w:p>
        </w:tc>
        <w:tc>
          <w:tcPr>
            <w:tcW w:type="dxa" w:w="209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0.14</w:t>
            </w:r>
          </w:p>
        </w:tc>
      </w:tr>
      <w:tr>
        <w:tc>
          <w:tcPr>
            <w:tcW w:type="dxa" w:w="215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加权ROE</w:t>
            </w:r>
          </w:p>
        </w:tc>
        <w:tc>
          <w:tcPr>
            <w:tcW w:type="dxa" w:w="209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7.76%</w:t>
            </w:r>
          </w:p>
        </w:tc>
        <w:tc>
          <w:tcPr>
            <w:tcW w:type="dxa" w:w="209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4.12%</w:t>
            </w:r>
          </w:p>
        </w:tc>
        <w:tc>
          <w:tcPr>
            <w:tcW w:type="dxa" w:w="209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2.40%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（二）盈利分析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营收由2022年23.46亿元增至2024年28.88亿元（+20.09%）；但归母净利润由2022年2.40亿元降至2024年0.75亿元，毛利率由33.13%降至23.38%（2023年因部分高毛利产品收入占比下降、市场竞争致总体毛利率下行）。2024年净利率2.56%，盈利承压明显。研发投入2024年1.41亿元（占比4.87%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（三）资产质量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2024年末资产总计64.44亿元，其中存货17.05亿元（2023年，占净资产53.95%，计提跌价2,268万元）、应收账款13.79亿元（2023年）；固定资产9.62亿元（羊亭工厂转固）。资产以存货、应收、固定资产为主，需关注存货与应收周转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（四）负债与偿债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2024年末负债合计33.03亿元，资产负债率51.25%（较2022年43.36%上升），流动比率1.99、速动比率1.18，有息负债率49.60%；2023年发行7亿元可转债推升负债。短期偿债尚可，但杠杆上升、有息负债占比偏高需关注。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（五）现金流分析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2024年经营现金流净额0.77亿元（同比+139.94%），销售现金比率2.68%、净利润现金含量104.48%；2023年经营现金流仅0.32亿元（同比-80.52%，因备货与采购支出增加）。投资活动-1.28亿元（基地建设），筹资+0.42亿元。自由现金流-0.58亿元，阶段性承压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（六）关键指标横向对标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在航空装备/空港设备行业，威海广泰空港装备全球领先（出口100多国、44品种482型号），但盈利端2024年ROE仅2.40%、净利率2.56%，显著弱于历史水平；资产负债率51.25%高于三角轮胎（30.27%），财务弹性弱于同行优质企业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四、公司治理、管理与人力资源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（一）治理结构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A股上市公司，设董事会、监事会；2023年财报经中兴华会计师事务所审计（标准无保留意见）。2023年发行可转债获证监会注册批复。治理规范，定期披露年报与可持续发展相关事项。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（二）管理层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创始人李光太（通过新疆广泰空港股权投资有限合伙等持股）；现任法定代表人李文轩；核心管理层兼具技术与市场背景。前十大股东含山东机场投资控股（国资背景战略股东）。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（三）组织与内控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通过质量、环境、职业健康安全和售后服务等体系认证；设国家空港地面设备工程技术研究中心、国家企业技术中心；建立"制造+服务""空港+消防"双轮体系，内控较完备。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（四）人力资源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2024年员工2,785人，人均创收103.68万元、人均创利2.68万元、人均薪酬15.62万元；技术研发人员约占11%，拥有国务院津贴工程师与博士后工作站。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五、核心竞争力（护城河）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一是技术与平台壁垒：行业唯一国家空港地面设备工程技术研究中心、国家企业技术中心、国家地方联合工程实验室；空港装备专利502项（发明85项），12种装备世界首创、29种填补国内空白。二是全品类与电动化领先：44品种482型号，率先实现空港地面设备全系列电动化，助力中国从"输入国"到"输出国"。三是"空地一体"布局：空港+消防+无人机+移动医疗+电力电子多板块协同，北京中卓时代、营口新山鹰、天津全华时代互补。四是全球客户与品牌：产品出口100多国，40余个驻站售后，7×24响应，"中国智造"品牌。五是资本与资质：国家技术创新示范企业、创新型企业，具备可转债等多元融资能力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六、风险分析（重点）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一是盈利波动风险：2024年归母仅0.75亿元、毛利率降至23.38%，受市场竞争、产品结构变化影响，盈利弹性大。二是资产与周转风险：存货（2023年17.05亿元）、应收账款（13.79亿元）规模大，周转偏慢，占用资金。三是负债上升风险：资产负债率升至51.25%、有息负债率近50%，可转债转股前财务杠杆承压。四是客户与订单风险：机场与消防客户采购节奏受财政与宏观影响，2023年需求恢复不及预期。五是技术迭代风险：电动化、智能化、无人机救援迭代快，需持续高研发投入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七、融资需求（与山东投资协同）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保理业务：对机场、消防系统及海外客户的应收账款（账期较长）可开展保理融资盘活资金。供应链金融：围绕核心企业为其零部件、电子电气等上游供应商提供订单与存货融资。融资租赁：羊亭基地十条智能产线、应急救援保障装备智能制造基地新设备投资大，适合直租/回租；山东投资可对接"绿色智能制造"设备融资。小贷：面向中小配套供应商短期周转。威海广泰为全球空港装备龙头、资质优良，建议以"应收保理+设备融资租赁"组合切入，但须关注其盈利波动、存货应收周转与负债率上行风险，设置增信与动态监测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八、综合评价、发展展望与建议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综合评价：威海广泰是环翠交通装备集群的空港与应急救援装备龙头、全球空港地面设备领跑者，技术、全品类、电动化与全球布局优势突出，但近年盈利承压（2024年归母0.75亿元）、存货应收高、负债率上行。发展展望：据公司规划与行业趋势，四型机场建设、国家应急救援体系建设、无人机救援等需求增长，羊亭/应急救援基地投产将支撑提产；2025年营收33.23亿元、归母1.29亿元，盈利修复显现。建议：一是对接应收保理与智能产线设备融资租赁；二是授信前重点评估盈利修复、存货应收周转与负债率，设增信；三是关注宏观与财政对机场/消防采购节奏的影响。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数据来源说明：威海广泰2022—2024年年度报告（巨潮资讯网、深交所）、东方财富/同花顺F10、公司官网 guangtai.com.cn（产品与资质）、公开发行可转债反馈文件、公开新闻（羊亭基地、无人机）。</w:t>
      </w:r>
    </w:p>
    <w:sectPr w:rsidR="00FC693F" w:rsidRPr="0006063C" w:rsidSect="00034616">
      <w:footerReference w:type="default" r:id="rId9"/>
      <w:pgSz w:w="11906" w:h="16838"/>
      <w:pgMar w:top="2098" w:right="1474" w:bottom="1984" w:left="158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lineRule="exact" w:line="600"/>
      <w:ind w:firstLine="0"/>
      <w:jc w:val="center"/>
    </w:pPr>
    <w:r>
      <w:rPr>
        <w:rFonts w:ascii="宋体" w:hAnsi="宋体" w:eastAsia="宋体"/>
        <w:b w:val="0"/>
        <w:color w:val="000000"/>
        <w:sz w:val="28"/>
      </w:rPr>
      <w:t xml:space="preserve">— </w:t>
    </w:r>
    <w:r>
      <w:rPr>
        <w:rFonts w:ascii="Times New Roman" w:hAnsi="Times New Roman" w:eastAsia="Times New Roman"/>
        <w:b w:val="0"/>
        <w:color w:val="000000"/>
        <w:sz w:val="28"/>
      </w:rPr>
      <w:fldChar w:fldCharType="begin"/>
      <w:instrText xml:space="preserve">PAGE</w:instrText>
      <w:fldChar w:fldCharType="end"/>
    </w:r>
    <w:r>
      <w:rPr>
        <w:rFonts w:ascii="宋体" w:hAnsi="宋体" w:eastAsia="宋体"/>
        <w:b w:val="0"/>
        <w:color w:val="000000"/>
        <w:sz w:val="28"/>
      </w:rPr>
      <w:t xml:space="preserve"> —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