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威海市环翠区碳纤维及复合材料特色产业集群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威海光威复合材料股份有限公司企业分析报告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（本报告基于光威复材2023年年度报告及财务决算报告、天眼查工商信息、公司官网等公开渠道整理，统计时点为2023年年度报告披露数据。财务数据均来自公司公开年报，未做推测。）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威海光威复合材料股份有限公司（股票简称：光威复材，股票代码：300699）成立于1992年2月5日，注册地址位于山东省威海市高区天津路-130号，法定代表人为卢钊钧。公司注册资本83,135.20万元（约8.31亿元），总股本82,500万股，企业类型为其他股份有限公司（上市），股票在深圳证券交易所创业板上市。统一社会信用代码为91371000166734784G，登记机关为威海市市场监督管理局。公司经营范围涵盖新材料技术研发、高性能纤维及复合材料制造与销售、石墨及碳素制品制造与销售、模具机械设备、技术进出口与货物进出口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依托全资及控股子公司，形成碳纤维、通用新材料、能源新材料、复合材料、精密机械、光晟科技六大业务板块协同发展的组织架构。截至2023年末，公司员工总数为2,156人。控股子公司包括拓展纤维、内蒙古光威 Composite 等，其中内蒙古碳纤维产业基地项目持续推进并部分转固。公司设有国家级企业技术中心、碳纤维制备及工程化国家工程实验室、山东省碳纤维技术创新中心等研发平台。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由威海光威集团发起设立，长期承担国家碳纤维工程化研制及产业化任务。2017年9月，光威复材在深交所创业板挂牌上市（300699）。公司是国产大飞机C919碳纤维复合材料核心供应商之一，在航空航天、兵器、电子通讯等领域具备系统配套能力。近年来公司稳步推进内蒙古碳纤维产业基地项目，强化"高强、高模、低成本"的"两高一低"碳纤维发展战略，并布局航天航空复合材料（光晟科技板块）。2023年部分募投项目完成建设并转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战略定位为复合材料业务的系统方案提供商，依托在碳纤维领域的全产业链布局，业务涵盖碳纤维、经编织物与机织物、系列化树脂体系、各类预浸料、复合材料构制件的设计开发、装备设计制造、检测（CNAS/DILAC认证的国家和国防实验室）等上下游环节。核心产品包括系列化碳纤维（T300/T700/T800/T1000/M40J/M55J/M60J等牌号）、预浸料、风电碳梁、复合材料制件及碳纤维产业装备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，公司实现营业总收入25.18亿元。分产品看，碳纤维及织物收入16.67亿元，同比增长20.28%，占营业收入的66.23%；碳梁收入4.26亿元，同比下降35.54%，占营业收入的16.94%；预浸料收入2.68亿元，同比下降10.52%，占营业收入的10.65%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产品板块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2023年收入(亿元)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同比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占营收比重</w:t>
            </w:r>
          </w:p>
        </w:tc>
      </w:tr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碳纤维及织物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16.67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+20.28%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66.23%</w:t>
            </w:r>
          </w:p>
        </w:tc>
      </w:tr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碳梁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4.26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-35.54%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16.94%</w:t>
            </w:r>
          </w:p>
        </w:tc>
      </w:tr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预浸料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2.68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-10.52%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10.65%</w:t>
            </w:r>
          </w:p>
        </w:tc>
      </w:tr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其他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1.57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6.18%</w:t>
            </w:r>
          </w:p>
        </w:tc>
      </w:tr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合计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25.18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0.26%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100%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业务主要分为六大板块：一是碳纤维板块，形成系列化、多元化碳纤维及织物产品；二是通用新材料板块，以环氧、双马、氰酸酯、酚醛等高性能树脂为基体，提供单向或织物预浸料及分切窄带；三是能源新材料板块，以拉挤工艺生产风电碳梁、建筑补强板、碳纤维抽油杆等；四是复合材料板块，面向无人机、大型复材制件等高端装备；五是精密机械板块，提供碳纤维装备、预浸料装备、缠绕装备、铺丝铺带装备等八大系列化产品；六是光晟科技板块，专注航天火箭、导弹发动机复合材料壳体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2023年，公司前五大客户合计销售金额18.77亿元，占年度销售总额的74.54%，客户集中度较高，主要为军品及航空航天类定点配套客户。该类客户订单稳定但账期较长，是应收账款同比增长58.46%的主要原因。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2023年，公司前五大供应商合计采购金额3.59亿元，占年度采购总额的41.43%。采购内容主要包括原辅材料、能源及装备部件等。公司通过长期合作与定点配套，保障了供应链稳定性。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拥有碳纤维原丝—碳纤维—织物—预浸料—复合材料制件—装备的全产业链产能。截至2023年末，固定资产19.02亿元，同比增长34.15%，主要系内蒙古项目部分转固所致。公司具备CNAS/DILAC认证的国家和国防实验室检测资质，并通过AS9100等航空质量体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公司销售以直销为主，军品及航空航天客户采取定点配套和长期协议模式；民用领域（体育休闲、风力发电、轨道交通、电子通讯等）通过项目制与经销网络拓展，并借助全产业链协同提升客户粘性。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近三年公司营业总收入复合增长率5.97%，在航空装备行业已披露2023年数据的19家公司中排名第16；近三年净利润复合增长率10.81%，排名第12。2023年人均创收116.78万元，人均创利40.50万元，人均薪酬14.48万元。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项目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2021年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2022年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2023年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营业收入(亿元)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26.07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25.11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25.18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归母净利润(亿元)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7.58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9.34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8.73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扣非归母净利润(亿元)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7.13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8.74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7.12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经营活动现金流(亿元)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11.96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1.47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5.34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总资产(亿元)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55.59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63.30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70.58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归母净资产(亿元)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41.46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48.80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54.48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毛利率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49.08%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48.66%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资产负债率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21.10%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21.65%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公司毛利率为48.66%，同比下降0.42个百分点；净利率为33.40%，同比下降2.69个百分点。分产品看，碳纤维及织物毛利率61.85%、碳梁18.12%、预浸料33.98%。加权平均净资产收益率（ROE）17.00%，同比下降4.27个百分点；投入资本回报率（ROIC）15.45%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末，公司应收账款6.64亿元（同比+58.46%，军品交付确认且账期较长），应收款项融资12.72亿元（同比+59.15%，军品类客户票据结算增加），存货账面价值4.56亿元（同比-29.31%，占净资产8.37%，存货跌价准备计提比例7.25%）。总资产70.58亿元，同比增长11.49%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末公司资产负债率21.65%，同比微升0.55个百分点，有息资产负债率仅3.20%，财务杠杆很低。流动比率3.79、速动比率3.33，短期偿债能力很强。应付票据1.35亿元（同比-42.00%，票据到期结算），一年内到期非流动负债0.61亿元（主要为内蒙古项目贷款重分类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经营活动现金流量净额5.34亿元，同比增长262.99%，主要系减少存货资金占用及土地保证金退回；营业收入现金比90.67%，净现比61.21%。投资活动现金流净额-7.35亿元（内蒙古项目投入）；筹资活动现金流净额-0.71亿元。自由现金流-1.36亿元（上年为-3.50亿元），缺口收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航空装备行业可比公司相比，公司毛利率（48.66%）与净利率（33.40%）处于领先水平，体现全产业链与技术壁垒带来的盈利能力；营收规模居中，资产周转偏稳健。2023年研发投入1.68亿元，占营业收入6.68%，研发投入资本化率为0，会计政策稳健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深圳证券交易所创业板上市公司，建立了由股东大会、董事会、监事会及高级管理层组成的规范治理结构。截至2023年末，普通股股东总数58,876户。控股股东为威海光威集团有限责任公司（持股37.25%），实际控制人为陈亮、陈洞（通过光威集团间接控制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董事长卢钊钧2023年税前薪酬71.01万元；副董事长、总经理王文义税前薪酬73.95万元；副总经理、董事会秘书王颖超65.88万元；财务总监熊仕军66.43万元。公司董事、监事、高级管理人员合计报酬894.55万元。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度财务报表经立信会计师事务所（特殊普通合伙）审计，出具标准无保留意见审计报告（信会师报字[2024]第ZA90441号），认为财务报表在所有重大方面按企业会计准则编制，公允反映了公司财务状况与经营成果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截至2023年末，公司在职员工2,156人，人均薪酬14.48万元。公司注重研发队伍建设，研发人员占比较高，并通过股权激励、技能培训等方式保留核心人才。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第一，全产业链布局壁垒：公司是国内极少数打通"原丝—碳纤维—织物—预浸料—复合材料制件—装备"全链条的企业，协同优势显著。第二，军民融合资质壁垒：拥有CNAS/DILAC国家和国防实验室、国家级企业技术中心及多项航空质量体系认证，客户准入门槛高。第三，核心客户与品牌壁垒：作为国产大飞机C919碳纤维材料核心供应商，在航空航天领域具备强客户粘性。第四，技术研发壁垒：累计获专利755件（发明专利41件、国防专利15件、实用新型640件、外观59件），2023年新增授权134件。第五，装备自主化能力：精密机械板块可自主研制碳纤维及复材生产装备，保障工艺保密与迭代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碳纤维行业近年存在无序投资、重复建设，导致行业内卷严重，下游应用需求增长放缓进一步加剧供需失衡，行业盈利承压。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客户集中度较高（前五大客户占比74.54%），军品订单节奏波动可能对收入确认与现金流造成扰动；碳梁等民品受风电行业周期影响出现下滑。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2023年应收账款与应收款项融资合计近19亿元且大幅增长，若军品回款放缓将占用资金；同时存货跌价及威海光晟、北京蓝科等子公司资产减值（2023年资产减值损失同比+109.26%）需关注。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（四）合规风险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公司涉诉及监管风险整体可控，未发现重大违法违规事项；作为上市公司需持续满足信息披露与合规要求。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（五）企业应对措施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公司提出"跳出院墙、围着院墙转"发展理念，优化产品策略与市定位，以创新拓展产品应用，以碳纤维为核心强化板块上下游协同，缓解行业不利环境影响，2023年实现经营业绩基本稳定。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光威复材为威海碳纤维及复合材料产业链链主企业，与山东投资存在多维协同空间：一是围绕上游原辅材料、装备零部件供应商开展供应链金融与保理业务，盘活中小配套企业应收账款；二是针对内蒙古碳纤维产业基地扩产及设备采购，可探讨融资租赁支持；三是对产业链内专精特新中小配套企业，可通过小贷业务提供流动性支持；四是依托链主信用，设计"核心企业+上下游"的闭环金融服务方案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光威复材是国内碳纤维及复合材料领域全产业链龙头，技术实力、资质壁垒与客户资源突出，财务稳健、盈利能力领先，但短期受行业供需失衡及军品节奏影响增速放缓。发展展望：随着国产大飞机放量、航天航空装备升级及民用领域（风电、体育休闲、轨道交通）渗透提升，公司成长空间明确；内蒙古基地转固将贡献新增产能。建议：山东投资可将其作为碳纤维产业链核心节点，构建"链主+金融"协同生态，在风险可控前提下开展供应链金融、融资租赁等业务，并关注其民品拓展与二期项目投资机会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本报告中财务数据来源于光威复材2023年年度报告及2023年度财务决算报告（巨潮网、新浪财经等公开披露）；工商信息来源于天眼查、公司官网（gwcfc.com）；行业与产品信息来源于公司年报及公开媒体报道。统计口径以2023年年度报告为准，未做预测性推算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