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山东东营港经开区(芳烃与丙烯)特色产业集群</w:t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万达石化集团/山东天弘化学有限公司企业分析报告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（本报告数据来源于山东天弘化学有限公司官网、国家企业信用信息公示系统、天眼查/企业黄页及权威媒体报道等公开渠道。该公司为非上市企业，财务三张报表未公开披露，已在相关章节如实标注。文中以山东天弘化学有限公司（万达石化集团全资子公司）为报告主体。）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一、公司基本概况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（一）工商信息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天弘化学有限公司成立于2012年4月27日，统一社会信用代码（营业执照号）370525200001051，法定代表人为张振伟（董事长、总经理），注册资本194000万元人民币（约19.4亿元），企业类型为其他有限责任公司（万达集团控股），登记机关为东营港经济开发区市场监督管理局，注册地址位于山东省东营市东营港经济开发区港西一路以西、港北一路以北，经营状态为在业。公司是中国500强企业——万达集团的全资子公司，位于东营港经济开发区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股权结构方面，山东天弘化学有限公司为万达集团股份有限公司全资子公司（历史股东含山东万达宝通轮胎、山东万达化工、山东万达电缆、山东宏旭化学等万达系企业，后整合为万达集团全资持有）。万达集团为东营市民营大型企业集团（中国500强），实际控制人系万达集团创始人家族（民营控股）。公司由此为民营控股的大型炼化企业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（二）组织架构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作为万达石化集团核心企业，设生产、技术、安环、设备、销售等职能部门，下辖500万吨/年炼化装置及丙烯、码头、库区等配套。关联企业包括万达石化集团旗下宏旭化学（MMA）、宝通轮胎等，形成集团内产业协同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三）发展沿革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公司2012年注册成立，2013年投产整体设计、一次建成的500万吨/年炼化装置，创下中国石化项目投产速度纪录。后经技改与产业链延伸，建设25万吨/年丙烷脱氢（PDH）丙烯专产项目（采用霍尼韦尔UOP C3 Oleflex技术），并配套2个10万吨级及4个万吨级原油及液化品码头、116万立方原油库区、100万立方成品油及化工品库区，打造“隔墙供应、管线连接”的产业生态圈。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（四）企业定位与主营业务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定位为高端精细石化产业基地，主营炼油及丙烯等化工产品生产，主要产品有汽油、柴油、液化气、丙烷、丙烯、石油焦、油浆、硫酸、MTBE、芳烃、二甲苯等。其中丙烯业务涵盖10万吨/年（老装置）及25万吨/年（PDH专产）产能，是东营港丙烯产业链骨干企业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二、业务层面分析（核心）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（一）业务结构与收入构成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以炼油（汽油、柴油）为基础，化工品（丙烯、丙烷、液化气、MTBE、芳烃、石油焦等）为延伸，呈现“油化并举”。丙烯及下游是向高端精细石化转型的重点方向。业务结构上，炼油产品贡献主要营收，化工品占比随PDH等项目提升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（二）主要产品/服务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主要产品：汽油（111.71万吨/年）、柴油（131.83万吨/年）、液化石油气（44万吨/年）、丙烷（10万吨/年）、丙烯（合计约35万吨/年，含PDH 25万吨）、硫酸（12.45万吨/年）、MTBE（8万吨/年）、芳烃（10万吨/年）、二甲苯（17.07万吨/年）、石脑油、氢气、石油焦等。产品均达国Ⅵ标准。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（三）客户分析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公司产品面向成品油批发零售、化工贸易及下游丙烯深加工企业。丙烯部分供集团内宏旭化学（MMA）等使用，其余对外销售。因非上市，前五大客户明细未公开披露。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（四）供应商与采购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主要原料为原油及石脑油，供应商为国内外原油贸易商与炼化企业；依托东营港码头与库区保障原料接卸与储备。部分化工原料在集团内互供。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（五）产能/资源/牌照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公司拥有整体设计、一次建成500万吨/年炼化装置，引进法国阿克森斯汽油加氢、丹麦托普索柴油加氢技术，汽柴油达国Ⅵ标准。丙烯专产采用霍尼韦尔UOP C3 Oleflex技术，年产25万吨聚合级丙烯。配套2个10万吨级及4个万吨级码头、116万立方原油库区、100万立方成品油罐区，物料全部管线连接。通过ISO质量/环境/职业健康安全/能源管理体系认证、安全生产二级标准化、海关高级认证，实验室获CNAS认证。获评国家绿色工厂、山东省第一批绿色低碳高质量发展先行区建设试点企业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（六）销售与渠道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采用“隔墙供应+对外销售”模式，园区内左右邻即上下游，产业园即产业链；依托自有码头与库区开展成品油及化工品贸易，辐射华北及华东市场。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（七）经营数据与市场占有率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公司500万吨/年炼化装置规模居地炼前列，丙烯合计产能约35万吨/年（含PDH 25万吨），是东营港丙烯产业链骨干。因非上市，具体营收与市占率未公开披露。连续多年荣列“中国石油和化工民营企业百强”“中国石油和化工企业500强”前列。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三、财务报表分析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（一）近三年主要会计数据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天弘化学有限公司为非上市企业，财务三张报表未公开披露，无法提供近三年关键会计数据完整表格。公开可获取信息：注册资本19.4亿元；拥有500万吨/年炼化装置及配套码头、库区，资产规模庞大。具体营收、利润、资产负债等数据未公开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（二）盈利分析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公司盈利受原油价格、炼油价差及丙烯等化工品价格影响波动。依托一体化装置与低成本运营，具备一定盈利韧性。具体盈利数据未公开披露。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（三）资产质量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资产以炼化装置、罐区、码头等重资产为主，资产质量总体良好。作为万达集团核心资产，权属清晰。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（四）负债与偿债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具体负债与偿债指标未公开。公司依托万达集团（中国500强）资信与多元融资，偿债能力较强。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（五）现金流分析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现金流随炼油与化工经营波动。具体经营现金流数据未公开披露。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（六）关键指标横向对标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与山东地炼及大型炼化企业相比，天弘化学500万吨炼化规模属地炼中上游，PDH丙烯专产项目提升化工品占比与附加值；短板是规模化与一体化程度不及民营大炼化，财务透明度低。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四、公司治理、管理与人力资源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（一）治理结构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公司作为万达集团全资子公司，治理纳入集团体系，设董事会（董事长张振伟）、经理层，党组织发挥领导作用，落实“三重一大”决策制度（民营集团内党委参与治理）。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（二）管理层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董事长、总经理张振伟，财务负责人王学龙，董事苟英群等。管理层具有石化生产与管理经验。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（三）组织与内控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公司建立质量、环境、安全、能源等管理体系，通过安全生产二级标准化与CNAS实验室认证，落实危化品企业安全管理要求。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（四）人力资源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公司职员规模约1000人（企业黄页口径），技术工人与操作人员为主体，建有技能与安全管理培训体系。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五、核心竞争力（护城河）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一是装置与规模：500万吨/年炼化装置一次建成、投产速度创纪录，规模属地炼前列；二是港口与储运壁垒：自有码头与超200万立方库区，物料管线直连，物流成本优势显著；三是丙烯技术：霍尼韦尔UOP C3 Oleflex PDH技术，年产25万吨聚合级丙烯，装置效率高、成本低；四是集团协同：万达集团多产业（轮胎、化工、电缆）互供，隔墙供应生态；五是绿色与资质：国家绿色工厂、多项体系与CNAS认证。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六、风险分析（重点）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行业周期与炼油价差风险：成品油与化工品价格随原油波动，盈利不确定性大；二是安全生产与环保风险：大型炼化企业安全环保监管严格；三是原料依赖风险：依赖原油进口与采购；四是产能过剩与转型风险：地炼面临转型升级与“双碳”压力，化工品延伸需持续投入；五是合规风险：需持续满足安全、环保、质量监管要求。应对措施：推进“减油增化”、丙烯及下游高端化、智慧化安全管控、绿色低碳改造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七、融资需求（与山东投资协同）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作为万达集团核心资产，融资以集团统筹为主。山东投资可协同方向：一是围绕原油、设备等真实贸易背景，为上游供应商提供保理、票据等供应链金融服务；二是为园区配套中小工程与设备供应商提供反向保理、融资租赁；三是针对PDH、丙烯下游等新项目设备开展融资租赁；四是依托山东投资产业资源服务东营港园区产业链金融生态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八、综合评价、发展展望与建议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综合评价：山东天弘化学（万达石化集团）是东营港丙烯产业链骨干企业，500万吨炼化装置+PDH丙烯专产+自有港口库区的组合形成较强壁垒，绿色制造与集团协同突出。短板是财务透明度低、业绩受周期影响。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发展展望：在“减油增化”与丙烯下游高端化趋势下，公司有望提升化工品占比与附加值。据行业趋势，高端丙烯衍生物是方向。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建议：一是加快丙烯下游高端延伸；二是强化安全生产与绿色低碳；三是提升财务透明度；四是借助山东投资供应链金融与园区生态协同发展。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数据来源说明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报告数据来源于：1）山东天弘化学有限公司官网（wandashihua.com）企业及“关于”介绍；2）国家企业信用信息公示系统及天眼查/企业黄页工商登记、股东、产能数据；3）霍尼韦尔UOP关于天弘化学丙烯专产项目的公开新闻；4）关于万达集团及天弘化学的权威媒体报道。财务三张报表因公司为非上市企业未公开披露，已在文中如实标注。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