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山东威海高新区(办公自动化设备)特色产业集群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山东华菱电子股份有限公司企业分析报告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新北洋(002376.SZ)关联交易公告/年报摘要、公司官网、百度百科及威海市公开报道编写，用于产业投资参考。该公司为非上市外商投资企业，财务数据采用其经审计口径（通过新北洋公告披露）。数据来源见文末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菱电子股份有限公司成立于1995年10月16日，住所为山东省威海市火炬高技术产业开发区科技路181号，法定代表人为宋森，注册资本9,560万元人民币，企业类型为股份有限公司（外商投资、未上市，外资比例低于25%）。公司是全球领先的热敏打印头（TPH）研发制造商，也是威海OA集群核心部件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山东华菱电子股份有限公司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1995-10-16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宋森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9,560万元人民币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威海市火炬高技术产业开发区科技路181号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行业分类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电子元器件/打印核心部件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外商投资股份制（未上市）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外商投资企业。新北洋(002376.SZ)公告将其列为关联方（新北洋董事长宋森兼任华菱电子董事长），显示双方存在紧密的股权/治理关联，华菱电子系新北洋打印扫描产业链上游关键部件平台。具体股东构成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（三）企业定位与战略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公司定位为全球热敏打印头（TPH）领军企业，战略上深耕厚膜/薄膜双工艺，向高端热打印核心模块产业化延伸，服务打印机、标签、医疗、工业等场景。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主营开发、设计、制造热敏打印头（TPH）及配套电子零部件，产品规格多达千余种，覆盖不同打印密度、速度与幅宽，是全球先进的热敏打印头研发生产制造商。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全市唯一获批的国家制造业单项冠军企业，热敏打印头销量全球市场占有率约30%—32%、全国第一（约52%），全球唯一同时拥有厚膜和薄膜工艺的TPH厂商。年产热敏打印头约3,600—4,000万台。客户覆盖国内外打印设备厂商（含新北洋、惠普供应链体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（三）技术与产能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有山东省企业技术中心等4个科技创新平台，授权有效专利271项，参与制定国家标准2项、行业标准2项、团体标准1项。投资3.4亿元建设科技园（已投产，年产3,600万台）；2025年3月高端热打印核心模块产业化项目（总投资4.6亿元）主体封顶，建成后年增高端模块约1,200万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（一）关键财务指标（经审计口径，通过新北洋公告披露）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6.02亿元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经审计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2025年净利润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1.04亿元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经审计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2025年总资产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8.78亿元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经审计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2025年净资产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6.97亿元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经审计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2025年1-10月营收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5.3亿元（+45.8%）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公开报道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2025年1-10月利润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1.2亿元（+34.7%）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公开报道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历史营收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2020-2022：4.71/5.9/5.98亿元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百度百科口径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（二）盈利与现金流特征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公司毛利率与净利率水平较好（按2025年数据估算净利率约17%），营收保持较快增长，规模效应与高市占率支撑盈利质量。作为非上市企业，现金流数据未单列披露，建议以尽调核实。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四、公司治理、管理与人力的分析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公司为规范的外商投资股份制企业，治理较完善；董事长宋森同时任新北洋董事长，体现产业链协同治理。研发人才占比超20%，研发投入占营收约10%且逐年提升，技术团队实力突出，支撑其单项冠军地位。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核心竞争力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单项冠军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国家制造业单项冠军，全球市占率约30%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工艺唯一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全球唯一厚膜+薄膜双工艺TPH厂商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专利壁垒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有效专利271项，参与多项国标/行标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产业链协同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与新北洋/惠普供应链深度绑定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高研发</w:t>
            </w:r>
          </w:p>
        </w:tc>
        <w:tc>
          <w:tcPr>
            <w:tcW w:type="dxa" w:w="70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研发投入占比约10%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风险描述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客户集中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高度依赖打印设备厂商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拓展工业/医疗新场景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技术迭代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打印技术路线演进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持续研发双工艺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贸易壁垒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出口受地缘/关税影响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本地化与多元市场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关联依赖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与新北洋等关联紧密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规范关联交易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（一）商业保理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对下游整机厂应收可适度保理，但盈利质量较好背景下非必需。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可依托与新北洋/惠普的产业链为核心供应商提供金融支持。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高精晶圆/封装设备投资大，适合融资租赁。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不适用，公司融资渠道以银行授信与潜在股权融资为主。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菱电子股份有限公司是威海OA集群中技术壁垒极高的"隐形冠军"，在热敏打印头领域全球市占率约三成、工艺独一无二、专利与标准话语权突出，且财务表现稳健增长。作为新北洋关联方，其发展深度绑定区域打印产业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高端热打印核心模块产业化项目达产后，产能与附加值将进一步提升，受益于打印设备国产化与工业/医疗新场景。建议投资方重视其与新北洋、惠普的产业链协同价值，可关注其潜在股权融资或产业基金跟投机会，重点核查关联交易公允性与客户集中度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山东华菱电子股份有限公司官网、新北洋(002376.SZ)《2025年年度报告摘要》及关联交易公告（华菱电子2025年经审计财务数据）、百度百科及威海市公开报道。相关指标以公司正式披露及工商登记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