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山东广饶（橡胶轮胎）特色产业集群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山东金宇轮胎有限公司企业分析报告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（本报告依据企业公开披露信息、国家企业信用信息公示系统、企业官网、地方政府公开资料及权威媒体公开报道整理，数据截至2025年；未公开披露事项均已如实标注。）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宇轮胎有限公司成立于2000年12月1日，法定代表人为吴百杰，统一社会信用代码为91370523726207182D，企业登记状态为存续，注册资本80000万元人民币（已实缴），注册地址位于山东省东营市广饶县大王镇青垦路260号。股东结构为：山东金宇橡胶科技有限公司持股46%（出资36800万元）、卓越金宇控股有限公司持股23%（出资18402.8万元）、建信投资（建信金融资产投资有限公司）持股22.5%（出资18000万元）、青岛吉米持股8.5%（出资6797.2万元），建信投资入股体现金融机构对公司的资本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（二）集团背景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金宇轮胎集团始建于1995年，是一家专业的汽车轮胎研发制造企业，销售网络遍及亚、欧、美、非等100多个国家和地区。集团官网披露员工6000余人，全球战略布局为“2国3厂”（国内与越南基地）。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（三）资质与荣誉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公司为中国驰名商标、制造业单项冠军企业，2025年获评省级智能工厂；拥有专利约207项、商标约163项。通过完善的研发、检测与质量管理体系认证，具备较强的技术与品牌实力。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（一）主营业务与产品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公司专注于卡客车轮胎（全钢载重子午胎）研发制造，旗下拥有金宇轮胎、黑狮轮胎、金路轮胎、玉祺麟等品牌，覆盖卡客车轮胎及乘用车轮胎领域，致力于为客户提供高价值产品与服务。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（二）产能布局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广饶县政府2024年招聘公开信息，公司全钢载重子午胎产能约320万套/年；行业报道显示，2024年公司在老厂区新增100万条绿色高性能全钢胎产能，全钢胎总产能提升至约340万套/年。同时公司加快“走出去”步伐：越南工厂年产200万条全钢胎（TBR）项目已投产，年产1000万条半钢胎（PCR）项目一期300万条产能已启动，半钢胎市场实现突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（一）数据披露情况说明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山东金宇轮胎有限公司为非上市企业，未在公开市场披露经审计年度财务报告。以下为公开渠道可查的财务与资产参考指标，并非审计报表，仅供投资参考。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口径/来源</w:t>
            </w:r>
          </w:p>
        </w:tc>
      </w:tr>
      <w:tr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2024年营业收入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约49.56亿元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企查查公开数据</w:t>
            </w:r>
          </w:p>
        </w:tc>
      </w:tr>
      <w:tr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约30亿元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广饶县政府2024年招聘公开信息</w:t>
            </w:r>
          </w:p>
        </w:tc>
      </w:tr>
      <w:tr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全钢载重子午胎产能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约340万套/年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行业公开报道（2025年）</w:t>
            </w:r>
          </w:p>
        </w:tc>
      </w:tr>
      <w:tr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约2280人（2024年报）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国家企业信用信息公示系统年报</w:t>
            </w:r>
          </w:p>
        </w:tc>
      </w:tr>
      <w:tr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集团员工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6000余人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集团官网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（二）简要分析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营收与资产规模在广饶轮胎板块位居前列，盈利能力与资产质量需以审计财报为准。资产负债率、毛利率、经营现金流净额等关键指标因单体财报未披露暂无法核实，建议在投资尽调中取得经审计财务报表及银行授信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公司为多元股东结构的民营有限责任公司，引入建信投资等金融机构股东，股权相对分散、治理规范性优于纯家族企业。设有专业化技术与管理团队及完善的质量管理体系。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2024年年报，公司城镇职工基本养老保险等社保参保人数约2280人；集团官网披露员工6000余人（含集团及海外基地）。公司注重研发与外贸团队建设，参与全球零售商服务网络（官网称服务全球20000余家零售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（一）品牌与技术优势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“金宇”为中国驰名商标、制造业单项冠军，拥有专利约207项、商标约163项，研发与检测体系完善，产品质量与品牌溢价能力较强。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（二）产能与全球化布局优势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国内全钢胎产能约340万套/年并持续升级，越南基地全钢胎已投产、半钢胎一期启动，形成“国内+海外”双基地布局，有效规避贸易壁垒、贴近国际市场。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（三）智能制造优势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2025年获评省级智能工厂，生产、管理与信息化水平较高，支撑高质量与低成本制造。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（一）行业与原材料风险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轮胎行业受汽车产销、天然橡胶等原材料价格及出口政策影响，盈利存在周期波动。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（二）海外投资与汇率风险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越南基地建设投资规模大，面临东道国政策、汇率及跨境管理风险；出口占比高亦受国际贸易摩擦影响。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（三）财务透明度风险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单体审计财报未公开，真实负债与现金流状况需尽调核实。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（一）融资背景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公司推进国内产能升级与越南基地（全钢200万套、半钢1000万套分期）建设，资本开支较大，存在项目融资、设备融资及流动资金需求。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（二）融资建议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建议对接政策性银行境外投资贷款、商业银行制造业贷款及设备更新改造专项贷款；可利用多元股东背景探索股权融资与银团贷款；投资前须取得经审计财务报表评估偿债能力。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山东金宇轮胎有限公司是广饶轮胎集群的骨干企业，品牌与技术上乘、全球化布局领先、治理相对规范，具备较强竞争力；短板在于单体财务透明度不足、海外扩张资金压力大。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建议：一是加快财务规范与信息披露，提升融资便利；二是稳步推进越南基地达产，优化国内外产能配比；三是强化高端与半钢产品，提升盈利质量；四是稳健控制海外投资风险。整体看好其全球化发展潜力。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国家企业信用信息公示系统（2024年年报）、天眼查/企查查企业公开信息、金宇轮胎集团官网（jinyutyres.com）、广饶县人民政府公开信息及权威媒体公开报道。非上市企业未经审计的单体财务数据已如实标注来源与口径，未作虚构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