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山东泰安新泰市(智能起重机械)特色产业集群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山东龙腾机械有限公司企业分析报告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工商信息、司法公开信息及新泰起重集群报道编写，用于产业投资参考。需特别提示：公开渠道显示该公司存在多项高风险信号，投资须高度审慎。非上市公司财务数据未公开披露，均如实标注。数据来源见文末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机械有限公司成立于2005年6月20日，法定代表人为和洪波，注册资本1,000万元人民币，注册地位于山东省泰安市新泰市（智能起重机械产业集群区）。公司为自然人独资企业，参保规模有限，主营起重机械及智能运维配套业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山东龙腾机械有限公司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2005-06-20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和洪波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1,000万元人民币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山东省泰安市新泰市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行业分类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起重运输设备制造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自然人独资（民营）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公司为自然人（和洪波）100%持股的一人有限责任公司，股权集中，但一人有限公司的财产独立性与治理规范性需重点关注。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（三）业务定位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公司主营起重机械及智能运维配套，属集群内中小型配套企业。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从事起重机械及相关智能运维配套产品的制造与销售。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依托新泰起重集群就近配套，客户以区域工程商与工厂为主。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（三）技术与产能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公开可查证技术资质信息有限，建议尽调核实其生产许可与合规情况。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公司为非上市自然人独资企业，未公开披露财务数据，均如实标注。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四、公司治理、管理与人力的分析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一人有限公司治理结构简单，需规范财务独立与内控。结合下文司法风险信号，建议将治理规范性与实控人信用作为尽调重点。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作为集群内中小企业，主要优势在于区位配套与机制灵活；但相较集群龙头（如龙辉），其资质、规模与品牌优势不突出。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六、风险分析（重点提示）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公开渠道检索显示，该公司存在多项信用风险与合规信号，须重点提示：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风险信号（公开信息）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司法拍卖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存在司法拍卖记录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或反映资产被强制执行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被执行人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被列为被执行人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存在未履行生效裁判可能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欠税公告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存在欠税公告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税务合规存疑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行政处罚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存在行政处罚记录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经营合规风险</w:t>
            </w:r>
          </w:p>
        </w:tc>
      </w:tr>
      <w:tr>
        <w:tc>
          <w:tcPr>
            <w:tcW w:type="dxa" w:w="1417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一人公司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财产独立性待核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治理风险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上述信号综合表明公司信用风险较高，可能存在现金流紧张、履约能力下降等问题。投资与授信前应取得完整司法与征信报告，审慎评估。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（一）商业保理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若应收账款真实合法可探索，但须先厘清权属与诉讼风险。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高风险信号下不宜轻易以核心企业信用背书。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设备若存在司法查封则不宜操作。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高风险主体，原则上不建议新增信用敞口；如介入须强抵押并严格限额。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山东龙腾机械有限公司虽处新泰智能起重机械产业集群，但公开信息显示其存在司法拍卖、被执行人、欠税、行政处罚等多重高风险信号，信用状况与持续经营能力存疑。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建议：在风险信号未澄清前，不建议作为投资或主要授信对象；若确需合作，须先行取得完整司法、征信、税务与资产查封核查，落实强担保与资产隔离，并优先考虑应收账款买断等低风险模式。本批次将其列为"重点风险关注"标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国家企业信用信息公示系统/公开工商信息、司法公开信息（含被执行人、司法拍卖、欠税公告、行政处罚等公开渠道）、新泰起重集群报道。财务数据因公司未上市未公开披露，已如实标注。风险信号来源于公开渠道，具体以司法与征信机关最新记录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