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山东济南章丘区(医药及防护用品)特色产业集群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华润双鹤利民药业(济南)有限公司企业分析报告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官网“双鹤利民”简介、华润双鹤药业股份有限公司（600062.SH）公开信息、天眼查/企查查/启信宝工商信息及公开媒体报道。公司为非上市法人独资企业，单体财务数据以公司官网披露为准，合并口径数据纳入华润双鹤年度报告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润双鹤利民药业（济南）有限公司成立于2001年6月28日，法定代表人为张继新，统一社会信用代码91370181163446867C，注册资本2,385万元人民币（实缴2,385万元），企业类型为有限责任公司（非自然人投资或控股的法人独资），所属行业为医药制造业（化学药品制剂制造）。注册地址为山东省济南市章丘区明水街道利民路1号，登记机关为济南市章丘区市场监督管理局，登记状态存续。曾用名为“济南利民制药有限责任公司”（2016年1月前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华润双鹤药业股份有限公司（600062.SH，央企华润集团下属化学药平台）持股100%的全资子公司，最终实际控制人为国务院国有资产监督管理委员会。股权层级为：国务院国资委→中国华润有限公司→华润医药集团有限公司→华润双鹤药业股份有限公司→华润双鹤利民药业（济南）有限公司。公司前身可追溯至1969年成立的中国人民解放军9088工厂，后经股份制民营改造为济南利民制药厂，2015年11月加入华润双鹤，2018年6月成为其全资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华润双鹤在山东的重要化学药生产基地，内部设固体车间1个、小容量注射剂车间2个、中试基地1个，并投资8亿元新建固体制剂生产车间、智能化立体仓库和研发中心。公司设普药事业部、山东研究院等，研发与营销体系相对完备。作为法人独资企业，其治理纳入华润双鹤统一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1969年，企业前身中国人民解放军9088工厂创立；后经民营股份制改造更名为济南利民制药厂；2001年6月设立为有限责任公司；2015年11月加入华润双鹤药业股份有限公司；2018年6月成为华润双鹤全资子公司；2023年公司实现营业收入12.03亿元、净利润1.51亿元、纳税额1.17亿元，成长为章丘化学药骨干企业。近年获评高新技术企业、国家级绿色工厂（2026年）、省级制造业单项冠军企业（2025年）、省级企业技术中心（2025年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致力于心脑血管、抗感染、消化系统、妇科等领域药品的生产与销售，承接华润双鹤“低成本、大规模、多品种、强创新、高质量”战略方针。现有129个药品批准文号，在产产品65个，剂型涵盖小容量注射剂（含激素类）、片剂、硬胶囊剂及原料药（兰索拉唑）。代表性产品包括胞磷胆碱钠片、硝苯地平缓释片Ⅱ（两个销售过亿产品），以及胞磷胆碱钠注射液、克林霉素磷酸酯注射液、林可霉素注射液、硫酸阿米卡星注射液等品牌注射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化学药制剂销售为主，按治疗领域可分为心脑血管类、抗感染类、消化系统类、妇科类等。据公司官网披露，2023年实现营业收入12.03亿元。在产65个产品中，心脑血管与抗感染类为支柱，两个过亿单品（胞磷胆碱钠片、硝苯地平缓释片Ⅱ）贡献重要收入。按剂型，固体制剂（片、胶囊）与注射剂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胞磷胆碱钠片/注射液：用于脑代谢改善与神经保护，是公司重点品种，片剂和注射液均具品牌影响力。2. 硝苯地平缓释片Ⅱ：钙离子拮抗剂类降压药物，进入集采，为销售过亿品种。3. 克林霉素磷酸酯注射液、林可霉素注射液、硫酸阿米卡星注射液：抗感染类品牌注射剂。4. 原料药兰索拉唑：打通“原料—制剂”产业链。公司拥有缓控释制剂平台与口溶膜制剂平台两大技术平台。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公司业务覆盖全国31个省市，年销售过亿元省份4个（四川、山东、浙江、江苏）；全国覆盖400家以上三级医院、3,100家以上二级医院、3万家以上基层医疗市场。客户以医院终端与配送经销商为主，渠道下沉充分。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生产所需原料药（部分自产兰索拉唑）、辅料及包材通过合格供应商采购，公司具备从原料药到制剂的一体化生产能力，供应链稳定性较强。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22万平方米，现有固体车间、2个小容量注射剂车间及中试基地，并投资8亿元新建固体制剂车间、智能化立体仓库和研发中心，产能持续扩张。持有129个药品批准文号（在产65个），具备GMP合规生产能力，并建有缓控释、口溶膜等高端制剂技术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依托华润双鹤全国营销网络与公司自有销售体系，产品覆盖等级医院与基层市场。两个过亿单品及多个品牌注射剂构成稳定收入基本盘，集采品种（如硝苯地平缓释片）以价换量。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官网披露，2023年营业收入12.03亿元、净利润1.51亿元、纳税1.17亿元，员工约1,126人。在心脑血管慢病用药与抗感染注射剂细分领域具备区域领先地位，但具体市场占有率数据未单独披露。作为省级制造业单项冠军企业，技术实力获官方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华润双鹤利民药业（济南）有限公司为非上市法人独资企业，未单独披露经审计的近三年完整财务报告。公开可获得的单体经营数据如下（来源：公司官网“双鹤利民”简介，时点为2023年）：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2023年（披露值）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12.03亿元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公司官网披露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1.51亿元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公司官网披露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纳税额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1.17亿元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公司官网披露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约1,126人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公司官网披露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毛利率/资产负债率/经营现金流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未单独披露</w:t>
            </w:r>
          </w:p>
        </w:tc>
        <w:tc>
          <w:tcPr>
            <w:tcW w:type="dxa" w:w="317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并入华润双鹤合并报表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注：公司单体近三年（2022—2024）营业收入、净利润、毛利率、资产负债率、经营现金流净额等未公开披露，相关指标已如实标注；合并口径数据可参见华润双鹤药业股份有限公司（600062.SH）年度报告。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据2023年披露数据，公司净利润1.51亿元，对应净利率约12.55%，盈利能力稳健。作为华润体系内化学药生产基地，盈利受益于规模制造与集采以价换量策略。完整盈利指标待补充审计报告。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公司资产以生产厂房、设备（固体制剂车间、注射剂车间、中试基地及在建新基地）为主，投资8亿元扩建产能，资产较重但质量良好。具体资产结构未公开。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财务数据未单独披露。公司作为央企三级子公司，融资渠道畅通、信用资质优良，偿债风险低。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财务数据未单独披露，现金流情况并入华润双鹤合并报表。经营层面收入与纳税规模稳定，整体现金流应较健康。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与华润双鹤体系内其他基地及国内化学药制剂企业相比，公司营收规模居中等偏上，盈利稳健、国资背书强；短板在于单体财务透明度有限。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央企华润集团三级子公司，治理结构严格遵循国资监管与华润集团、华润双鹤管控要求，落实“三重一大”决策制度（重大事项决策、重要干部任免、重大项目投资决策、大额资金的使用），党委发挥领导作用，董事会/执行董事与经营层各司其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法定代表人、总经理张继新；董事张辉彤等。管理层由华润双鹤委派，具备医药生产与央企管理经验。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公司纳入华润双鹤统一的内控、合规与风险管理体系，严格执行国资监管、药品GMP与安全生产规范，并落实党建与“三重一大”事项集体决策。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公司员工约1,126人，研发中心拥有实验场地4,000余平方米、仪器设备300余台（套），研发团队约100人（研究生及以上17人、中高级职称22人、外聘专家3人），人才结构支撑创新。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央企背书与资本优势：国务院国资委最终控制，信用与融资能力强。2. 全产业链：原料药—制剂一体化，成本与质量可控。3. 技术与资质：129个文号、缓控释与口溶膜平台、省级企业技术中心、单项冠军。4. 渠道与品牌：覆盖全国31省市、万家终端，多个过亿与品牌品种。5. 规模制造：22万平米基地与8亿扩建项目，低成本大规模能力突出。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行业政策风险：化学药集采常态化，核心品种以价换量，毛利承压。2. 经营风险：产品集中于心脑血管、抗感染，存在单品依赖与降价风险。3. 财务风险：单体财务未公开，需关注扩建项目投资回报与资金占用。4. 合规风险：医药反腐与合规推广监管趋严。应对措施：持续丰富产品管线（缓控释、口溶膜等高壁垒仿制药）、强化合规体系、依靠集团资金与渠道优势平滑周期。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公司正投资8亿元扩建固体制剂车间、智能立体仓库与研发中心，存在项目建设与设备融资需求，可与山东投资协同：1. 融资租赁：为新建产线高端制剂设备提供融资租赁；2. 供应链金融：基于原料采购与产销周期提供保理与订单融资；3. 保理：盘活对医院/配送商的应收账款；4. 小额贷款：支持上游配套中小企业。亦可探讨山东投资与华润双鹤在山东基地扩建中的产业基金合作。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润双鹤利民药业（济南）有限公司是章丘化学药骨干企业、央企华润体系重要生产基地，具备国资背书、全产业链、规模制造与丰富文号等显著优势，2023年营收12.03亿元、净利1.51亿元，经营稳健。短板为单体财务透明度有限、产品受集采降价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依托华润双鹤“十四五”慢病战略与8亿元产能扩建，公司有望在降压、降脂、降糖及神经保护领域持续做厚产品矩阵。建议：一是提升单体财务信息披露；二是借助山东投资等社会资本，以融资租赁、供应链金融优化扩建期资金结构；三是强化高壁垒仿制药研发，抵御集采冲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数据来源包括：华润双鹤利民药业（济南）有限公司官网“双鹤利民—公司简介”；华润双鹤药业股份有限公司（600062.SH）公开信息；天眼查、企查查、启信宝工商与股权信息；章丘区重点产业公开报道。单体近三年完整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