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山东潍坊诸城市(健康食品及预制菜加工)特色产业集群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山东惠发食品股份有限公司企业分析报告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山东惠发食品股份有限公司（603536.SH）2021—2023年年度报告、东方财富/同花顺/新浪财经/界面新闻公开财务数据、公司官网及权威媒体报道等公开渠道，统计时点截至2023年年报披露信息；2024年前三季度数据亦有引用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惠发食品股份有限公司（证券简称：惠发食品，代码：603536.SH）总部位于山东省潍坊市诸城市，是一家以速冻调理肉制品及预制菜研发、生产、销售为主营业务的农业产业化企业，2017年在上海证券交易所上市。公司是国内北方速冻预制菜的代表性企业，自主研发预制菜达2000余款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股权结构方面，公司控股股东为山东惠发投资有限公司（持股28.41%），实际控制人惠增玉（持股20.80%），惠增玉及其一致行动人山东惠发投资、惠希平合计持有公司60.97%股份，股权相对集中，民营家族色彩明显。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设丸制品、油炸品、肠制品、串制品、中式菜肴（预制菜）、供应链等业务板块，并在山东、北京、福建等地布局生产基地与销售网络。重要子公司包括北京惠发、山东惠发电商等，业务覆盖研发、生产、商贸与餐饮供应链服务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自设立以来深耕速冻调理肉制品，2017年上市后加速战略转型，加大预制菜品研产销与健康食材供应链服务投入。2021年起公司开始披露中式菜肴（预制菜）业务营收并持续增长，2023年与三明沙县小吃开展合作，探索餐饮供应链新模式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定位为速冻及预制菜加工龙头，主营丸制品、油炸品、肠制品、串制品、中式菜肴（预制菜）、供应链服务及贸易等，产品涵盖火锅料、调理肉制品、速冻米面及成品预制菜，服务于餐饮连锁、商超、电商及团餐等渠道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二、业务层面分析（核心）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2023年公司营业收入19.97亿元。分产品看：丸制品5.15亿元（占25.75%，毛利率23.31%）、供应链3.91亿元（占19.58%，毛利率13.15%）、油炸品3.59亿元（占17.98%，毛利率31.27%）、中式菜肴2.21亿元（占11.06%，毛利率12.09%）、肠制品1.44亿元（占7.21%）、串制品1.09亿元等。中式菜肴即公司成品预制菜，近年保持增长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（二）主要产品/服务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核心产品：速冻调理肉制品（丸子、肉串、肠类、油炸调理品）、火锅料、预制菜（中式菜肴，如即食菜肴、调理套餐）、供应链服务（为餐饮客户提供食材集采与配送）。公司已自主研发预制菜2000余款。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公司客户以餐饮连锁、商超、电商及团餐企业为主，前十大股东以外的前五大客户未强制单列；2023年前十大股东持股占比64.66%，流通盘相对集中。中式菜肴（预制菜）客户以B端餐饮为主。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主要采购肉类、淀粉、调味料及包装材料，供应商为农业养殖与食品原料企业。2023年应收账款达2.06亿元（同比+53.50%），高于营收增速，需关注信用政策与回款风险。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公司拥有速冻食品全套生产资质与食品安全管理体系，2023年研发费用5556万元（占营收2.78%），具备较强的预制菜研发能力。注册资本与产能规模居北方速冻预制菜前列。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采用“经销商+直营+供应链服务”模式，B端深耕餐饮与团餐，C端依托电商与新零售；并与福建沙县小吃开展品牌与渠道合作，探索“预制菜+餐饮”供应链输出。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2023年营收19.97亿元（同比+26.36%），中式菜肴（预制菜）营收2021—2023年分别为1.54亿、1.78亿、2.21亿元，持续增长。公司为“南福建北山东”速冻调理格局中的北方代表企业，但整体市占率仍低于安井食品等龙头。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211"/>
        <w:gridCol w:w="2211"/>
        <w:gridCol w:w="2211"/>
        <w:gridCol w:w="2211"/>
      </w:tblGrid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2021年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2022年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2023年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营业收入（亿元）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16.51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15.81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19.97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归母净利润（亿元）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-1.3788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-1.1987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0.0752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销售毛利率（%）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15.13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13.93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18.08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资产负债率（%）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58.39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68.41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63.12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经营活动现金流净额（亿元）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0.84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0.58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0.8983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基本每股收益（元）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-0.59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-0.50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0.03</w:t>
            </w:r>
          </w:p>
        </w:tc>
      </w:tr>
    </w:tbl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注：2023年公司实现扭亏为盈，归母净利润751.59万元（同比+106.27%），但扣非归母净利润仍为-272.79万元，真实经营性盈利尚弱；2024年前三季度营收13.03亿元（同比-0.12%），归母净利润-2824.51万元，再度转亏。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2021、2022年连续亏损（归母分别为-1.38亿、-1.20亿），2023年扭亏为盈（归母751.59万），毛利率由13.93%回升至18.08%（+4.15pct），但扣非仍微亏，盈利质量待改善。油炸品（31.27%）、丸制品（23.31%）毛利率较高，是盈利主力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（三）资产质量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2023年末总资产14.20亿元，归属于上市公司股东净资产5.03亿元；资产以存货、应收、固定资产为主，应收账款增长较快（2.06亿元，+53.50%），资产质量需关注回款。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（四）负债与偿债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2023年末资产负债率63.12%（同比-5.29pct，但仍处高位），有息负债规模较大，流动比率偏低，短期偿债压力相对突出，财务杠杆偏高。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（五）现金流分析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2023年经营活动现金流净额8983万元（同比+55.82%），销售现金比率改善；但应收账款高增预示回款风险，整体现金流对盈利的支撑仍有限。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（六）关键指标横向对标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与安井食品、海欣食品等速冻食品企业相比，惠发食品营收规模偏小、资产负债率偏高、盈利波动大；优势在于预制菜品类丰富（2000余款）与北方区域品牌认知。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公司为上交所上市公众公司，设董事会、监事会、经理层及专门委员会，治理规范，落实上市公司信息披露与内控要求。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公司由实际控制人惠增玉主导战略，核心管理层兼具食品制造与资本运作经验；2023年部分高管曾减持，市场关注度较高。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公司建立质量、食品安全、财务等内控体系，通过相关体系认证，落实上市公司合规要求。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公司员工以生产、研发与销售人员为主体，研发费用率2.78%，研发队伍支撑预制菜持续创新。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品类丰富：自主研发预制菜2000余款，覆盖火锅料、调理肉、中式菜肴全场景；二是北方品牌：速冻调理“南福建北山东”格局中的北方代表；三是渠道协同：餐饮供应链+经销商+电商多元布局；四是研发能力：研发费用率较高，新品迭代快；五是区域集群：扎根诸城预制菜产业集群，产业链配套完善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六、风险分析（重点）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盈利波动风险：2021—2022连续亏损、2023扣非仍亏、2024前三季再亏，盈利稳定性差；二是高负债风险：资产负债率超60%，短期偿债压力大；三是应收账款风险：2023年应收增53.50%，回款与坏账风险上升；四是股权集中风险：实控人及一致行动人持股超60%，存在非理性炒作与减持扰动；五是行业竞争风险：速冻赛道龙头挤压、价格战激烈。应对措施：聚焦高毛利品类、强化应收账款管理、优化资本结构、稳健扩张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惠发食品虽为上市民企，但直接融资受盈利波动制约，产业链协同空间较大，山东投资可协同方向：一是供应链金融，围绕肉类、淀粉等采购为上游供应商提供保理；二是为下游餐饮经销商提供反向保理与流动资金支持；三是依托山东投资产业资源，在预制菜产能扩建、冷链设备更新方面开展融资租赁；四是借助诸城预制菜集群生态探讨产融合作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综合评价：惠发食品是诸城健康食品及预制菜加工集群的上市骨干，品类丰富、研发较强，但盈利波动大、负债偏高、应收账款增长快，处于扭亏后的夯实期。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发展展望：在预制菜行业标准化、餐饮供应链连锁化趋势下，公司2000余款预制菜储备有望持续放量；山东“预制菜第一城”政策提供区域红利。据行业趋势，中式菜肴与调理预制菜是增长主线。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建议：一是提升扣非盈利质量，减少非经常性损益依赖；二是压降资产负债率、强化应收账款管理；三是聚焦优势品类做深做透；四是借助山东投资供应链金融与园区生态稳健扩张。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数据来源说明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报告数据来源于：1）山东惠发食品股份有限公司（603536.SH）2021、2022、2023年年度报告及东方财富/同花顺/新浪财经/界面新闻数据；2）公司官网关于预制菜品类与沙县小吃合作的公开资料；3）证券时报、时代周报等权威媒体报道。财务数据以公司公开披露的定期报告为准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