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山东潍坊诸城市(健康食品及预制菜加工)特色产业集群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得利斯集团有限公司企业分析报告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得利斯集团有限公司（002330.SZ）2021—2023年年度报告、东方财富/同花顺/新浪财经公开财务数据、公司官网及权威媒体报道等公开渠道，统计时点截至2023年年报披露信息；2024年业绩预告数据亦有引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得利斯集团有限公司（证券简称：得利斯，代码：002330.SZ）由郑和平先生于1984年在山东诸城创立，是“诸城模式”的重要实践者，前身为诸城市第二食品公司，2000年前后完成股份制改造，2010年在深圳证券交易所上市。公司注册地址位于山东省潍坊市诸城市，系首批农业产业化国家重点龙头企业，长期专注于生猪屠宰、冷却肉、低温肉制品及预制菜加工，是国内健康食品及预制菜领域的代表性企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方面，公司控股股东为诸城同路人投资有限公司（持股24.37%），第二大股东庞海控股有限公司（持股16.55%），其余为分散的社会法人与公众股东。第一大股东诸城同路人投资存在较高比例股权质押（年报显示其持有股份的48.38%处于质押状态），需关注控股股东流动性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作为上市公众公司，设立生猪养殖、屠宰、冷却肉、低温肉制品、预制菜、牛肉贸易等业务板块，并在山东、吉林、西安、北京等地布局生产基地与营销网络。重要子公司包括吉林得利斯食品有限公司、西安得利斯食品有限公司等，形成“屠宰—精深加工—预制菜”一体化布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自1984年创业以来，由单一屠宰业务逐步发展为涵盖冷却肉、低温肉制品、速冻调理、速冻米面及即食休闲类预制菜的综合性食品集团。2021年起公司明确“立足屠宰、发力低温肉制品、延伸预制菜”的新战略，预制菜业务规模稳步扩大，并被纳入潍坊市重点产业链培育管理，受益于“中华预制菜产业第一城”的集群建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以猪肉制品及预制菜为核心的食品加工龙头，主营业务包括生猪屠宰、冷却肉及冷冻肉、低温肉制品、预制菜类（牛肉系列、速冻调理、速冻米面、即食休闲等）、牛肉贸易等，服务于商超、餐饮、电商及企事业单位等多元渠道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公司营业收入30.92亿元。分产品看：冷却肉及冷冻肉收入14.10亿元（占45.60%，同比-11.85%）、预制菜类收入6.53亿元（占21.11%）、牛肉贸易类收入4.78亿元（占15.46%，同比+34.05%）。冷却肉及冷冻肉与牛肉贸易合计占比约六成，但二者毛利率长期偏低，预制菜是公司当前着力提升盈利的核心方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：冷却肉及冷冻肉（大流通白条、分割品）、低温肉制品（火腿、香肠等）、预制菜（臻享红烧肉、四喜丸子、香卤猪蹄、元气牛肉汤、盐酥鸡、狮子头等）、速冻米面、牛肉系列产品及牛肉贸易。产品覆盖B端餐饮供应链与C端家庭消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公司客户以商超、农贸批发、餐饮连锁、电商及企事业单位为主，前五大客户合计销售金额3.65亿元（占年度销售总额11.80%），客户集中度较低、分布较分散。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主要采购生猪、牛肉及包装材料等，前五大供应商合计采购金额2.35亿元（占年度采购总额8.89%），供应链分散、对外依赖度低。受生猪价格波动影响，原材料成本是盈利的关键变量。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在山东、吉林、陕西等地拥有屠宰与深加工产能，2023年研发投入990.22万元（占营收0.32%），拥有“得利斯”品牌与多项产品专利。作为农业产业化国家重点龙头企业，具备完善的食品生产许可、质量与食品安全管理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采用“B端直销+经销商+C端新零售”模式，B端积累大量优质餐饮客户，C端借助京东自营、天猫旗舰店及短视频、直播等新媒体强化推广，并在北方区域建设线下直营旗舰店与经销商加盟门店。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营收30.92亿元（同比+0.55%），近三年营收复合增长率-1.96%，增长动能偏弱；2023年末员工2012人，人均创收153.66万元、人均创利-1.69万元。公司在低温肉制品与预制菜细分领域具区域品牌优势，但整体市占率受双汇等龙头挤压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2021年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2022年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营业收入（亿元）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31.30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30.75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30.92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归母净利润（亿元）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0.4374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0.3164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-0.3400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销售毛利率（%）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7.78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6.92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5.30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资产负债率（%）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30.97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30.97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29.90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经营活动现金流净额（亿元）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-1.58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-1.58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-1.37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基本每股收益（元）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0.09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0.06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-0.05</w:t>
            </w:r>
          </w:p>
        </w:tc>
      </w:tr>
    </w:tbl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注：2021、2022年经营现金流净额依据公开报道口径分别为约-1.58亿元（2022）与2021年正流入；2023年经营现金流-1.37亿元。2024年业绩预告归母净利润亏损2800万元至3200万元，为公司上市后首次连续两年亏损。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盈利能力持续走低：毛利率由2021年7.78%降至2023年5.30%，主因低毛利率的冷却肉及冷冻肉（2023年毛利率仅0.50%）、牛肉贸易（2023年毛利率-6.26%）占比高且价格竞争加剧；预制菜类毛利率8.65%为各业务最高，是公司盈利改善的支点。2023年归母净利润-3399.70万元（同比-207.45%），由盈转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2023年末总资产33.47亿元，负债合计10.01亿元，资产以固定资产（同比+20.23%）、存货（账面价值3.83亿元，计提跌价准备1701.52万元）、应收及货币资金为主，重资产特征明显，资产质量总体稳健。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2023年末资产负债率29.90%，流动比率2.12、速动比率1.66，有息负债率14.98%，短期偿债能力较强，财务杠杆稳健，但需关注控股股东股权质押带来的潜在传导风险。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2023年经营活动现金流净额-1.37亿元（上年同期-1.58亿元），连续两年为负，主因促销让利及营运资金占用；筹资活动现金流净额1.87亿元，投资活动现金流净额-1.80亿元，自由现金流-2.20亿元，整体现金流偏紧。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龙大美食、金字火腿、双汇发展等肉制品上市公司相比，得利斯营收规模偏小、毛利率最低（2023年5.30%显著低于双汇等），盈利质量与抗周期能力偏弱；优势在于国资与产业资本分散、负债率低、预制菜转型方向明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公司为深交所上市公众公司，设董事会、监事会、经理层及审计、薪酬等专门委员会，治理规范透明，落实上市公司信息披露与内控要求。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公司核心管理层具有食品加工与上市公司治理经验，长期由创始团队主导战略，重视预制菜与品牌化运营。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公司建立质量、食品安全、环境等管理体系，落实上市公司内控规范，通过多项体系认证，食品安全管控体系完备。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2023年末员工总数2012人，人均薪酬9.68万元（同比+14.60%），研发与生产技术队伍稳定，支撑屠宰—深加工一体化运营。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品牌与龙头地位：首批农业产业化国家重点龙头企业，“得利斯”区域品牌深入人心；二是全产业链：屠宰—冷却肉—低温肉制品—预制菜一体化，产能布局全国；三是渠道与资质：B端餐饮客户黏性强，食品安全体系完善；四是预制菜先发：产品矩阵丰富、研发持续投入，受益潍坊预制菜集群政策；五是财务稳健：低负债率、强短期偿债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盈利持续下滑风险：低毛利产品占比高、价格竞争致连续亏损，2024年预告仍亏损；二是原材料价格风险：生猪、牛肉价格大幅波动直接影响成本与毛利；三是控股股东质押风险：第一大股东近半股权质押，存在流动性传导隐患；四是库存与减值风险：存货规模较大、存在跌价准备；五是行业竞争风险：双汇、龙大等龙头挤压市场份额。应对措施：聚焦预制菜高毛利品类、优化产品结构与促销策略、降本增效、强化C端品牌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得利斯作为上市民企，直接融资渠道通畅，但产业链上下游存在显著协同空间，山东投资可协同方向：一是供应链金融，围绕生猪、牛肉采购为上游养殖户/贸易商提供保理、预付款融资；二是反向保理服务其下游经销商；三是依托山东投资产业资源，在预制菜产能扩建、冷链设备更新方面开展融资租赁；四是探索与山东投资在健康食品、预制菜产业园的产融合作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综合评价：得利斯是诸城健康食品及预制菜加工集群的上市龙头，品牌与全产业链优势突出、财务稳健，但近年盈利持续承压、低毛利产品拖累明显，处于战略转型阵痛期。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发展展望：在山东省及潍坊市打造“中华预制菜产业第一城”政策驱动下，预制菜业务有望成为破局关键；消费升级与餐饮供应链标准化将支撑行业长期需求。据行业趋势，低温肉制品与预制菜是增长主线。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建议：一是坚定向高毛利预制菜品类聚焦，压缩低效白条业务；二是改善经营现金流、降低对促销让利的依赖；三是稳妥化解控股股东质押风险；四是借助山东投资供应链金融与园区生态实现协同发展。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报告数据来源于：1）得利斯集团有限公司（002330.SZ）2021、2022、2023年年度报告及东方财富/同花顺/新浪财经数据；2）公司官网关于预制菜战略与产业基地的公开资料；3）上海证券报、证券之星等权威媒体报道。财务数据以公司公开披露的定期报告为准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