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山东省聊城市茌平区铝制功能部件产业集群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山东信发集团有限公司企业分析报告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查查、爱企查、水滴信用、公司官网及权威媒体（新华网山东频道、茌平区政府网、冠县政府网、高校就业网、东方财富/同花顺等公开渠道）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集团有限公司（曾用名茌平信发华兴实业有限公司）于2007年4月27日注册成立，法定代表人为张刚，统一社会信用代码9137（集团主体），注册资本8亿元人民币，注册地址位于山东省聊城市茌平区信发街道顺河北街747号，企业类型为有限责任公司（自然人投资或控股的民营企业集团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与实控：信发集团为大型民营独资企业集团，实际控制人为张刚（董事长）。集团前身可追溯至1972年成立的茌平县发电厂，2002年更名为山东信发铝电集团有限公司，2007年整体变更为信发集团有限公司。集团现有所属及控股企业80余家，无国有控股股东，为纯民营控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以"热电联产、铝电联营"为核心，下设电力能源、有色金属（氧化铝/电解铝/铝深加工）、高端化工、环保建材、矿产开发、现代农业等业务板块，旗下拥有聊城信源集团、山东信发华源铝业、茌平信源环保建材等数十家子公司，并在新疆等地布局铝电项目（如农六师煤电公司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1972年茌平县发电厂成立；2002年更名山东信发铝电集团；2007年更名信发集团；2011年注资成立农六师煤电公司、投资新疆项目；2024年山东省水利厅批复支持建设节水技术创新中心。集团历经五十余年，由小型热电厂成长为总资产超3,000亿元的现代化大型企业集团，连续多年入围中国民营企业500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"集电力能源、有色金属、高端化工、环保建材、矿产开发、现代农业于一体的现代化大型企业集团"。核心主营为氧化铝、电解铝及铝深加工，配套自备热电，构建"铝电联营、热电联产"循环经济产业链，是全国最大的电解铝生产基地之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围绕"热、电、铝、板、块、粉、盐、碱、精、加工"十大产业链条展开，主要板块为电力能源（发电供热）、有色金属（氧化铝、电解铝、碳素、氟化盐及铝深加工）、高端化工（液碱、聚氯乙烯、石灰、电石）、环保建材（石膏板、砌块）、矿产开发与现代农业。具体收入占比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主要产品包括电解铝、氧化铝、铝型材/铝板带箔等铝深加工产品、PVC、液碱、碳素、氟化盐、石膏板及新型建材、铝杆等，并提供发电供热等能源服务。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上游对接铝土矿、煤炭、石灰石等资源；下游铝深加工产品供应建筑、交通、包装、电力电子等领域客户，化工产品供应建材与工业客户，电力热力供应区域内企业与居民。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主要采购铝土矿、煤炭、石灰石、焦类等大宗原料，依托自有矿山与长协保障供应；"一粒石灰石六次重生"的循环模式大幅降低外购依赖与成本。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（五）产能、资源与牌照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在发电、氧化铝、电解铝、化工、环保建材等10个领域稳居世界同行业领先地位；投资300多亿元进行设备升级，关停15台低效能燃煤机组，新建9台66万千瓦高效超超临界机组，发电煤耗仅248克/千瓦时（比业内均值低约20%）。拥有完善的电力、氧化铝、电解铝生产牌照与环保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产品销售以长协与直供为主，铝深加工与化工产品面向全国及出口市场；集团配套热电厂与天然气能源项目，形成一体化供应能力。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新华社山东频道与茌平区政府公开信息：2024年实现营业收入3,029亿元（中国民营企业500强第18位），上交税金127亿元、完成利税328亿元；2025年实现销售收入3,208亿元、利税370.5亿元、上缴税金160亿元，位列全国工商联民营企业500强第20位、制造业民企500强第15位。集团总资产超过3,000亿元（新华社2025年报道为3,100亿元），职工约2万人，在电解铝等领域居全国前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（一）近三年主要会计数据（公开披露口径）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69"/>
        <w:gridCol w:w="1769"/>
        <w:gridCol w:w="1769"/>
        <w:gridCol w:w="1769"/>
        <w:gridCol w:w="1769"/>
      </w:tblGrid>
      <w:tr>
        <w:tc>
          <w:tcPr>
            <w:tcW w:type="dxa" w:w="249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2022年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49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2,681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约2,907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3,029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3,208</w:t>
            </w:r>
          </w:p>
        </w:tc>
      </w:tr>
      <w:tr>
        <w:tc>
          <w:tcPr>
            <w:tcW w:type="dxa" w:w="249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利税总额（亿元）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328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370.5</w:t>
            </w:r>
          </w:p>
        </w:tc>
      </w:tr>
      <w:tr>
        <w:tc>
          <w:tcPr>
            <w:tcW w:type="dxa" w:w="249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上缴税金（亿元）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127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</w:t>
            </w:r>
          </w:p>
        </w:tc>
      </w:tr>
      <w:tr>
        <w:tc>
          <w:tcPr>
            <w:tcW w:type="dxa" w:w="249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总资产（亿元）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超3,000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超3,000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超3,000</w:t>
            </w:r>
          </w:p>
        </w:tc>
        <w:tc>
          <w:tcPr>
            <w:tcW w:type="dxa" w:w="170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约3,100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集团营收由2022年2,681亿元稳步增至2025年3,208亿元，2024年利税328亿元、2025年利税370.5亿元，盈利规模庞大且保持增长，毛利率受铝价与煤电成本影响波动，但循环模式带来显著成本优势。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总资产超3,000亿元，资产以电力、氧化铝、电解铝产能及配套重资产为主，重资产属性明显，但产业链闭环使资产综合利用效率高。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集团未公开披露资产负债率等具体偿债指标。作为年上缴税金超百亿元的大型民企，银行授信与再融资能力较强，但重资产、高负债经营特征下仍需关注铝价周期与煤价波动对偿债的扰动。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经营现金流数据未公开披露。庞大的营收与税金规模反映主业"造血"能力强，但高额资本开支（设备升级300多亿元）使自由现金流波动。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信发集团营收规模（3,000亿级）远超本集群其他企业，与国内魏桥、中铝等铝业巨头同处第一梯队，是茌平铝制功能部件产业集群的链主企业与核心带动力量。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集团为民营控股，张刚任董事长，设集团总部与多板块子公司治理架构。作为大型民企，集团建立了相对规范的集团化管控体系，但未上市、治理透明度有限。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张刚任董事长、法定代表人，为集团实际控制人，并当选全国人大代表，在行业政策（新能源消纳、电力体制改革）层面具话语权。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集团构建了能源—有色—化工—建材—农业五大循环产业链网，实施"上大压小"机组升级与智能化改造，内控以安全、环保与成本为中心。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集团职工约2万人（茌平区政府口径），为当地提供稳定就业，并定向安置120余名残疾人就业；注重技能培训与产教融合。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循环经济壁垒："原料—产品—副产品—再生资源"闭环，年增效益超百亿元、固废年消纳1,400万吨；二是铝电联营成本优势：自备电厂+高效超超临界机组，发电煤耗低于行业20%；三是规模与产业链一体化：总资产3,000亿级、十大产业链、多领域世界领先；四是资源与能源自给：中水回用2,600万方/年、资源综合利用；五是品牌与政策地位：民企500强前列、链主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业风险：电解铝属高耗能、强周期行业，受铝价、煤价、电价及产能政策影响大。政策风险：双碳目标下能耗与碳排放约束趋严，环保监管持续加码。经营风险：重资产、高负债经营，资本开支大。财务风险：具体负债率未公开，需关注周期下行时的偿债压力。应对措施：集团已投资300多亿元升级超低能耗机组、发展循环经济与绿电，积极布局风电等新能源（聊城信发新能源多个陆上风电项目），以绿色转型对冲政策与周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集团为超大型链主企业，融资需求更多体现在产业链金融与绿色转型：（1）供应链金融：可围绕集团上下游（铝深加工、建材、设备）中小配套企业开展应收账款保理与订单融资，山东投资可切入"链主+集群"批量业务；（2）融资租赁：集团设备更新与新能源（风电）项目建设可匹配大型设备直租；（3）绿色保理/ABS：以绿色资产与应收账款为基础资产开展结构化融资；（4）小贷：对茌平铝产业集群内中小配套企业可设计普惠产品。鉴于集团体量与信用，建议以产业基金或联合授信方式合作，单体小贷意义有限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信发集团是茌平铝制功能部件产业集群的绝对链主，循环经济模式与铝电联营构筑深护城河，营收超3,000亿元、持续入围民企500强前列，区域带动与财税贡献突出。主要挑战在于高耗能行业的双碳约束与周期波动。据公司规划与行业趋势，绿色转型（绿电、超低能耗）与铝深加工延伸是主线。建议山东投资以"产业链金融+绿色转型融资"为核心与信发协同，服务其上下游中小配套企业，共享集群红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新华网山东频道（2025-09-17报道）、茌平区人民政府官网、爱企查企业知识图谱、公司官网（xinfagroup.com.cn）及全国工商联民企500强榜单。营收/利税/税金数据来自上述权威公开渠道，集团单体审计报告未公开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