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山东荣成（海洋生物食品）特色产业集群</w:t>
      </w:r>
    </w:p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赤山集团有限公司企业分析报告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（本报告数据来源于天眼查/企查查/爱企查企业工商信息、赤山集团官网（sdchishan.com）、荣成市赤山远洋渔业有限公司公开资料等公开渠道。非上市民营企业，财务数据未公开披露；集团经营规模数据引自公司官网简介，已注明。）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一、公司基本概况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（一）工商信息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赤山集团有限公司成立于1999年1月29日，曾用名山东斥山水产集团有限公司，法定代表人为王玉春，注册资本8,000万元人民币（实缴约8,040万元），统一社会信用代码91371082166861353G，注册地址为山东省威海市荣成市斥山街道双山东路599号，企业类型为有限责任公司（自然人投资或控股），登记状态存续。实际控制人为王玉春等自然人（民营）。集团官网称创建于1988年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公司为民企（自然人投资或控股），从水产捕捞起家，发展为跨海洋捕捞、建筑工程、房地产、工业制造、旅游、金融服务、船舶制造七大产业的大型民营集团。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（二）组织架构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集团下辖荣成市赤山远洋渔业有限公司（注册4,000万元、职工420余人、总资产6亿元）、方大建设/万泰金属/顺达新材料（建筑配套）、赤山房地产、工业制造（含天津鹏翎集团控股）、赤山风景名胜区、蓝海银行（共同发起）、船舶制造（山东福尔顿船舶）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（三）发展沿革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1988年创立，由水产捕捞起步；1999年改制为集团有限公司；后拓展建筑、房地产、旅游、金融、船舶制造，并控股天津鹏翎集团（汽车零部件）、共同发起蓝海银行（山东首家民营银行，2017年）。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（四）企业定位与主营业务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定位为多元化大型民营产业集团，主营海洋捕捞、建筑工程、房地产开发、工业制造、旅游餐饮、金融服务、船舶制造七大产业。官网披露总资产约150亿元、员工约1.2万人、年销售收入近百亿元（集团口径，非审计）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二、业务层面分析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（一）业务结构与收入构成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七大产业中，海洋捕捞与建筑工程、房地产为传统支柱。海洋捕捞：装备远洋船只45艘+辅助船，年总捕捞量6万吨以上，毛里塔尼亚基地13艘；建筑工程：方大建设等具施工总承包一级资质；房地产：赤山房地产一级资质，与恒大、碧桂园、蓝光合作；金融：共同发起蓝海银行（注册20亿，2020年总资产360亿）、小贷与典当注册1.6亿；旅游：赤山风景区AAAA级；工业：含控股天津鹏翎（汽车零部件）；船舶：山东福尔顿船舶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（二）主要产品/服务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远洋捕捞海产品（鱿鱼、秋刀鱼、金枪鱼等）、建筑工程总承包、住宅与康养地产、汽车零部件（通过鹏翎）、旅游景区与酒店、金融服务、船舶制造。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（三）客户分析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建筑与地产业务客户含恒大、碧桂园、蓝光等房企及政府项目；金融面向小微与三农；捕捞与旅游面向市场客群。具体前五大客户未公开。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（四）供应商与采购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建筑业采购钢材、建材；捕捞业采购燃油、渔具；房地产业务受合作方影响。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（五）产能/资源/牌照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持有港口货物装卸、建筑施工总承包一级、房地产一级、船舶制造等资质；赤山渔港为全国文明渔港；海域与岸线资源；参保人数工商年报约41人（集团口径员工以官网1.2万人计，差异因多主体分列）。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（六）销售与渠道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建筑地产以工程总包与联合开发为主，旅游以景区票务与酒店经营，金融以网点与线上。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（七）经营数据与市场占有率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集团年销售收入近百亿元（官网，非审计），远洋捕捞综合效益居全省前列；具体细分市场份额未公开。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三、财务报表分析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赤山集团为非上市民营企业，未公开审计财报，特此如实标注。官网披露集团总资产约150亿元、年销售收入近百亿元（非审计概数，仅供参考）；具体毛利率、资产负债率、经营现金流等未披露，不对科目进行估计。其控股/参股企业（如天津鹏翎为上市公司）有独立披露，但集团合并口径未公开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四、公司治理、管理与人力资源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（一）治理结构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民营集团，法定代表人王玉春，设集团总部与各产业板块公司，自然人控股。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（二）管理层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法定代表人王玉春，实际控制人；各板块由专业团队运营，并控股天津鹏翎（上市公司）等。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（三）组织与内控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集团化管控，跨多行业；建筑、地产、金融受各自监管，但具体内控披露有限。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（四）人力资源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官网称员工约1.2万人；工商年报社保人数口径较小（因多主体分列）。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五、核心竞争力（护城河）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一是产业协同：捕捞—加工—冷链—渔港—旅游—金融闭环；二是资源与资质：渔港、海域、建筑/房地产一级资质；三是金融牌照：共同发起蓝海银行，产融结合；四是资本平台：控股天津鹏翎（上市）；五是规模与品牌：总资产150亿级区域龙头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六、风险分析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一是房地产下行风险：与恒大、碧桂园、蓝光等合作，行业下行与房企违约可能拖累回款与资产质量；二是多元化风险：七大产业跨度过广，管理复杂度高；三是远洋捕捞风险：国际海域政治、油价与渔业配额波动；四是财务不透明风险：集团未公开财报，信用评估难。应对措施：聚焦主业、收缩高风险地产、强化现金流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七、融资需求（与山东投资协同）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作为跨区域民营产业集团，可协同方向：一是供应链金融/保理，盘活建筑、捕捞、制造板块应收账款；二是融资租赁，支持渔船、工程设备、冷链更新；三是小额贷款，服务其小微与三农金融客群（与蓝海银行形成互补）；四是关注其海洋产业与装备制造股权机会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八、综合评价、发展展望与建议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综合评价：赤山集团是荣成海洋生物食品集群中以远洋捕捞为核心、多元布局的大型民营集团，产业协同与金融牌照优势突出，但房地产敞口与多元化带来风险，且财务不透明。发展展望：远洋捕捞、海洋食品与旅游稳健，地产需出清。建议：山东投资协同以供应链金融、融资租赁、小贷为主，介入前须集团层面尽调、重点评估地产敞口与整体偿债，控制信用风险。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数据来源说明：天眼查/企查查/爱企查企业工商信息，赤山集团官网sdchishan.com，荣成市赤山远洋渔业有限公司公开资料。财务数据未公开披露，已如实标注；集团规模引自官网简介。</w:t>
      </w:r>
    </w:p>
    <w:sectPr w:rsidR="00FC693F" w:rsidRPr="0006063C" w:rsidSect="00034616">
      <w:footerReference w:type="default" r:id="rId9"/>
      <w:pgSz w:w="11906" w:h="16838"/>
      <w:pgMar w:top="2098" w:right="1474" w:bottom="1984" w:left="158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lineRule="exact" w:line="600"/>
      <w:ind w:firstLine="0"/>
      <w:jc w:val="center"/>
    </w:pPr>
    <w:r>
      <w:rPr>
        <w:rFonts w:ascii="宋体" w:hAnsi="宋体" w:eastAsia="宋体"/>
        <w:b w:val="0"/>
        <w:color w:val="000000"/>
        <w:sz w:val="28"/>
      </w:rPr>
      <w:t xml:space="preserve">— </w:t>
    </w:r>
    <w:r>
      <w:rPr>
        <w:rFonts w:ascii="Times New Roman" w:hAnsi="Times New Roman" w:eastAsia="Times New Roman"/>
        <w:b w:val="0"/>
        <w:color w:val="000000"/>
        <w:sz w:val="28"/>
      </w:rPr>
      <w:fldChar w:fldCharType="begin"/>
      <w:instrText xml:space="preserve">PAGE</w:instrText>
      <w:fldChar w:fldCharType="end"/>
    </w:r>
    <w:r>
      <w:rPr>
        <w:rFonts w:ascii="宋体" w:hAnsi="宋体" w:eastAsia="宋体"/>
        <w:b w:val="0"/>
        <w:color w:val="000000"/>
        <w:sz w:val="28"/>
      </w:rPr>
      <w:t xml:space="preserve"> —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