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山东青岛（轨道交通）特色产业集群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青岛威奥轨道股份有限公司企业分析报告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（本报告数据来源于公司2022—2024年年度报告、上海证券交易所/巨潮网公告、公司官网（victall.com）、天眼查/企查查工商信息及中国证券报/上海证券报/证券时报等公开报道，统计时点截至2024年年度报告。）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威奥轨道股份有限公司（证券简称：威奥股份，证券代码：605001.SH）创立于2007年，于2020年5月在上海证券交易所主板上市，保荐机构为中信建投证券。公司法定代表人为孙汉本，统一社会信用代码91370200MA3****（工商登记号3702****），注册资本约39,288.60万元（总股本392,886,000股），注册地址为山东省青岛市城阳区兴海支路3号，所属行业为铁路运输设备制造业（轨交设备）。公司主营轨道交通车辆配套产品的研发、生产、销售和服务，是一家为高速列车及城轨、地铁车辆提供模块化产品与零部件的专业化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为民企控股的上市公司。截至2024年年报，前两大股东为宿青燕（持股约25.10%）、孙汉本（持股约9.73%），其余重要股东包括唐山锐泽股权投资管理中心（有限合伙，约8.40%）、宁波梅山保税港区久盈二期新能源投资合伙企业（约4.16%）等。需注意：第一大股东宿青燕质押7,280万股（占其持股73.82%），第六大股东孙继龙质押350万股（占25.64%），截至2025年4月公司约19.45%股份处于质押状态，股权质押比例偏高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30余家全资及控股子公司，业务覆盖轨道交通配套、非轨道业务（新材料/模具）、汽车业务及大健康（富氧健康舱）等。主要子公司包括青岛罗美威奥新材料、青岛科达智能电气、成都威奥畅通、威奥汽车技术（唐山/常州）、丹纳威奥贯通道系统、上海威奥颐摩健康等，形成集团化运营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2007年创立于青岛城阳，专注轨交车辆模块化配套；2020年5月登陆上交所主板。发展过程中通过收购（如唐山汽车及其子公司）扩充产能与业务，并拓展富氧健康舱、新能源汽车配套等新业务。2022—2023年受行业周期影响业绩波动，2023年因收购产生较大非经常性收益而表观扭亏，2024年经营质量改善（扣非转正、现金流大幅转正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“全球知名轨道交通装备制造企业”，为高速列车、城轨及地铁车辆提供模块化产品与零部件。主要产品包括：轨道车辆内装产品、真空集便系统、金属结构件、模块化产品和车外结构件等五大类，并提供检修服务（日常维修及三/四/五级修、专项修）与产品设计研发综合配套。公司是国内外知名主机厂（中国中车、德国西门子、法国阿尔斯通、西班牙CAF/Talgo等）的核心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，公司实现营业收入15.28亿元，其中轨道交通设备及其延伸产业收入15.85亿元（占比88.84%，含动车组配套8.56亿元占47.96%、城轨地铁配套4.79亿元占26.85%、检修1.23亿元占6.88%）；新能源汽车配套收入1.16亿元（占6.50%）；智能消费设备（富氧健康舱等）6,206万元（占3.48%）。区域上，境内收入13.50亿元（占75.69%），境外4.13亿元（占23.13%）。2023年动车组配套收入4.69亿元（+123.99%）、城轨3.29亿元、检修1.53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动车组车辆配套产品：内装、真空集便、金属/车外结构件、模块化产品，2024年收入8.56亿元。2. 城轨地铁车辆配套产品：4.79亿元。3. 检修业务：1.23亿元，受益运营里程增长。4. 富氧健康舱（大健康）：新增长极。5. 新能源汽车配套：拓展中的相关多元化业务。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公司核心客户为整车制造主机厂（中国中车旗下各主机企业、西门子、阿尔斯通、CAF、Talgo等）及轨道交通运营商。客户集中度较高，对主机厂依赖明显；境外客户占比约23%，体现一定出海能力。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生产所需原材料包括铝型材、复合材料、金属件、电子电器件、卫生系统部件等，依托合格供应商采购，部分由子公司自产（如罗美威奥新材料、科达电气）。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在青岛城阳建成研发与制造基地，拥有国内外先进的加工、研发与检测设备，具备与主机厂协同进行整体开发的能力；拥有国家专利501项（其中发明专利57项）、研发人员270余人，具备轨道车辆配套全流程制造资质与质量体系（IRIS）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以“紧密协作+整体开发”模式向主机厂直供配套，国内依托中车体系，海外通过自主与代理渠道进入欧洲、北美等市场（美国/加拿大子公司）。大健康业务通过氧舱体验馆等线下网络拓展。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国内轨道交通车辆配套模块化产品的专业龙头之一，是多家国际主机厂核心供应商。2024年营收15.28亿元、归母净资产27.00亿元；动车组配套占近半收入。具体细分市场占有率未单独披露，但其在内装、集便、结构件等领域具备较强配套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主要会计数据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7.97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11.80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15.28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-1.14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2.56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0.55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-1.53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-0.22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0.47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16.95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33.07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28.83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43.50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43.18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43.08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-1.02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-0.88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2.27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44.51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48.58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47.55</w:t>
            </w:r>
          </w:p>
        </w:tc>
      </w:tr>
      <w:tr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归母净资产（亿元）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24.98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27.43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27.00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数据来源于公司2022年、2023年、2024年年度报告（单位折算为亿元）。2023年归母净利润2.56亿元中含收购唐山汽车等产生的非经常性收益约2.62亿元，扣非净利润为-0.22亿元；2024年表观净利下降但经营质量提升（扣非0.47亿元、经营现金流2.27亿元转正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毛利率由2022年16.95%回升至2023年33.07%、2024年28.83%，反映产品结构改善与规模效应；但受非经常性收益高基数影响，2024年归母净利润降至0.55亿元（同比-78.41%），扣非净利润0.47亿元实现扭亏，主业盈利能力真实改善。2024年研发投入1.05亿元（占营收6.86%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存货账面11.18亿元（占净资产41.4%），较上年末增加1.97亿元，计提跌价准备2,607万元（计提比例2.28%），存货占资产比重偏高，需关注周转与减值风险；总资产47.55亿元，资产结构以应收、存货与固定资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资产负债率连续三年稳定在43%左右（2022年43.50%、2023年43.18%、2024年43.08%），有息负债率约61%—67%，流动比率约1.76、速动比率约1.09，短期偿债能力尚可，但存货高企削弱速动能力。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2022年、2023年持续净流出（-1.02亿、-0.88亿），2024年大幅转正至净流入2.27亿元（同比增3.15亿元），主要因订单回款改善与经营提质；投资活动现金流2024年0.53亿元，筹资活动净流出3.54亿元（偿债与分红）。现金流改善是2024年重要亮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与轨交设备同业相比，威奥股份毛利率（约29%—33%）处于中游，营收规模中等；其优势在于模块化配套能力与海外客户绑定，短板在于盈利波动大、客户集中、股权质押比例偏高。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交所主板上市公司，建立股东大会、董事会、监事会与经营层法人治理结构。董事会设董事长（孙汉本兼任法定代表人），独立董事若干；审计机构为致同会计师事务所（特殊普通合伙），出具标准无保留意见审计报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法定代表人、董事长孙汉本；总经理负责日常经营；董事会秘书赵婷婷；财务负责人范学鹏。核心团队具备轨交配套产业经验。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公司2020年上市后建立较完善内控与信息披露体系，严格执行上交所规范，通过IRIS等质量体系认证，并实施对30余家子公司的集团化内控管理。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2022年末员工2,263人，研发人员270余人（占比较高），人均薪酬11.63万元。公司注重研发与技能人才储备，支撑模块化配套能力。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客户壁垒：与中国中车、西门子、阿尔斯通等国际主机厂深度绑定，认证门槛高。2. 模块化配套能力：内装、集便、结构件等全品类配套，能整体协同开发。3. 技术与专利：专利501项（发明57项）、研发人员270余人。4. 出海能力：境外收入占比约23%，北美/欧洲子公司布局。5. 相关多元化：富氧健康舱、汽车业务提供新增长极。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行业风险：铁路/城轨投资波动及主机厂订单节奏影响配套需求。2. 经营风险：客户集中度高、对主机厂依赖强；存货高企（占净资产41%）存在减值与周转风险。3. 财务风险：盈利波动大（2022亏损、2023靠非经常性收益扭亏），经营现金流曾连续为负；股权质押比例偏高（约19.45%股份质押）带来股东层面流动性风险。4. 合规风险：出口管制与贸易壁垒。应对措施：优化产品组合、加快回款降存货、拓展大健康与汽车新业务、稳定股东质押。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作为青岛轨交配套民企龙头，威奥股份可与山东投资在以下方向协同：1. 供应链金融：基于向主机厂供货的应收账款开展保理，缓解账期压力；2. 融资租赁：为产线智能化与检测设备升级提供融资租赁；3. 保理：盘活对中车等客户的应收账款；4. 小额贷款：支持上游中小配套企业。亦可探讨产业基金参与其新业务（富氧健康舱、汽车配套）的股权/夹层融资。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威奥轨道股份有限公司是青岛轨道交通集群的配套龙头，具备模块化配套能力与国际主机厂客户壁垒，2024年经营质量明显改善（扣非扭亏、现金流转正）。但盈利波动、客户集中、存货高企与股权质押偏高等问题仍需关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国内外轨交需求回暖、检修业务增长及大健康/汽车新业务拓展下，公司有望稳步修复盈利。建议：一是强化应收账款与存货管理，改善现金流；二是合理降低股东股权质押比例，稳固治理；三是借助山东投资等资本，以供应链金融与产业基金优化资金结构、支持新业务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数据来源包括：青岛威奥轨道股份有限公司2022年、2023年、2024年年度报告（上海证券交易所/巨潮网）；公司官网（victall.com）；天眼查、企查查工商与股权信息；中国证券报、上海证券报、证券时报、新浪财经、搜狐财经等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