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平原县高效复合肥特色产业集群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史丹利化肥(平原)有限公司企业分析报告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（本报告数据来源于史丹利（002588）2023年年度报告、巨潮网、经济日报、平原县政府公开信息及天眼查等公开渠道。子公司单体财务数据未单独公开披露，已如实标注，并以母公司合并口径关键指标作参考。）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史丹利化肥(平原)有限公司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成立背景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上市公司史丹利（深交所002588）在平原县布局的复合肥生产基地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所属集团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史丹利农业集团股份有限公司（民营控股上市）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复合肥生产及销售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年产能约140万吨（平原基地）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山东省德州市平原县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作为史丹利股份的子公司，纳入集团一体化管理体系，与集团在山东、吉林、湖北、江西等地的生产基地协同，共享品牌、研发、采购与销售渠道。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史丹利前身成立于1992年（临沭县华丰化肥厂），2011年登陆深交所；平原基地为集团重要产能支点，依托"史丹利""三安"等知名品牌扩大北方产能布局。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专业从事复合肥生产销售，产品涵盖氯基复合肥、硫基复合肥、新型肥料等，是平原县高效复合肥特色产业集群的链主企业之一。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业务以氯基复合肥、硫基复合肥、新型肥料为主，母公司2023年氯基复合肥收入58.75亿元（占58.80%）、硫基20.41亿元（20.42%）、新型肥料18.92亿元（18.94%）。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氯基复合肥、硫基复合肥、新型肥料及原料化肥，拥有"史丹利""三安"等国内单品牌销量领先的复合肥品牌。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下游为经销商与种植农户，母公司前五大客户销售占比仅2.39%，渠道高度分散；2023年销售肥料313.14万吨。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母公司前五大供应商采购占比20.04%，主要采购氮肥、磷肥等原料，2023年供应商采购额16.62亿元。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平原基地年产能约140万吨；集团推进黎河肥业、松滋两大磷化工项目，松滋项目全面投产后将形成磷酸一铵40万吨、喷浆硫基复合肥40万吨等产能。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遍布全国的经销商网络，并通过园艺肥全网零售、农化服务等拓展。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平原基地为集团北方核心产能（约140万吨/年）；集团2023年营收99.91亿元、肥料销量313万吨。子公司单体市占率未单独披露。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史丹利化肥(平原)有限公司为上市公司全资子公司，单体财务数据未单独公开披露，以下为母公司史丹利（002588）2023年度合并口径关键指标供参考（单位：亿元）：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99.91</w:t>
            </w:r>
          </w:p>
        </w:tc>
      </w:tr>
      <w:tr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7.01</w:t>
            </w:r>
          </w:p>
        </w:tc>
      </w:tr>
      <w:tr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17.48%</w:t>
            </w:r>
          </w:p>
        </w:tc>
      </w:tr>
      <w:tr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经营现金流量净额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11.85</w:t>
            </w:r>
          </w:p>
        </w:tc>
      </w:tr>
      <w:tr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肥料销量(万吨)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313.14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母公司2023年营收同比增长10.54%、归母净利润同比增长58.94%，创历史新高；近三年营收复合增长率17.32%。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作为上市集团子公司，治理结构规范，纳入集团统一的内控、审计与信息披露体系，由集团高管统筹生产基地运营。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一是品牌壁垒："史丹利""三安"家喻户晓；二是渠道壁垒：遍布全国的经销商网络；三是规模壁垒：集团年销肥料超300万吨；四是产业链：磷化工项目向上游延伸，降本增效。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化肥行业受农产品价格、粮食安全政策及原料周期影响。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原料（氮磷钾）价格波动影响毛利。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存货与应收占用资金较大。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环保、安全生产及化肥生产许可需持续合规。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灵活调控原料库存、降本增效、赋能经销商、推进磷化工一体化与产品高端化。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金融：围绕集团原料采购与经销商网络，开展应收账款保理与经销商订单融资；二是融资租赁：磷化工项目设备可引入融资租赁；三是保理：对大型农资流通客户应收账款保理；四是小贷：为下游经销商提供周转资金，强化渠道黏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史丹利平原基地是集团北方核心产能支点，品牌、渠道与规模优势显著，2023年业绩创新高。建议山东投资以供应链金融与经销商金融为切入点协同。总体判断：稳健的上市链主企业。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史丹利（002588）2023年年度报告、巨潮网、经济日报、证券日报、平原县政府公开信息。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