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平度市非公路车辆轮胎及传动系统特色产业集群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青岛征和工业股份有限公司企业分析报告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征和工业股份有限公司成立于1999年10月9日，法定代表人金玉谟，统一社会信用代码913702007137681594，企业类型为其他股份有限公司（上市），注册资本8,175万元，注册地址位于山东省青岛市平度市经济开发区厦门路99号，登记机关为青岛市市场监督管理局，经营状态为存续。公司为A股上市公司，证券简称"征和工业"，股票代码003033.SZ，2021年1月11日在深交所主板上市，员工总数2,414人（2024年末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股权结构：控股股东为青岛魁峰控股集团有限公司（持股57.68%）；实际控制人金玉谟、金雪芝夫妇通过魁峰控股及金硕投资、金果投资合计控制公司66.91%股份表决权，属民营控股上市公司。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公司作为上市公司设董事会、监事会及经营管理层，下辖9个制造与研发基地；业务涵盖车辆链系统、农业机械链系统、工业设备链系统及链型智能装备，并延伸至耕耘部件（旋耕刀、犁铧）。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1999年成立的青岛魁峰征和机械有限公司，2013年股改，2021年1月登陆深交所主板，成为我国链传动行业首家A股上市公司。2025年底披露7.04亿元定增获批；摩托车链系统连续10年市场综合占有率居行业第一，为张雪机车等知名企业提供配套，是产业链细分领域"隐形冠军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链传动行业领军企业、链系统技术领导者。主营业务为各类链传动系统的研发、制造和销售，产品应用于车辆发动机与传动系统、农业机械传动与输送系统、工业设备传动与输送系统，并拓展至舰船发动机链系统、耕耘部件及链型智能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形成车辆链系统、农业机械链系统、工业设备链系统三大板块。2025年营业收入19.32亿元，其中车辆链系统11.13亿元（占57.61%）、农业机械链系统3.71亿元（占19.18%）、工业设备链系统3.08亿元（占15.94%）、其他1.40亿元（占7.27%）；按地区，内销12.58亿元（占65.10%）、出口6.74亿元（占34.90%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包括摩托车链系统（配套本田、春风动力、雅马哈、铃木、张雪机车等，连续10年行业第一）、汽车发动机链系统、农业机械链系统、工业设备链系统，以及锯链、耕耘部件、链型智能装备；拥有约300项专利、主导/参与24项国家与行业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客户覆盖全球120个国家、约3,000家客户，包括本田、春风动力、雅马哈、铃木、张雪机车等知名摩托车与整车企业，以及农机、工业设备制造商，客户结构优质、黏性强。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生产所需主要为特种钢材、链板材料、设备及零部件，原料价格随钢价波动；公司通过规模化采购与工艺优化平滑成本。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拥有9个制造与研发基地、约300名专业研发人员，约300项专利、24项国家/行业标准；研发总投入8,434.94万元（2024年，占营收4.60%）。产品出口120国，品牌价值约11.33亿元。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采用"直销+经销+主机厂配套"模式，国内外并行；以技术研发与品牌绑定头部客户，并持续拓展新能源、舰船等新兴应用。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摩托车链系统连续10年市场综合占有率居行业第一，是国内链传动"隐形冠军"；2024年营收18.35亿元、2025年19.32亿元，出口占比约35%，全球化布局稳健。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青岛征和工业为A股上市公司（003033.SZ），财务数据来自2023、2024年年度报告、2025年年度报告（含主营构成）及东方财富/同花顺F10，单位：元；部分为公开报道披露口径。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1,732,000,000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1,835,067,506.57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1,932,000,000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116,000,000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130,976,522.10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175,000,000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22.03%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21.39%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2,381,978,956.60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2,584,000,000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总负债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1,124,092,982.12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1,164,000,000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47.19%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45.05%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282,252,563.50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每股收益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1.42元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1.60元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2.14元</w:t>
            </w:r>
          </w:p>
        </w:tc>
      </w:tr>
      <w:tr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84,349,400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业收入由2023年17.32亿元增至2024年18.35亿元（+5.94%）、2025年19.32亿元；归母净利润由1.16亿元增至1.31亿元（+12.91%）、2025年1.75亿元；毛利率约21%—22%，销售净利率约7%，盈利稳步增长但毛利率呈小幅下行（2022年23.02%→2024年21.39%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2024年末总资产23.82亿元，资产以固定资产、存货与应收为主；2024年存货周转率5.49次、应收账款周转率5.23次，运营效率较好；人均创收76.02万元、人均创利5.43万元。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2024年末资产负债率47.19%，流动比率2.37、速动比率1.83，短期债务占总债务约10.6%，有息负债约5.24亿元，偿债压力总体可控，财务结构稳健。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2024年经营活动现金流净额2.82亿元（同比+70.65%），净利润现金含量215.50%，现金流质量优秀；2025年底总资产25.84亿元、负债11.64亿元，资产负债率降至45.05%。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与国内链传动企业相比，征和工业为行业首家A股上市公司、摩托车链连续10年第一，营收与盈利规模领先；但毛利率（约21%）受钢价与竞争影响缓降，需以高端化与规模维持溢价。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上市公司，设董事会、监事会，治理规范，定期披露年报与权益分派（2024年拟10派5元）；2025年底7.04亿元定增获批，前十大股东持股76.97%。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董事长、总裁金玉谟（1968年生，清华五道口EMBA在读，创始人式企业家）；董事金雪芝（联合创始人）；核心管理层技术背景强，实控人利益绑定。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按上市公司要求建立内控与信息披露体系，通过ISO等质量体系；9个研发制造基地协同，研发与质量管控较规范。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2024年末员工2,414人，人均薪酬12.56万元；拥有约300名专业研发人员，专利约300项，研发密度较高。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市场地位：国内链传动首家A股上市公司，摩托车链系统连续10年行业第一，细分"隐形冠军"。二是技术与标准：约300项专利、主导/参与24项国家与行业标准，研发占比4.6%。三是客户与全球化：配套本田、春风动力、雅马哈、张雪机车等，出口120国、3,000家客户。四是规模与品牌：9个研发制造基地、品牌价值约11.33亿元，规模与议价优势明显。五是资本平台：A股上市+定增获批，融资与并购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毛利率下行风险：销售毛利率由23.02%（2022）降至21.39%（2024），受钢价与竞争影响；应对为产品高端化与成本管控。二是原材料价格风险：特种钢材等随行情波动。三是客户集中风险：车辆链占比近六成，依赖摩托车等整车厂景气度。四是产能与扩张风险：7.04亿定增扩产需匹配需求，存在投产消化不确定性。五是宏观与贸易风险：出口占比约35%，受国际贸易与汇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主机厂（本田、春风动力等）的应收账款账期较长，可围绕核心企业开展保理，盘活资金。供应链金融：依托链主地位，为上游特钢、链板供应商提供订单与存货融资。融资租赁：扩产（定增项目）新购设备适合直租/回租。小贷：面向上下游中小配套企业短期周转。征和已上市、财务规范、现金流优良，山东投资可优先以"核心企业+链属企业"模式切入，获取批量低风险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征和工业是平度传动系统集群的链主企业、国内链传动行业首家A股上市公司，市场地位、技术、客户与资本平台优势突出，财务稳健、现金流优良；但毛利率缓降、出口与单一板块占比偏高。发展展望：据公司规划与行业趋势，摩托车（含大排量/休闲）、农机、工业自动化及新能源对链传动需求增长，7.04亿定增扩产将巩固领先地位。建议：一是对接核心企业应收保理与链属供应链金融；二是以设备融资租赁支持扩产；三是关注毛利率走势、出口贸易与定增项目落地情况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数据来源说明：A股年度报告（2023、2024、2025）、东方财富/同花顺F10、巨潮网/深交所公告（定增、分红）、公司官网 chohogroup.com（产能、专利、标准）、天眼查/爱企查（工商、股权）、时代周报/腾讯新闻（产量、股权、配套）。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