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新泰市输变电智能制造特色产业集群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山东赛特电工股份有限公司企业分析报告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全国中小企业股份转让系统（NEEQ）披露的2024年年度报告、天眼查/企查查/同花顺公开数据及公司官网（e-saite.com）。山东赛特电工股份有限公司为新三板挂牌企业（证券代码：832634，创新层），其近三年财务数据来源于公开披露的年度报告，真实可查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赛特电工股份有限公司成立于2000年11月28日，统一社会信用代码为91370000725442025G，法定代表人、控股股东及实际控制人为李希存（持股约22.04%），注册资本4,579.8万元人民币，企业类型为其他股份有限公司（非上市）。注册地址位于山东省新泰经济开发区双山路9号，登记机关为泰安市市场监督管理局，经营状态为存续。公司经营范围为：生产、销售电磁线、电子元器件、绞股线、电线电缆、电工电器；进出口业务。参保人数约159—197人，人员规模100—499人。公司股票于2015年6月16日在全国中小企业股份转让系统挂牌，证券代码832634，现属创新层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为股份有限公司，控股股东、实际控制人为李希存（持股约22.04%），其余股份由和军、薛宗刚、张玉峰、朱全晓、万会元、柏侦波、陈振华、魏强、周卫忠等自然人和外部股东分散持有，股权相对分散，民营控股特征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有董事会（董事长李希存，总经理薛宗刚，董秘和尚国）及监事会，治理纳入新三板挂牌规范。公司位于新泰经济开发区，占地108亩，具备年产特种电磁线20,000吨的生产能力，建有山东省电磁线工程技术研究中心与企业技术中心（2010年通过省级认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关键节点：公司前身成立于2000年11月；2007年12月改制为股份公司；2015年6月成功挂牌新三板（832634）；公司具有五十余年专业技术传承，自主研发多种产品填补国内空白；为国家高新技术企业、电磁线国家标准起草单位、山东省重点工业企业；2024年12月再次获高新技术企业证书（GR202437000504，有效期三年）；2020年完成向特定对象发行股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“电磁线（漆包线）专业制造商”，主营业务为漆包圆线、漆包绞股圆线等电磁线的研发、生产和销售，产品服务于机电、汽车、家电等领域，是新泰输变电智能制造集群中电磁线/电工基础材料环节的代表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公司收入几乎全部来自电磁线（漆包线）产品销售。2024年营业收入4.93亿元，2023年3.64亿元，2022年（据公开信息）约4.90亿元，电磁线主业高度集中。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主要产品为漆包圆线、漆包绞股圆线等电磁线，以及电子元器件、绞股线、电线电缆，广泛应用于电机、变压器、汽车电机、家电等领域。公司拥有4项发明专利和20项实用新型专利。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下游客户为机电、汽车、家电等制造企业的漆包线采购方，采取直接销售、按框架协议下订单的模式，客户稳定。具体客户明细未公开披露。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主要采购为铜杆等铜材原料，成本受铜价影响显著；产品销售定价采用“铜价+加工费”模式（铜价以SHFE铜结算均价为基础），加工费依产品性能与市场供求约定，有效传导铜价波动。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占地108亩，年产特种电磁线20,000吨；主要生产设备从德国NIEHOFF、AUMANN，奥地利MAG，意大利SICME等引进，技术装备先进；为国家高新技术企业、电磁线国家标准起草单位，建有山东省电磁线工程技术研究中心与企业技术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销售以直接面向客户为主，按框架协议与订单交付；依托产品性能与稳定质量维系客户，渠道以B2B直销为主。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业收入4.93亿元（同比+35.32%），2023年3.64亿元；产量随销量增长（2024年销量同比+23.19%）。作为电磁线国标起草单位与年产2万吨级企业，在国内电磁线行业居中等规模、区域领先地位；具体市占率无公开权威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指标（合并口径）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3.64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4.93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4.59*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归母净利润（万元）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798.51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1,657.62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1,403.95*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销售毛利率（%）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6.45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6.47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6.85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7.97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经营现金流净额（万元）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3,330.41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-2,697.79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2,034.28*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基本每股收益（元）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0.17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0.36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0.31*</w:t>
            </w:r>
          </w:p>
        </w:tc>
      </w:tr>
    </w:tbl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注：2023、2024年数据来源于公司2024年年度报告（全国股转系统披露，经致同会计师事务所审计）；带*的2025年数据来源于同花顺/企查查年度数据汇总（2025年年度报告），毛利率、资产负债率2025年未完整获取，以“—”标注。公司2024年财报为标准无保留意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营收由2023年3.64亿元增至2024年4.93亿元（同比+35.32%），归母净利润由798.51万元增至1,657.62万元（同比+107.59%），盈利大幅提升，主因产品销量增长（2024年+23.19%）及铜价上行带动售价提升。毛利率稳定在6.45%—6.47%，属电磁线加工制造业正常水平（加工费相对稳定，毛利受铜价影响小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2024年末资产总计2.50亿元，归属挂牌公司股东的净资产2.30亿元，资产以应收款项、存货（铜材及在制品）与固定资产为主。应收账款随销量增长上升（2024年末较上年增3,052万元），需关注回款。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资产负债率极低（2024年合并7.97%、2023年6.85%），有息负债少，流动比率超1000%，偿债能力极强，财务结构稳健。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波动较大：2023年净流入3,330.41万元，2024年净流出2,697.79万元（因销量增长、年末应收账款增加导致信用减值损失上升及存货占用），2025年（汇总）净流入约2,034.28万元。盈利质量总体受应收与存货占用影响，但偿债能力无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特变电工鲁能泰山电缆（超高压电缆，营收逾60亿）、金恒电气（配电设备）相比，赛特电工聚焦电磁线细分领域，规模中等但财务极为稳健（负债率&lt;8%）、盈利随量价改善。其“铜价+加工费”模式使毛利稳定，但营收受铜价与销量双重驱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公司为新三板挂牌公众公司，建立了股东大会、董事会、监事会及管理层规范治理结构，2024年财报经致同会计师事务所出具标准无保留意见，治理规范透明。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董事长、实际控制人李希存；总经理薛宗刚；董事会秘书和尚国；核心管理层兼具技术与经营背景，团队稳定。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作为挂牌公司，公司执行新三板信息披露与内控要求，财务规范；建有企业技术中心与工程技术研究中心，研发与质控体系完备。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公司雇员约197人（年报口径），以生产、技术与销售人员为主；依托电磁线工程技术研究中心开展技术人才培养，团队具多年专业积累。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标准地位：电磁线国家标准起草单位、国家高新技术企业，拥有4项发明专利、20项实用新型专利，技术壁垒高。二是装备与产能：引进德国、奥地利、意大利先进产线，年产2万吨，规模与效率优势明显。三是客户与定价：稳定直销客户+“铜价+加工费”定价，毛利稳健、回款可控。四是财务稳健：负债率低于8%，抗风险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铜价波动风险：铜占成本绝对比重，铜价剧烈波动影响营收规模与存货价值（尽管加工费稳定）。二是应收账款风险：销量增长带动应收上升，存在回款与信用减值风险（2024年信用减值损失增加）。三是客户集中/行业风险：下游机电、汽车、家电周期波动影响需求。四是现金流波动风险：经营现金流受应收与存货占用波动（2024年净流出）。公司通过“铜价+加工费”定价、客户信用管理与稳健财务结构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合山东投资（保理、供应链金融、融资租赁、小贷）业务，协同方向包括：（一）供应链金融/保理：铜杆采购资金占用大，可基于真实贸易背景开展原料采购保理及应收账款保理，改善现金流；（二）融资租赁：引进先进拉丝、漆包设备可通过融资租赁优化资产结构；（三）小额贷款：面向上游铜加工配套商提供周转贷款；（四）订单融资：围绕下游电机/家电客户订单提供阶段性融资。公司财务稳健、治理透明（新三板挂牌），相关业务风险较低，宜重点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综合评价：山东赛特电工股份有限公司是新泰输变电集群中电磁线（漆包线）细分领域的标杆企业，技术（国标起草单位）、装备（进口产线）与财务稳健性（负债率&lt;8%）突出，盈利随量价改善。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发展展望：电机能效升级、新能源汽车与家电需求拉动高端电磁线增长，公司有望持续受益；稳健财务支撑产能与技术升级。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与建议：建议（1）加强应收账款与存货管理，平滑经营现金流波动；（2）拓展新能源汽车、高效电机用高端电磁线；（3）山东投资可优先以供应链金融、融资租赁切入，依托公司透明治理与稳健财务开展低风险产融合作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的财务数据来源于山东赛特电工股份有限公司2024年年度报告（全国中小企业股份转让系统披露，致同会计师事务所审计）及同花顺、企查查2025年年度数据汇总；工商与股权信息来源于国家企业信用信息公示系统、天眼查、企查查；资质与产能信息来源于公司官网（e-saite.com）、全国股转系统公开资料及企查查。2025年毛利率、资产负债率未完整获取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