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日照市东港区海洋功能性食品特色产业集群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山东美佳集团有限公司企业分析报告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新三板公告、交易所及巨潮披露、东方财富、同花顺、天眼查/企查查、公司官网及权威媒体等公开渠道，统计时点截至最新披露信息；非上市企业未公开披露之财务数据已如实标注，未作任何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美佳集团有限公司成立于2000年11月22日（前身可追溯至1973年的石臼水产冷藏厂），法定代表人为申照华，注册资本5,000万元，注册地址位于山东省日照市海滨一路119号。公司为自然人控股的有限责任公司，是农业产业化国家重点龙头企业，主营海洋功能性食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集团下设13家子公司，覆盖水产加工、国际贸易、研发及品牌运营等板块，形成从原料采购、精深加工到全球销售的产业布局。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1973年设立的石臼水产冷藏厂，2000年改制组建集团，由传统水产加工逐步升级为海洋功能性食品龙头，2023年销售收入约31.2亿元，2025年销售收入升至约35.12亿元，成长为日照海洋食品产业集群核心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公司定位为海洋功能性食品综合供应商，主营冷冻水产、调理食品、鱼糜制品及海洋功能性食品，旗下拥有"美加佳""友口福""金扇"等品牌，产品达700多个品种。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公司业务涵盖水产冷冻加工、调理食品、鱼糜制品及海洋功能性食品，内外销并重，出口占比高，2025年进出口额约4.61亿美元（其中出口约2.71亿美元）。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主要产品包括冷冻鱼片、虾类、调理水产、鱼丸鱼糜制品及海参等海洋功能性食品，品种逾700个，覆盖餐饮、商超与零售渠道。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客户覆盖北美、日韩、欧盟及国内餐饮连锁与商超，出口市场多元，客户基础稳固。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原料以远洋及近海水产品为主，依托日照港口与冷链优势建立稳定采购网络。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公司年加工能力约7万余吨，资产总额约15亿元，工业总产值约36.95亿元（2025年），持有食品生产、出口食品企业等资质，冷链与品控体系完善。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以出口为导向、内外销结合，建有全球销售网络与自主品牌渠道。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据公开信息，2025年销售收入约35.12亿元、进出口额约4.61亿美元（出口约2.71亿美元）、工业总产值约36.95亿元；2023年销售收入约31.2亿元，呈稳步增长态势；员工约5,500余人，是区域海洋食品领军企业。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以下为公开渠道披露的主要经营数据（单位：亿元）：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69"/>
        <w:gridCol w:w="1769"/>
        <w:gridCol w:w="1769"/>
        <w:gridCol w:w="1769"/>
        <w:gridCol w:w="1769"/>
      </w:tblGrid>
      <w:tr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会计期间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销售收入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工业总产值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进出口额(亿美元)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31.20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公开报道</w:t>
            </w:r>
          </w:p>
        </w:tc>
      </w:tr>
      <w:tr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35.12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36.95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4.61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公开报道（出口2.71）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公司为农业产业化龙头，盈利稳健，具体毛利率与净利率未公开披露；出口占比高，盈利受汇率与原料价格影响。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资产总额约15亿元，资产以生产性固定资产、冷链资产及存货为主，结构稳健。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具体负债结构未公开披露；龙头地位与多元融资渠道支撑偿债能力。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现金流与出口回款及原料采购周期相关，具体数据未公开披露。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与日照及山东海洋食品企业相比，公司规模、品种数与出口能力领先，具龙头优势。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集团化治理，设股东会、董事会及经营管理层，13家子公司分级管理。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法定代表人申照华领衔管理团队，具备数十年水产食品产业经验。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按出口食品企业标准建立质量、安全与追溯体系，通过主要国际市场认证。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据公开信息，公司员工约5,500余人，涵盖研发、生产、贸易及管理人才。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（一）规模与产业链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年加工7万余吨、13家子公司、资产15亿元，产业链一体化优势显著。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（二）品牌与渠道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"美加佳""友口福""金扇"等品牌+全球销售网络，内外销渠道扎实。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（三）龙头资质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农业产业化国家重点龙头企业，政策与资源获取能力强。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水产食品加工受原料产量、国际市场需求及贸易政策影响。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出口集中度高，汇率与贸易壁垒构成风险；原料价格波动影响成本。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汇率波动带来汇兑风险，需关注存货与应收周转。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出口食品须符合目标市场食品安全与认证监管。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公司通过市场多元化、品牌建设、汇率管理与全产业链布局应对风险。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（一）与山东投资协同方向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供应链金融：围绕出口应收账款提供保理，加速资金回笼。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融资租赁：针对冷链与加工设备升级提供融资租赁。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小贷/流贷：支持原料采购旺季流动资金。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贸易融资：结合进出口业务提供结构性融资。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美佳集团是日照海洋功能性食品集群的龙头，规模、品种与出口能力突出，经营稳健。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据公司规划与行业趋势，随海洋功能性食品需求提升，深加工与品牌化将驱动持续增长。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需应对原料波动、贸易壁垒与汇率风险。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建议山东投资以出口保理、设备融资租赁及贸易融资切入，深化产融协同。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数据来源说明：天眼查/企查查工商信息、公司官网及年报类公开资料、日照市产业公开报道、农业产业化龙头企业名单等。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