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武城县暖通空调特色产业集群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山东海创节能科技有限公司(海创集团)企业分析报告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（本报告数据来源于海创集团官网、新华网、经济日报、齐鲁壹点、天眼查及武城县政府公开报道等公开渠道，统计时点截至最新披露信息。部分非上市企业财务数据未公开，已如实标注。）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山东海创节能科技有限公司（海创集团）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2022年4月13日（集团化运营源于早期暖通企业整合）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山东省德州市武城县鲁权屯镇郑郝路与宏海路交叉口北100米路西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王西国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其他有限责任公司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经营范围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制冷、空调设备制造与销售；新兴能源技术研发；暖通工程承揽与部件集采等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股东背景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海创集团为武城暖通骨干企业，股东含智能技术企业、暖通研究所及同创空调技术管理团队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创集团是以暖通制造、研发、检测、工程承揽、部件集采为一体的综合体集团化企业，下辖主机、末端、配套件等业务单元，建有标准化厂房与自动化、智能化生产空间，并与山东大学能源与动力工程学院、海创集团暖通研究所联合设立国家级实验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依托武城"江北最大商用中央空调设备生产基地"产业基础，建成多层标准化厂房，全部采用自动化、智能化生产线及国内先进设备加工中心，达到暖通空调行业全国领先水平；借助浪潮集团工业互联网平台推动"上云用数赋智"，打造"灯塔工厂"，并与山东大学开展产学研合作，在降耗、降噪等方面申请数十项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战略定位为中央空调末端产品ODM及配套件供应商，致力成为空调行业的"富士康"。主营产品涵盖HPRANA海博纳系列（制冷、采暖、制热水三联供）家用舒适一体化中央空调机组、常温/(超)低温/(超)高温模块式风冷热泵机组、直膨机组等主机系列，以及风机盘管、卡式天花风盘、空气处理机组等末端系列和冷凝器、蒸发器、钣金、风机等配套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业务分为主机、末端、配套件三大板块，形成"主机+末端+配套件"完善产业链。出口业务占企业总营收比重约三成，其余为国内工程与渠道销售。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核心产品包括风机盘管（拥有发明专利）、超低温空气源热泵（一级能效，零下25℃制热效率较普通机组提升50%—80%）、水地源户式热泵、模块式风冷热泵机组等，适配海内外定制订单。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客户覆盖国内商用楼宇、住宅、工业厂房及"一带一路"等海外市场的工程商与经销商。两年前尚未布局外贸，现产品远销全球十余个国家，海外市场份额稳步提升。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在关键零部件供应链选择上坚持与业内一线头部公司合作，铜管、压缩机、电机等核心部件主要来自知名供应商，保障产品一致性与可靠性。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建成多层标准化厂房，数字化生产设备占比超过80%，原料铜管上料后经全自动发夹型弯管机、数控胀管、翅片穿片、无氧化焊接等工序自动成型。海创节能智能制造建设项目总投资20亿元，年可生产中央空调类、节能智控类等产品400万台（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采取"工程直销+渠道分销+外贸出口"模式，通过与海外客商对接、参与国际制冷展等方式拓展市场，外贸部统筹全球订单。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武城暖通产业全县集聚相关企业约3000家，风机、风管、风阀等产品占全国市场份额60%以上。海创集团为集群重点企业，出口营收占比约30%，具体单体审计财务数据未公开披露。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海创节能科技有限公司为非上市民营企业，单体财务数据未公开披露。作为集团化制造企业，其经营规模可由在建项目投资强度侧面印证：海创节能智能制造建设项目总投资20亿元，规划年产能400万台（套）空调及节能智控产品。相关投融资与资产状况建议以企业披露的工商年报及征信信息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实行集团化治理，设多层标准化厂房与专业化管理团队，依托海创集团暖通研究所与山东大学联合实验中心开展技术管理。人员以生产、研发、外贸、工程为主，自动化产线降低了对一线工人的依赖，提升了人均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智能化制造壁垒：数字化设备占比超80%，输入参数即可自动化生产，质量稳定；二是产学研壁垒：与山东大学共建国家级实验中心，拥有风机盘管发明专利及数十项降耗降噪专利；三是产品力：超低温空气源热泵达一级能效，极寒环境制热效率领先；四是集群协同：背靠武城国家级中小企业特色产业集群，产业链配套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暖通空调行业受房地产与基建周期影响明显，需求波动较大。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原材料（铜、钢材）价格波动直接影响成本；外贸业务面临汇率与国际物流风险。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重资产智能制造项目资本开支大，存在折旧与回款周期压力。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特种设备与消防强制认证（3CF、CRAA）为行业门槛，需持续保持资质合规。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企业以"灯塔工厂"数字化降本增效，丰富热泵等绿色低碳产品矩阵，拓展"一带一路"市场分散单一区域风险，并通过研发专利构筑技术壁垒。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智能制造建设项目设备投资规模大，可引入山东投资旗下融资租赁公司，以设备直租/回租盘活固定资产；二是供应链金融：依托核心部件采购与下游工程回款，开展应收账款保理与订单融资；三是保理业务：对大型工程客户应收账款提供保理服务，改善现金流；四是小额贷款：为上下游配套小微供应商提供周转资金支持，强化集群产业链黏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创集团是武城暖通产业集群中智能化转型的代表企业，数字化与产学研优势突出，外贸增长迅速。建议：持续加大超低温热泵等绿色产品研发投入；借助山东投资资本工具加速产能释放；强化品牌出海与海外服务网络。总体判断：成长性与技术壁垒较强，财务透明度待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海创集团官网（hczykt.com）、新华网山东频道（2024-06-27）、经济日报/齐鲁壹点（2026-07-17）、天眼查企业工商信息、武城县政府及德州日报公开报道。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