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泰安市岱岳区精细化工特色产业集群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泰安汉威集团有限公司企业分析报告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泰安汉威集团有限公司成立于2010年11月9日，法定代表人尹燕滨，统一社会信用代码91370900565201627D，企业类型为其他有限责任公司，注册资本约10,875.60万元（爱企查显示最新为11,764.71万元，实缴约10,000万元），注册地址位于泰安大汶口石膏工业园，登记机关为泰安市岱岳区市场监督管理局，经营状态为存续。参保人数约446—683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股权结构：控股股东为南京金海威国际供应链管理有限公司（持股约91.95%），穿透后受金合控股有限公司（香港）控制；其余由泰安市金威若鲲等员工持股平台持有。公司为港交所上市公司GHW International（09933.HK）旗下子公司，实际控制人为尹燕滨及其配偶吴海嶺。属民营控股、已上市体系内企业。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旗下设江苏省信诺医药对外贸易有限公司、泰安汉威药业有限公司、徐州汉威化工有限公司、泰安岳达物流有限公司等子公司，业务覆盖营养品、医药及中间体、资源型产品、新材料及贸易物流，并正在建设汉威产业园（Ⅰ/Ⅱ/Ⅲ期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2010年11月公司成立；十余年专注精细化工，形成“营养品、生物医药、资源型产品、新材料”四大矩阵；2024年5月入选工信部第八批制造业单项冠军企业名单；2024年8月金海威战略投资泰安汉威；汉威产业园总投资20亿元、规划用地400余亩，Ⅰ期已投产，Ⅱ期、Ⅲ期分步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际化高新技术企业、岱岳精细化工产业链龙头、泰安市高端化工总链主。主营业务为甲胺产业系列（氯化胆碱、甜菜碱、碘硒微量元素等饲料添加剂）、碘衍生物系列（碘、碘化系列、氢碘酸、碘甲烷等）、先进材料中间体系列（异辛酸、硫酸二乙酯、硫酸钠）、绿色产品（腰果酚）及大健康产品（制剂、医药中间体、原料药）的研发、生产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按四大矩阵划分：营养品（饲料添加剂）、生物医药及中间体、资源型产品（碘衍生物）、新材料（先进材料中间体）。公开报道显示，8项产品市场份额国内第一、全球前三，其中氯化胆碱占国内饲料市场约50%，碘化钾占国内市场份额50%以上，异辛酸原依赖进口已实现国产化并出口。集团未公开分板块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核心产品：氯化胆碱、甜菜碱、碘化钾、碘酸钾、碘酸钙、硫酸二乙酯、异辛酸、氢碘酸、碘甲烷等；多项产品填补国内空白并达国际先进，单品得率可达99.99%（行业普遍约98%）。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采用“毛细血管”式营销直接面向终端用户，产品远销海内外几十个国家，累计服务全球5,000多家客户，客户覆盖饲料、医药、电子显示（偏光片用碘化钾）、涂料油漆、高端润滑油等行业。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生产所需基础化工原料、碘原料及能源为主要采购对象；碘系产品受上游碘资源供给与价格影响，公司通过产业链布局与技术替代降低依赖。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持有饲料添加剂生产、危险化学品生产/经营、药品生产/批发/零售、食品添加剂生产等许可；建有山东省工程研究中心、山东省企业技术中心、山东省“一企一技术”研发中心3个省级平台，授权专利近百项；氯化胆碱采用连续化生产及DCS控制，工艺国内领先。汉威产业园总投资20亿元、用地400余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全球布局、终端直销为主，参加CPHI Frankfurt、VIV Asia等国际展会；研发、生产实现数字化与智能化，强化技术与市场双抓手。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：汉威多年保持约30%增速，2024年销售收入突破26亿元（齐鲁网/山东发布）；百度百科显示2023年营业收入约19.93亿元、员工约678人。8项产品市场份额国内第一、全球前三，氯化胆碱国内饲料市场份额约50%、碘化钾国内份额50%以上。注：上述为公开报道口径，单体公司近三年完整财务数据未单独披露，集团财务见母公司GHW International合并口径。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泰安汉威集团为港交所上市公司 GHW International（09933.HK）旗下子公司，单体公司近三年完整财务报表未单独公开；下表列示母公司 GHW International 合并口径近三年主要数据（含泰安汉威等子公司），单位：人民币千元，来源为港交所年报，供参照。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3,378,707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3,217,669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3,861,966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657,900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336,980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391,024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税前溢利/(亏损)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308,028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(6,786)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12,573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年内溢利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274,627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2,724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12,912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2,724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12,753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1,678,633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1,742,362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2,046,547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总负债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1,076,013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1,160,945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1,424,971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净资产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602,620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581,417</w:t>
            </w:r>
          </w:p>
        </w:tc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621,576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母公司GHW International合并营收由2022年33.79亿元增至2024年38.62亿元，2024年同比增20.0%；毛利率2024年约10.1%（391,024/3,861,966），较2023年10.5%小幅回落；净利润2024年约1,291万元（2023年仅272万元），盈利波动性较大，主要受产品结构、原料价格及费用影响。泰安汉威单体2024年销售收入突破26亿元，是集团核心利润来源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2024年末合并总资产约20.47亿元，其中物业厂房设备约8.13亿元、存货约4.15亿元、贸易应收约2.86亿元、现金及等价物约1.01亿元，资产结构以固定资产与营运资本为主，与精细化工制造匹配。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合并总负债约14.25亿元，资产负债率约69.6%（1,424,971/2,046,547），杠杆偏高；借款合计约7.71亿元（流动+非流动），存在一定短期偿债压力（2024年流动部分出现约1.28亿元流动赤字），需关注融资结构与利率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母公司年报显示经营现金流随盈利恢复改善，但受应收、存货及资本开支（产业园建设）影响，自由现金流阶段性承压，依赖银行借款支持扩张。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精细化工细分领域，汉威以“数一数二”战略聚焦利基市场，8项产品国内第一、全球前三，盈利能力受规模与高端产品占比支撑，但合并口径毛利率（约10%）低于部分高附加值特种化学品企业，资产负债率偏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作为港股上市公司体系内企业，治理规范：母公司GHW International设执行董事与独立非执行董事、审计/薪酬/提名/风险委员会；泰安汉威设董事（尹燕滨等）及职能管理部门。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董事长兼首席执行官尹燕滨；首席执行官孙桂彬（对外代表，主导技术与市场战略）。核心团队多为公司股东，骨干员工持股，目标一致、执行高效。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按国际GLP标准打造研发中心，研发、生产数字化与智能化；建立省级研发平台与完善内控体系，通过数十项国内、国际认证。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公开显示员工约678人（2023年口径），引进行业领军人才，建立“简单、高效、真实和价值”文化，骨干员工持股形成激励绑定。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工艺壁垒：授权专利近百项，单品得率99.99%领先行业，多项产品填补国内空白、工艺国际先进。二是细分市场垄断地位：8项产品国内第一、全球前三，氯化胆碱国内约50%份额、碘化钾国内50%以上份额，具备定价与渠道优势。三是研发平台：3个省级研发中心，按GLP标准建设。四是全球客户网络：累计服务5,000多家全球客户，终端直销“毛细血管”模式增强粘性。五是资本与资质：港股上市平台支撑融资，国家制造业单项冠军、专精特新“小巨人”、绿色工厂等资质构筑政策与品牌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安全环保风险（重点）：公司涉及危险化学品生产/经营、药品生产，属高危化工，安全环保合规压力大；应对为持续安全投入、自动化减人与合规管理。二是原料与价格波动风险：碘、基础化工原料及能源价格影响成本。三是客户与贸易风险：出口占比高，受国际贸易、汇率及地缘影响；应对为全球布局分散风险。四是财务杠杆风险：合并资产负债率约70%、借款规模较大，扩张期现金流承压。五是产品集中风险：收入依赖少数利基单品，需持续迭代与新品放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上游原料采购与下游出口形成较大应收/票据，可开展应收账款保理。供应链金融：围绕核心企业为其原料供应商、经销商提供订单与存货融资。融资租赁：汉威产业园Ⅱ/Ⅲ期设备投资大，适合以新购设备直租/回租；山东投资可对接“绿色工厂”节能设备融资。小贷：面向上下游中小配套企业短期周转。鉴于企业背靠港股上市平台、资质优良，可作为重点客户，但需关注合并负债率与关联资金往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泰安汉威集团是岱岳精细化工产业链龙头、泰安高端化工总链主，技术领先、细分市场地位突出、资质完备，且背靠港股上市平台，是优质客户；但合并口径负债率偏高、盈利波动、安全环保合规要求高。发展展望：据公司规划与行业趋势，汉威产业园全部投产后产值有望突破百亿元，将持续丰富产品矩阵与延伸产业链。建议：一是对接产业园设备融资租赁与供应链金融；二是以核心企业应收保理切入，关注关联交易真实性；三是授信前评估合并负债与现金流，设置增信措施；四是持续跟踪安全环保合规与出口贸易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数据来源说明：港交所 GHW International（09933.HK）2022—2024年年报及年度业绩公告、公司官网 havay.com.cn、百度百科、齐鲁网/山东发布、齐鲁壹点、山东省政府新闻办见面会（CEO孙桂彬发言）、天眼查/爱企查（工商股权）。单体公司近三年完整财务未单独披露，已说明并采用母公司合并口径参照。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