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济南市钢城区精品钢精深加工特色产业集群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莱芜钢铁集团有限公司企业分析报告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天眼查、莱芜钢铁集团有限公司公司债券中期报告（2022）、远东资信信用评级报告（2021）、山钢集团官网、山东省国资委公开信息等，统计时点截至2024年披露信息。莱钢集团为山东钢铁集团全资子公司、山东省国资委实际控制，部分财务数据为集团合并报表（2020—2021年债券披露口径），已注明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莱芜钢铁集团有限公司（简称莱钢集团）前身为莱芜钢铁总厂，1999年5月改制为国有独资公司并更为现名，统一社会信用代码9137000016953055XK，法定代表人黄振辉（工商登记），注册资本513254.59万元人民币（约51.33亿元，已实缴），企业类型为有限责任公司（非自然人投资或控股的法人独资），登记机关山东省市场监督管理局，经营状态存续。注册地址为山东省济南市钢城区友谊大街38号，行业为黑色金属冶炼和压延加工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控股股东为山东钢铁集团有限公司（持股100%），实际控制人为山东省人民政府国有资产监督管理委员会（山钢集团由山东省国资委与中国宝武钢铁集团共同持股）。公司主体信用等级AAA（远东资信2021年评定，展望稳定），为山东省大型国有钢铁联合企业及山钢集团核心子公司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董事会、监事会及经理层，党组织发挥领导作用；重要子公司包括中泰证券（600918.SH，莱钢集团曾为其控股股东）、鲁证期货（01461.HK）等，形成钢铁+金融+非钢的多元格局。2024年山钢股份总部与莱芜分公司机构合并后，莱钢集团作为山钢集团核心子集团定位进一步明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1999年由莱芜钢铁总厂改制设立；2008年山东省国资委将其100%股权无偿划转至山钢集团；2017年引入福建兴银等增资，注册资本增至51.33亿元。公司长期以钢铁冶炼加工为核心，并发展证券、工程施工、房地产、建材等非钢业务；持有中泰证券等优质金融资产。2021年山东省国资委与中国宝武筹划对山钢集团战略重组，强化股东背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山钢集团核心钢铁子集团，主营黑色金属冶炼、压延、加工，球团、焦及焦化产品、建材生产销售，并涵盖机械设备制造、工程施工、贸易、金融服务等。钢铁板块产品以型钢、优特钢、中厚板为主，是山东省重要钢铁生产基地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业务分钢材类板块（钢铁产品及副产品）与其他板块（机械设备生产销售、工程施工、建材、贸易等）。2020年合并营收925.30亿元，净利润53.36亿元；钢铁为主业，非钢与金融（中泰证券）贡献重要利润。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钢铁产品：型钢（H型钢）、优特钢（齿轮钢）、中厚板、热轧卷等；非钢：工程技术（冶金工程）、钢材延伸加工、物业服务、金融（中泰证券/鲁证期货）。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钢铁客户为省内建筑、机械、造船、家电、汽车等制造业，省内销售占比约90%；金融业务服务广大机构与零售客户。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（四）供应商与采购、（五）产能/资源/牌照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依托山东铁矿（鲁中）与青岛/日照港进口矿，紧邻新汶/兖州/枣庄煤业，原料与能源保障强；持有钢铁生产全牌照与金融业务牌照（中泰证券）。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（六）销售与渠道、（七）经营数据与市场占有率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以省内直销为主；2020年合并营收925.30亿元，资产负债率约80%，债务负担较重但AAA评级支撑融资。具体2024年细分数据未公开披露。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（一）近三年主要会计数据（集团合并口径，债券披露）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2019年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2020年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2021H1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营业收入（亿元）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812.73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925.30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547.30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净利润（亿元）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41.62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53.36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20.14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资产负债率（%）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80.54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80.83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80.91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资产总额（亿元）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2160.89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2335.98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2478.56</w:t>
            </w:r>
          </w:p>
        </w:tc>
      </w:tr>
    </w:tbl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：莱钢集团为非上市集团，公开财务主要来自债券评级/中期报告，最新披露至2021年上半年；2022—2024年细化数据未公开，故以2019—2021H1作为可查证区间呈现，后续年度以山钢股份合并报表（含钢城基地）为参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2020年净利润53.36亿元（+28.21%），受益于钢铁景气与金融资产（中泰证券）贡献；但钢铁业务毛利率持续下降，盈利受原料价格侵蚀。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（三）资产质量、（四）负债与偿债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资产负债率约80%，总债务资本化比率约77%，有息债务规模大、短期占比高，财务杠杆高；但主体AAA、股东山钢集团与山东省国资委支持强，再融资顺畅。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（五）现金流分析、（六）关键指标横向对标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钢铁板块经营现金流随行业周期波动；金融资产提供稳定分红。对标同行，莱钢集团规模与区位优势明显，但杠杆偏高。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国有全资，党组织前置把关，董事会/经理层规范；落实"三重一大"决策与国资监管。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（二）管理层、（三）组织与内控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董事长/总经理由山钢集团委派；内控接受国资与审计监督，债券信息披露规范。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参保人数约2210人（工商），含钢铁主业与金融/工程板块员工；技术工人与研发力量雄厚。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国资背书：山东省国资委实控、山钢集团核心子公司、AAA评级；二是区位与资源：山东铁矿+港口进口+近煤，原料保障强；三是规模与产品：型钢/优特钢/H型钢品牌；四是金融赋能：持有中泰证券等优质金融资产，资本实力增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行业风险：钢铁周期下行、环保高压；财务风险：负债率约80%、短期偿债压力；经营风险：钢铁毛利波动；合规风险：安全生产与环保。应对措施：产业链延伸、非钢多元、协同宝武、降本增效。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莱钢集团为AAA国企，直接融资以债券为主；协同点：一是供应链金融——为钢城基地上下游（矿焦、设备、经销商）提供保理；二是融资租赁——智改数转设备租赁；三是产业基金——参与山钢体系混改。建议以"供应链金融+设备租赁"服务其生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莱钢集团是山钢集团核心钢铁子集团，国资背书强、产品品牌优，但杠杆偏高、盈利随周期波动。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展望：随宝武协同与行业回暖，效益有望改善；建议山东投资聚焦其供应链金融与设备租赁场景。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建议：以国企生态金融服务切入，控制授信风险，共享高端化与绿色化转型红利。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本报告数据来源于：天眼查（莱钢集团工商与股权）、莱芜钢铁集团公司债券中期报告（2022）、远东资信信用评级报告（2021）、山钢集团与山东省国资委公开信息。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