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海阳市新能源特色产业集群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山东核电设备制造有限公司企业分析报告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山东核电设备制造有限公司工商信息（天眼查/企查查/启信宝）、经济导报/大众新闻公开报道（含上海联合产权交易所挂牌信息）、公司官网（snpemc.com）及国家电投集团公开资料。统计时点截至2025年公开披露信息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核电设备制造有限公司成立于2007年7月3日，法定代表人李少刚，注册资本27,643万元人民币，统一社会信用代码91370687664428755X，注册地址为山东省烟台市海阳市凤城街道益港路9号。企业类型为其他有限责任公司，属仪器仪表制造业（专用仪器仪表制造），员工约985人（2025年报），是国家电力投资集团有限公司二级单位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股东：国家核电技术有限公司（持股87.2662%，其上层为国家电力投资集团有限公司持股92.0545%，并含中国核工业集团、中国广核集团少量持股）、中国核工业二三建设有限公司（持股12.7338%）。公司实际控制人为国务院国资委（经国家电投集团）。2025年5月，原股东中核投资有限公司退出，国家核电技术有限公司增持至87.27%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国有控股有限责任公司，董事长李少刚，设副董事长、总经理（胡广泽）及董事若干。内部设研发、设计、制造、质量、安装及职能管理部门，纳入国家电投集团与国家核电技术有限公司的集团化管控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2007年成立，是国家三代核电自主化依托项目配套装备制造企业。已在世界上率先掌握三代核电AP1000钢制安全壳底封头制造先进工艺并形成批量化生产能力，为浙江三门、山东海阳AP1000核电机组建设提供装备。历经发展，成为AP系列、华龙一号、M310、VVER等多技术路线核电机组的核心装备供应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是世界首家非能动压水堆核电站专用装备制造企业、国家核安全局民用核安全焊接考核中心。主营业务：民用核安全设备设计、制造、安装，核电设备成套及工程技术研发，金属结构制造等。为国内外11个不同技术的29个核电机组（核装置）提供30余类产品，国和系列相关产品国内市场占有率超95%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公司业务以核电专用装备（安全壳、模块、结构件等）制造与现场组拼装为主，并拓展光伏、风电、储能等新能源装备业务（一般项目）。核电装备为核心收入来源，财务数据见第三部分。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主要产品：AP1000/ CAP1000钢制安全壳（含底封头）、核电模块与结构件、国和一号（CAP1400）相关装备、华龙一号配套设备、M310/VVER机组供货件等；并涉及光伏设备、风电相关装备销售及储能技术服务等延伸业务。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客户主要为国内核电业主与总包方（国家电投、中核、中广核等集团内及外部核电项目），以及海外核电项目（如出口堆型配套）。客户集中度高、订单以国家核电建设规划驱动，黏性强。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上游为特种钢材（如SA-738等核级钢板）、焊材、精密加工与检测设备。作为央企二级单位，执行集团集采与严格供应商准入（核质保体系）。具体供应商未披露。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持有民用核安全设备设计/制造/安装许可证（国家核安全局），并设民用核安全焊接考核中心，核级牌照构成极高准入壁垒。为国家级专精特新"小巨人"、国家知识产权示范企业、山东省科技领军企业、山东省制造业单项冠军示范企业、山东省质量标杆企业、山东省"一企一技术"研发中心。具备自主知识产权的三代核电设备制造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以集团内协同+市场化投标获取核电装备订单，依托国家电投/国家核电技术与品牌，面向国内在建与规划核电机组供货，并参与"走出去"核电项目配套。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2024年公司营业收入16.66亿元，为国和系列等核电装备核心供应商，相关产品国内市场占有率超95%。在国内核电装备制造领域处于第一梯队。2025年前8个月营收10.64亿元，保持稳健。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74"/>
        <w:gridCol w:w="1474"/>
        <w:gridCol w:w="1474"/>
        <w:gridCol w:w="1474"/>
        <w:gridCol w:w="1474"/>
        <w:gridCol w:w="1474"/>
      </w:tblGrid>
      <w:tr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年份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营业收入(亿元)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利润总额(亿元)</w:t>
            </w:r>
          </w:p>
        </w:tc>
        <w:tc>
          <w:tcPr>
            <w:tcW w:type="dxa" w:w="1587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净利润(亿元)</w:t>
            </w:r>
          </w:p>
        </w:tc>
        <w:tc>
          <w:tcPr>
            <w:tcW w:type="dxa" w:w="1587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总资产(亿元)</w:t>
            </w:r>
          </w:p>
        </w:tc>
        <w:tc>
          <w:tcPr>
            <w:tcW w:type="dxa" w:w="1587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净资产(亿元)</w:t>
            </w:r>
          </w:p>
        </w:tc>
      </w:tr>
      <w:tr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16.66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0.53</w:t>
            </w:r>
          </w:p>
        </w:tc>
        <w:tc>
          <w:tcPr>
            <w:tcW w:type="dxa" w:w="15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0.51</w:t>
            </w:r>
          </w:p>
        </w:tc>
        <w:tc>
          <w:tcPr>
            <w:tcW w:type="dxa" w:w="15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未单列</w:t>
            </w:r>
          </w:p>
        </w:tc>
        <w:tc>
          <w:tcPr>
            <w:tcW w:type="dxa" w:w="15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未单列</w:t>
            </w:r>
          </w:p>
        </w:tc>
      </w:tr>
      <w:tr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2025(1-8)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10.64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0.46</w:t>
            </w:r>
          </w:p>
        </w:tc>
        <w:tc>
          <w:tcPr>
            <w:tcW w:type="dxa" w:w="15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0.46</w:t>
            </w:r>
          </w:p>
        </w:tc>
        <w:tc>
          <w:tcPr>
            <w:tcW w:type="dxa" w:w="15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25.13</w:t>
            </w:r>
          </w:p>
        </w:tc>
        <w:tc>
          <w:tcPr>
            <w:tcW w:type="dxa" w:w="15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5.07</w:t>
            </w:r>
          </w:p>
        </w:tc>
      </w:tr>
    </w:tbl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注：上述财务数据来源于经济导报/大众新闻关于中核投资挂牌转让其2.89%股权的公开报道，系股权转让披露的2024年度及2025年1—8月口径，单位亿元。2024年总资产/净资产未在报道中单列；2025年8月31日资产25.13亿、负债20.06亿、所有者权益5.07亿。2022—2023年单体财务未公开披露。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2024年营业收入16.66亿元，净利润5,107.25万元，净利率约3.1%；2025年前8个月营收10.64亿元、净利润4,579.72万元，盈利能力稳定。作为重资产核装备制造企业，毛利率受项目结构影响，整体保持微利稳健经营。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2025年8月末总资产25.13亿元、负债20.06亿元、所有者权益5.07亿元，资产以核电专用制造设备、厂房、在建工程及应收为主，重资产特征明显，专用性强。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2025年8月末资产负债率约79.8%（20.06/25.13），杠杆偏高，主要因重资产投入与项目垫资；作为央企二级单位，融资渠道与股东支持充足，偿债风险可控。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单体经营现金流未单独披露。核电装备制造项目周期长、回款节点化，对营运资金管理要求较高，但依托央企信用与集团资金统筹，流动性有保障。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与核电装备制造企业相比，公司净利率偏低（约3%）但市场占有率高（国和系列&gt;95%），属"高市占、低毛利"的央企制造定位；重资产与高负债率符合装备制造业特征。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公司为国有控股有限责任公司，设董事会（董事长李少刚）、监事会/审计与经营管理层，治理纳入国家电投集团管控，执行央企"三重一大"决策制度与党建工作要求。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董事长李少刚；副董事长屈强；总经理、董事胡广泽；董事含郭志强、李家鹏、黄冬松、王新文等。管理层具核电装备与工程管理资深背景。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公司执行核质保体系（HAF体系）、民用核安全设备制造许可要求，质量、安全、保密与合规为内控核心，焊接考核中心强化过程质控。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2025年工商年报参保985人，汇聚核级焊工、设计、工艺与质量专业人才，承担国家核电装备国产化重任。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核级牌照壁垒：民用核安全设备设计/制造/安装许可+焊接考核中心，准入极高，竞争对手难以进入。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技术领先：世界首家非能动压水堆专用装备制造商，AP1000钢制安全壳工艺国际领先，国和系列市占率超95%。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股东与订单：央企国家电投/国家核电背景，绑定国内核电建设规划，订单确定性高。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资质荣誉：专精特新"小巨人"、单项冠军、知识产权示范企业，技术与品牌壁垒强。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5. 国产化使命：承担三代核电自主化装备国产化任务，战略地位突出。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政策与核准风险：核电项目建设节奏受国家核准与规划影响，订单波动取决于开工时点。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合规与安全风险：核安全法规极严，2025年7月公司因环保问题被生态环境部罚款84.4万元，须持续强化环保与核安全合规。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财务杠杆风险：资产负债率近80%，重资产投入回收期长，需关注现金流与融资。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单一客户依赖：收入高度依赖系统内核电项目，市场化与海外拓展进度影响成长性。公司应对措施：拓展多技术路线（华龙、VVER等）供货、延伸新能源装备、强化合规与安全体系。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供应链金融：核级钢板与设备采购可开展应收账款保理、票据贴现，盘活营运资金。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融资租赁：重型制造与检测设备适合以融资租赁优化资本开支。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产业基金/股权投资：山东投资可围绕海阳核电装备产业链，支持其核级部件国产化与新能源装备延伸。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小贷/过桥：针对核电项目节点回款前的垫资，可提供合规短期流动性，须严格评估回款节点与增信。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核电设备制造有限公司是海阳核电装备产业链的央企核心企业，核级牌照、技术领先与国和系列超高市占率构筑坚固壁垒，战略与国产化价值突出；但资产负债率偏高、净利率较低，且须持续强化核安全与环保合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据国家核电发展规划，AP/CAP系列及多技术路线机组建设持续推进，公司有望保持稳健订单；延伸光伏、风电、储能等新能源装备，打开第二增长曲线。2025年股权结构调整（国家核电增持）进一步理顺治理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融资以供应链金融+融资租赁为主，配合央企信用；二是山东投资可围绕海阳核电装备集群开展产业链协同，支持核级部件国产化；三是重点关注核安全/环保合规，对相关授信设置项目回款与集团增信机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（附）数据来源说明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使用数据来源：山东核电设备制造有限公司工商信息（天眼查/企查查/启信宝）、经济导报/大众新闻关于中核投资股权转让的公开报道、上海联合产权交易所挂牌信息、公司官网（snpemc.com）及国家电投集团公开资料。单体财务数据以股权转让披露口径为准，未披露部分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