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滨州市博兴县肉禽加工特色产业集群</w:t>
      </w:r>
    </w:p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山东新盛食品有限公司企业分析报告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（本报告数据来源于公司年报/半年报、交易所及港交所公告、巨潮资讯网、东方财富、天眼查/爱企查/企查查、公司官网及权威媒体等公开渠道，统计时点截至最新披露信息；非上市企业未公开披露财务数据已如实标注，未作任何编造。报告供山东省投资有限公司业务参考之用。）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一、公司基本概况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（一）工商信息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山东新盛食品有限公司成立于2012年4月18日，法定代表人韩泉光，统一社会信用代码9137162559364330X4，企业类型为有限责任公司（自然人投资或控股），注册资本20,624万元人民币（实缴20,624万元），注册地址位于山东省滨州市博兴县经济开发区，登记机关为滨州市博兴县市场监督管理局，经营状态为存续。公司人员规模登记为小于50人（集团口径员工7,850余人，工商参保口径差异或因母子公司人员分列统计）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股权结构：由韩泉光、韩百淮、韩百顺、韩道峰、韩铭泰、卢振华、韩百波、韩於强、韩百忠等9名自然人持股，其中韩泉光持股约51.13%为控股股东及实际控制人，韩百淮持股约16.14%，其余自然人持股比例均低于10%。公司为民营控股企业，无国有出资人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（二）组织架构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新盛食品以山东新盛食品有限公司为母体，发展形成新盛食品集团，旗下拥有博兴县经济开发区新盛食品有限公司、滨州高盛食品有限公司、滨州隆泰食品有限公司、平原和盛食品有限公司、博兴新盛包装制品有限公司、博兴县博瑞蛋白科技有限公司等六家子公司，覆盖肉鸡屠宰分割、饲料生产、冷链物流、蛋白饲料（羽毛综合利用）等全产业链环节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（三）发展沿革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前身为1998年设立的新盛食品，深耕白羽肉鸡屠宰加工近30年；2012年4月完成现行法人主体山东新盛食品有限公司的工商登记，注册资本20,624万元。2016年高盛公司率先引入全自动分割线，带动同行业自动化转型；2020年起确定品牌战略，推出"吉鸡乐""鸡师兄""嗨翅"等子品牌，由B端加工向消费终端延伸。2024年新盛食品入选《全球前50强肉鸡生产商》（位列第38位）及《亚洲领先肉鸡生产商》榜单；2025年加工肉鸡3.65亿只、生产各类鸡产品94.35万吨，实现销售收入78.66亿元，并获评山东省民营企业200强、中国农业企业500强等称号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（四）企业定位与主营业务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企业定位为山东省屠宰规模最大的白羽肉鸡加工企业、博兴县肉禽加工特色产业集群标杆龙头。主营业务为肉禽养殖、屠宰、分割、冷冻、加工、饲料生产、冷链物流及产品销售一体化运营。核心产品包括琵琶腿、鸡腿、鸡翅、鸡大胸、鸡小胸、鸡胗、凤爪、软骨球等冷冻分割鸡产品，以及"吉鸡乐"等面向C端的家庭装鸡肉制品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二、业务层面分析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（一）业务结构与收入构成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业务以肉鸡屠宰分割加工为核心，形成"养殖—屠宰—分割—冷冻—饲料—冷链—销售"一体化结构，并向蛋白饲料（博瑞蛋白科技将废弃羽毛深加工为动物蛋白粉）等循环延伸。公司未公开披露分产品收入占比。公开报道口径集团年销售收入约90亿元（2023/2024年），2025年实现营业收入78.66亿元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（二）主要产品与服务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主导产品为冷冻分割鸡全品类（琵琶腿、鸡腿、翅中、鸡大胸、鸡小胸、凤爪、软骨球等），其中琵琶腿、翅中、汉堡腿肉在农贸批发市场具有风向标引领作用，"新盛牌"鸡肉被经销商称为"博兴鸡肉"。产品通过"新盛"母品牌加"吉鸡乐""鸡师兄""嗨翅"等子品牌矩阵覆盖B端与C端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（三）客户分析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产品销往全国各大肉类批发市场、国内知名肉食品深加工企业、商超和高校等，长三角、珠三角及北上广深等经济发达地区市场占有率占50%以上；南京"潘老板"炸鸡所有连锁店指定使用新盛牌琵琶腿，体现大客户黏性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（四）供应商与采购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生产所需主要原料为毛鸡（肉鸡），依托博兴肉禽产业集群的合同养殖基地与收购体系；同时采购包装纸箱（自有博兴新盛包装制品）、饲料原料等。原料成本受畜禽养殖周期与饲料价格影响。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（五）产能/资源/牌照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日加工肉鸡能力100多万羽（约占全省十分之一）；共建有3,000吨/天速冻能力的速冻冷库和18,000吨贮存能力的智能化低温冷藏库；最早引进荷兰STORK全自动肉鸡生产线，并实现一系列流程自动化。公司被山东省畜牧兽医局认定为健康肉、山东省标准化屠宰厂、工厂分类"A类"企业；屠宰前100%药残检测，具备药残、微生物及理化指标检验能力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（六）销售与渠道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采用自产自销与经销商网络并重模式，覆盖农批市场、深加工企业、商超、高校及连锁餐饮；2020年起发力品牌化C端（家庭装、大型超市），并提供冷链配送一体化服务。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（七）经营数据与市场占有率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开数据：日加工肉鸡100多万羽（约占全省1/10）；2025年加工肉鸡3.65亿只、生产鸡产品94.35万吨、销售收入78.66亿元；国内市场占有率位居全国前列，长三角/珠三角/北上广深市场占有率50%以上；2024年入选全球前50强肉鸡生产商（第38位）、亚洲领先肉鸡生产商。注：上述为闪电新闻、山东省质量月专题、博兴融媒等公开报道口径，非审计合并财务报表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三、财务报表分析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（一）近三年主要会计数据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山东新盛食品有限公司为非上市民营企业，近三年完整审计财务报表未公开披露；以下列公开渠道可获取的资产与经营数据，单位：万元，不作财务数据编造。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4422"/>
        <w:gridCol w:w="4422"/>
      </w:tblGrid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指标</w:t>
            </w:r>
          </w:p>
        </w:tc>
        <w:tc>
          <w:tcPr>
            <w:tcW w:type="dxa" w:w="6236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公开披露值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注册资本</w:t>
            </w:r>
          </w:p>
        </w:tc>
        <w:tc>
          <w:tcPr>
            <w:tcW w:type="dxa" w:w="6236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20,624（实缴20,624）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资产总额</w:t>
            </w:r>
          </w:p>
        </w:tc>
        <w:tc>
          <w:tcPr>
            <w:tcW w:type="dxa" w:w="6236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约174,900（公开报道口径）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日加工肉鸡</w:t>
            </w:r>
          </w:p>
        </w:tc>
        <w:tc>
          <w:tcPr>
            <w:tcW w:type="dxa" w:w="6236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100多万羽（约占全省1/10）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2025年加工量</w:t>
            </w:r>
          </w:p>
        </w:tc>
        <w:tc>
          <w:tcPr>
            <w:tcW w:type="dxa" w:w="6236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3.65亿只 / 94.35万吨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2025年销售收入</w:t>
            </w:r>
          </w:p>
        </w:tc>
        <w:tc>
          <w:tcPr>
            <w:tcW w:type="dxa" w:w="6236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约786,600（公开报道口径）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员工人数</w:t>
            </w:r>
          </w:p>
        </w:tc>
        <w:tc>
          <w:tcPr>
            <w:tcW w:type="dxa" w:w="6236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集团约7,850人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归母净利润</w:t>
            </w:r>
          </w:p>
        </w:tc>
        <w:tc>
          <w:tcPr>
            <w:tcW w:type="dxa" w:w="6236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未公开披露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（二）盈利分析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未公开披露归母净利润。肉禽加工行业毛利率受毛鸡采购成本与鸡肉销售价格"鸡周期"双向波动影响，盈利弹性较大；公司作为全省规模最大的屠宰加工企业，凭借规模化、自动化与全产业链协同具备一定成本优势，但行业整体利润率偏薄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（三）资产质量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公开报道资产总额约17.49亿元，重资产属性（屠宰线、冷库、土地厂房）明显，与3,000吨/天速冻及18,000吨低温冷藏库产能匹配。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（四）负债与偿债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无公开负债数据。建议授信前核查有息负债、对外担保及实控人连带情况；集团规模化与资产体量可支撑融资增信。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（五）现金流分析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无公开现金流数据。畜禽加工企业存货（冷冻品）与应收占款较高，叠加原料周期波动，经营性现金流稳定性弱于利润，建议以集团合并口径跟踪。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（六）关键指标横向对标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在博兴肉禽加工集群内，新盛食品日加工能力100多万羽、年加工3.65亿只，产能与规模均居集群首位、全省第一；与同为集群龙头的博大、隆泰相比，新盛在屠宰规模、全产业链完整度与品牌化上领先，并率先入选全球前50强肉鸡生产商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四、公司治理、管理与人力资源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（一）治理结构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公司为有限责任公司（自然人投资或控股），由韩泉光等9名自然人股东持股，设执行董事/经理及监事；集团层面实行事业部与子公司协同管理。公司设党支部，推进基层党建与品牌创建。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（二）管理层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法定代表人韩泉光（控股股东、实际控制人）；总经理宋树华（公开采访代表，主导集团运营与品牌战略）。管理层深耕肉禽加工行业多年。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（三）组织与内控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建立从养殖收购、屠宰加工到冷链销售的全流程质量管控体系，屠宰前100%药残检测，推行自动化、智能化、信息化、数据化管理；获山东省标准化屠宰厂、A类企业等资质。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（四）人力资源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集团现有员工7,850余人，涵盖企业管理、市场营销、食品科学与工程、畜牧、兽医、现代物流等专业，常年聘请潍坊牧校、山东农业大学教授担任技术顾问，与山东农业大学动物科学院等建立长期合作。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五、核心竞争力（护城河）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一是规模与产能壁垒：日加工肉鸡100多万羽（约占全省1/10），2025年加工3.65亿只，全省屠宰规模最大，规模经济与议价能力突出。二是全产业链协同：覆盖养殖、屠宰、分割、饲料、冷链、蛋白饲料循环，成本与抗周期能力强。三是装备与智能化：引进荷兰STORK全自动线，自动化、信息化管理业内领先。四是品牌与渠道：长三角/珠三角/北上广深市场占有率50%以上，"新盛牌"具区域定价影响力，绑定潘老板炸鸡等连锁大客户。五是资质与地位：全球前50强肉鸡生产商（第38位）、亚洲领先肉鸡生产商、中国农业企业500强、山东省民营企业200强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六、风险分析（重点）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一是鸡周期与价格波动风险：毛鸡成本与鸡肉售价双向波动直接挤压毛利；应对以全产业链协同、规模化降本与品牌溢价平滑周期。二是食品安全与药残风险：屠宰加工涉及食品安全合规，公司已建100%药残检测体系但仍须持续强化。三是客户与回款风险：下游分散、应收与存货占款高，存在一定经营现金流波动；建议加强应收账款管理。四是环保风险：屠宰加工与污水处理须符合环保要求。五是集团管控风险：跨子公司、跨区域经营对资金与内控协同提出更高要求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七、融资需求（与山东投资协同）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保理业务：公司对下游经销商、深加工企业的应收账款账期较长，可开展应收账款保理盘活资金。供应链金融：依托链主地位，为上游养殖基地、包装与饲料供应商提供订单融资、存货质押等供应链金融服务。融资租赁：全自动屠宰线、速冻与低温冷藏库等资本开支大，适合以新购设备开展直租/回租。小贷：面向合作养殖基地及中小配套供应商提供短期周转贷款。山东投资可优先以"核心企业+链属企业"模式切入，获取批量、低风险资产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八、综合评价、发展展望与建议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综合评价：山东新盛食品是博兴肉禽加工集群的标杆龙头、全省屠宰规模第一的白羽肉鸡加工企业，规模、全产业链、智能化与品牌优势突出，并入选全球前50强肉鸡生产商；但作为非上市民企财务透明度有限，盈利受鸡周期影响波动。发展展望：据公司规划与行业趋势，公司将继续推进自动化、品牌化与C端延伸，巩固全国领先地位。建议：一是对接应收账款保理与设备融资租赁，服务链属中小企业形成批量资产；二是授信前补充规范财务报表；三是关注鸡周期与食品安全风险，建立动态信用监测。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数据来源说明：闪电新闻/齐鲁网（集群入选2025山东省特色产业集群、产能与营收）、山东省质量月专题（12365.ce.cn、chinaquality.net.cn，资产17.49亿、日加工100万羽、营收90亿、子公司与品牌）、博兴融媒（2025年加工3.65亿只、营收78.66亿、全球50强第38位）、天眼查/爱企查（工商、股权、注册资本）、公司官网 xinshengfoods.com（子公司、产能、产品）。近三年完整审计财务未公开披露，已如实标注。</w:t>
      </w:r>
    </w:p>
    <w:sectPr w:rsidR="00FC693F" w:rsidRPr="0006063C" w:rsidSect="00034616">
      <w:footerReference w:type="default" r:id="rId9"/>
      <w:pgSz w:w="11906" w:h="16838"/>
      <w:pgMar w:top="2098" w:right="1474" w:bottom="1984" w:left="158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lineRule="exact" w:line="600"/>
      <w:ind w:firstLine="0"/>
      <w:jc w:val="center"/>
    </w:pPr>
    <w:r>
      <w:rPr>
        <w:rFonts w:ascii="宋体" w:hAnsi="宋体" w:eastAsia="宋体"/>
        <w:b w:val="0"/>
        <w:color w:val="000000"/>
        <w:sz w:val="28"/>
      </w:rPr>
      <w:t xml:space="preserve">— </w:t>
    </w:r>
    <w:r>
      <w:rPr>
        <w:rFonts w:ascii="Times New Roman" w:hAnsi="Times New Roman" w:eastAsia="Times New Roman"/>
        <w:b w:val="0"/>
        <w:color w:val="000000"/>
        <w:sz w:val="28"/>
      </w:rPr>
      <w:fldChar w:fldCharType="begin"/>
      <w:instrText xml:space="preserve">PAGE</w:instrText>
      <w:fldChar w:fldCharType="end"/>
    </w:r>
    <w:r>
      <w:rPr>
        <w:rFonts w:ascii="宋体" w:hAnsi="宋体" w:eastAsia="宋体"/>
        <w:b w:val="0"/>
        <w:color w:val="000000"/>
        <w:sz w:val="28"/>
      </w:rPr>
      <w:t xml:space="preserve"> —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