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滨州市博兴县肉禽加工特色产业集群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山东隆泰食品有限公司企业分析报告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公司年报/半年报、交易所及港交所公告、巨潮资讯网、东方财富、天眼查/爱企查/企查查、公司官网及权威媒体等公开渠道，统计时点截至最新披露信息；非上市企业未公开披露财务数据已如实标注，未作任何编造。报告供山东省投资有限公司业务参考之用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根据公开工商信息，本批次所列"山东隆泰食品有限公司"对应核准主体为滨州隆泰食品有限公司，成立于2007年7月23日，法定代表人韩百顺，统一社会信用代码913716256657376647，企业类型为有限责任公司（自然人投资或控股），注册资本4,656万元（项目资料口径为5,098万元），注册地址位于山东省滨州市博兴县湖滨镇柳桥汽车站（柳桥三岔口）南2公里路东，登记机关为滨州市博兴县市场监督管理局，经营状态为开业，参保人数约146人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权结构：山东新盛食品有限公司持股80.97%（约3,770万元）为控股股东，其余由唐敬国、韩鹏太、张曰岗、张其勇、韩学贞、张其峰等自然人持有。即隆泰食品为新盛食品集团控股子公司，实际控制人穿透后为新盛系自然人股东，属民营控股企业，无国有出资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公司为新盛食品集团旗下专业肉食鸡屠宰加工企业，设执行董事兼总经理（韩百顺）、监事（宋树华）；业务聚焦屠宰、分割、加工，与集团内新盛、高盛等屠宰企业协同。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2007年7月成立滨州隆泰食品有限公司；作为新盛集团控股子公司，长期深耕肉食鸡屠宰分割；2019年启动"年屠宰7,500万只肉食鸡加工项目"（总投资9,500万元）；2025年被评为省级农业产业化重点龙头企业，2026年获评市级绿色工厂，跻身博兴肉禽加工集群骨干企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企业定位为博兴肉禽加工集群骨干屠宰加工企业、省级农业产业化重点龙头企业。主营业务为动物及其产品加工、经营（肉食鸡屠宰、分割、加工），具备进出口资质。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业务以肉食鸡屠宰分割加工为主，产品涵盖冷冻分割鸡全品类，并向鸡肉深加工延伸。公司未公开披露分产品收入占比。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（二）主要产品与服务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主要产品为冷冻分割鸡肉（鸡腿、鸡翅、鸡胸、鸡胗等）；依托7,500万只/年屠宰项目，具备稳定分割加工能力。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产品销往国内肉类批发市场、食品加工企业及商超，并依托集团渠道出口；客户结构与新盛体系协同，覆盖长三角、珠三角等区域。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生产所需主要原料为毛鸡，依托博兴肉禽产业集群合同养殖基地与集团统一收购体系；采购包装、能源等。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具备日屠宰量达30万只肉食鸡的生产能力；"年屠宰7,500万只肉食鸡加工项目"总投资9,500万元（环保投资570万元），年加工鸡油330吨；2025年省级农业产业化重点龙头企业、2026年市级绿色工厂；为增值税一般纳税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采用自产自销与集团协同经销并重，参与批发市场与深加工企业供货，并开展进出口业务。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公开数据：日屠宰能力30万只肉食鸡；年屠宰7,500万只项目建成；2025年省级农业产业化重点龙头企业、2026年市级绿色工厂。注：公司近三年完整财务数据未公开披露，上述为公开报道与项目资料口径。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滨州隆泰食品有限公司（山东隆泰食品有限公司）为非上市民营企业、新盛集团控股子公司，近三年完整财务报表未公开披露，以下仅列公开工商与产能信息，不作财务数据编造。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422"/>
        <w:gridCol w:w="4422"/>
      </w:tblGrid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公开披露值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注册资本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4,656万元（项目资料5,098万元）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成立时间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2007-07-23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控股股东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山东新盛食品有限公司（80.97%）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日屠宰能力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30万只肉食鸡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年屠宰项目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7,500万只（投资9,500万元）</w:t>
            </w:r>
          </w:p>
        </w:tc>
      </w:tr>
      <w:tr>
        <w:tc>
          <w:tcPr>
            <w:tcW w:type="dxa" w:w="255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营收/利润</w:t>
            </w:r>
          </w:p>
        </w:tc>
        <w:tc>
          <w:tcPr>
            <w:tcW w:type="dxa" w:w="6236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未公开披露</w:t>
            </w:r>
          </w:p>
        </w:tc>
      </w:tr>
    </w:tbl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财务数据未公开披露。作为新盛集团控股的屠宰加工企业，盈利受鸡周期与屠宰加工费影响，规模与集团协同可摊薄固定成本。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无公开资产数据。屠宰线、冷库及土地厂房构成主要固定资产。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无公开负债数据。7,500万只屠宰项目资本开支或依赖股东出资与银行借款，建议授信前核查。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无公开现金流数据。屠宰加工存货与应收占款较高，关注经营性现金流。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在博兴肉禽集群内，隆泰日屠宰30万只，规模次于新盛（100万+羽/日），与集群内其他骨干企业共同构成"新盛—博大—隆泰"龙头矩阵；作为新盛控股子公司，协同优势明显。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有限责任公司（自然人投资或控股），新盛食品集团持股80.97%，设执行董事兼总经理（韩百顺）、监事（宋树华），重大事项受集团管控。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法定代表人、执行董事兼总经理韩百顺；监事宋树华。管理层源于柳桥村肉鸡产业。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作为屠宰加工企业，建立动物防疫与食品安全内控体系；2026年获市级绿色工厂，环保与质量管控较规范。公开信息显示公司曾涉及少量行政处罚与涉诉记录，需关注合同与应收账款管理。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参保约146人，以生产与技术人员为主；依托集团技术体系与产学研合作。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集团协同：新盛食品集团控股80.97%，共享种源、收购、品牌与销售渠道，协同成本低。二是产能与资质：日屠宰30万只、省级农业产业化重点龙头企业、市级绿色工厂，区域地位稳固。三是集群配套：位于博兴肉禽加工特色产业集群（2025山东省特色产业集群），上下游配套完善。四是全产业链：背靠新盛集团养殖—屠宰—冷链一体化，原料与销售有保障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鸡周期风险：毛鸡与鸡肉价格双向波动影响盈利；应对以集团协同与规模降本。二是食品安全与动物防疫风险：屠宰加工须符合防疫与药残要求。三是客户与回款风险：下游分散、应收占款高，公开显示曾涉买卖合同纠纷，需强化信用管理。四是环保风险：屠宰污水处理须持续合规。五是依附风险：作为新盛控股子公司，独立经营与融资受集团影响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保理业务：对下游经销商与食品加工企业的应收账款可开展保理。供应链金融：围绕新盛集团核心企业，为上游养殖基地与供应商提供订单/存货融资。融资租赁：屠宰线与冷链设备适合直租/回租。小贷：面向合作养殖户短期周转。鉴于其为新盛控股子公司、省级龙头，建议以"集团核心企业+链属企业"供应链金融模式切入，控制额度并设增信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山东隆泰食品（滨州隆泰）是新盛集团控股的博兴肉禽集群骨干屠宰企业，日屠宰30万只、省级农业产业化重点龙头企业、市级绿色工厂，集团协同与集群配套优势突出；但财务不透明、盈利受鸡周期影响、曾涉少量涉诉。发展展望：据行业趋势，博兴肉禽集群全产业链升级将带动骨干企业稳健发展。建议：一是对接集团供应链金融与应收保理；二是授信前补充规范财务资料；三是关注鸡周期、食品安全与回款风险。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数据来源说明：爱企查/企查查（工商、股权、注册资本、资质）、污水处理工程网（年屠宰7,500万只项目）、qcc企业简介（日屠宰30万只、省级龙头、绿色工厂）、天眼查（关联信息）。近三年完整财务未公开披露，已如实标注；"山东隆泰食品有限公司"对应核准主体滨州隆泰食品有限公司，系新盛集团控股子公司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