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潍坊高新区元宇宙特色产业集群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歌尔光学科技有限公司企业分析报告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（本报告数据来源于歌尔股份关于向歌尔光学增资暨关联交易公告（2026-06）、天眼查/爱企查、歌尔光学官网。统计时点截至2025/2026年一季报。非上市企业，财务为公告披露未经审计数据。）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歌尔光学科技有限公司成立于2012年3月23日，统一社会信用代码91370700593608352C，注册地址为中国（上海）自由贸易试验区临港新片区水芸路（临港软件园），法定代表人为饶轶。注册资本171,001.4558万元人民币（2026年增资后增至192,952.8622万元）。企业类型为有限责任公司（自然人投资或控股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股权结构：歌尔股份有限公司为第一大股东，2026年增资前持股38.3412%、增资后39.6676%；宁波舜宇奥来技术有限公司持股约31.12%（增资后33.27%）；姜滨、姜龙及歌尔集团等持股。实际控制人为歌尔股份（姜滨系）。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公司下辖歌尔光学科技（潍坊）、歌尔奥来光电、驭光科技（绍兴）、合肥视涯等子公司，研发布局潍坊、青岛、上海、深圳、美国、日本等地。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2012年设立，为歌尔XR与光学核心平台；2023年潍坊光学产业园、上海研发中心启用；收购驭光科技补强微纳光学；2026年歌尔股份与舜宇奥来各增资5亿元，强化精密光学布局。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定位为精密光学核心零部件企业，主营光学仪器、虚拟现实设备、显示器件、光电子器件、功能玻璃与新型光学材料、眼镜及模具制造，覆盖微纳光学元件、XR光学镜片及模组、投影光机、车载光学。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收入以XR光学镜片/模组、微纳光学元件、车载光学为主；2025年营收168,071.66万元、2026年一季度53,903.58万元（公告未经审计）。分产品占比未披露。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XR（VR/AR）光学镜片与模组、微纳光学元件、投影光机、车载光学器件。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主要服务歌尔股份体系内XR整机及外部光学客户，与舜宇形成战略协同。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光学材料、设备外采，依托歌尔供应链。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潍坊、上海等多地光学研发与制造基地；全球光学研发布局；与舜宇奥来战略合作。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以集团内配套与战略客户直供为主。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2025年营收16.81亿元、净利润-7.03亿元；2026年一季度营收5.39亿元、净利润-0.94亿元（未经审计）。处于XR光学投入期，暂亏损。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（一）近三年主要会计数据（单位：万元，公告未经审计）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2025年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2026Q1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资产总额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721,636.19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682,960.64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负债总额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502,960.15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471,492.66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净资产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218,676.03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211,467.98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168,071.66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53,903.58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净利润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-70,289.38</w:t>
            </w:r>
          </w:p>
        </w:tc>
        <w:tc>
          <w:tcPr>
            <w:tcW w:type="dxa" w:w="209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-9,380.11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（二）—（六）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近两年完整年报未披露，仅以公告数据列示。定性看：XR光学处于高研发投入与产能建设期，暂亏损；2026年增资将改善财务结构、支持微纳光学与车载光学拓展。资产负债率约69%（2025），杠杆偏高但获股东增资支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有限公司，饶轶任法定代表人，歌尔股份董事长姜滨、总裁姜龙及副总裁饶轶任董事，为歌尔股份关联方，治理规范。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饶轶为法定代表人兼歌尔光学负责人，具备光学产业背景。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作为歌尔体系，执行统一内控与质量体系。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参保约1444人（天眼查），含光学研发与制造人员，人员规模1000—4999人。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一是歌尔XR整机协同带来的光学需求入口；二是微纳光学、XR镜片/模组、车载光学技术积累；三是与舜宇奥来战略合作；四是全球光学研发布局。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XR与元宇宙需求不及预期，光学投入回收周期长。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高研发与折旧致持续亏损；客户依赖集团内需求。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暂亏损、负债率偏高，依赖股东增资与集团资金支持。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出口管制与光学技术合规为重点，公司体系完备。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通过增资补强资本、拓展车载光学与AI硬件光学、与舜宇协同降本。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①光学设备融资租赁；②研发投入的项目贷款与产业基金；③对上游光学材料供应商的供应链保理；④车载光学产能建设融资。山东投资可围绕“精密光学+元宇宙”提供金融支持。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歌尔光学是歌尔元宇宙生态的精密光学核心平台，技术卡位关键，但处投入期、暂亏损且杠杆偏高，2026年股东增资将显著改善资本结构。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展望：AI与车载光学打开第二曲线。建议稳健扩产、强化微纳光学壁垒；山东投资以设备租赁与产业基金支持其技术产业化。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歌尔股份《关于向歌尔光学科技有限公司增资暨关联交易的公告》（2026-06，巨潮资讯网）；歌尔光学工商信息（天眼查/爱企查，统一社会信用代码91370700593608352C）；歌尔光学官网 goeroptics.com。财务数据取自公告，未经审计。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