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烟台黄渤海新区微纳传感半导体特色产业集群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烟台睿创微纳技术股份有限公司（睿创微纳，688002）企业分析报告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公司年报/半年报、交易所及港交所公告、巨潮资讯网、东方财富、天眼查/爱企查/企查查/启信宝、公司官网、烟台日报/齐鲁晚报/大众日报/潍坊融媒等权威媒体公开渠道，统计时点截至最新披露信息；非上市企业未公开披露财务数据已如实标注，未作任何编造。报告供山东省投资有限公司业务参考之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烟台睿创微纳技术股份有限公司成立于2009年12月11日，法定代表人马宏，统一社会信用代码91370600689476267D，为科创板上市公司（证券代码：688002），注册地址位于山东省烟台市经济技术开发区贵阳大街11号，主营红外MEMS传感芯片，是微纳传感器龙头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：截至2024年年报，前十大股东中董事长马宏持股15.28%为第一大股东，李维诚持股9.34%、梁军3.18%、方新强2.45%，香港中央结算有限公司2.08%等，前十大股东合计持股约38.97%；实际控制人为马宏等创始团队，属民营控股上市企业，无国有出资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科创板上市公众公司，设董事会、监事会及经营管理层；业务涵盖红外热成像、微波射频等多维感知领域，旗下有无锡、合肥、成都等研发与制造基地，并控股睿创微纳（无锡）等子公司，构建“芯片—探测器—整机”垂直一体化布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2009年成立，专注红外焦平面芯片及探测器；2019年12月登陆科创板；持续高研发投入推动红外热成像、微波射频业务扩张；2022年发行可转债募资约15.65亿元；2024年营业收入达43.16亿元，较2019年（15.61亿元）实现倍增，成长为国内红外传感领军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定位为国内红外MEMS传感芯片与多维感知龙头、科创板军工电子企业。主营业务为红外热成像、微波射频等感知技术的芯片、探测器、整机及系统研发、生产与销售，应用于安防、车载、工业检测、消费电子、特种装备等领域。2024年红外热成像业务占营收90.58%，多维感知业务占98.78%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主营收入按产品：红外热成像业务39.09亿元（占90.58%）、微波射频业务2.87亿元（占6.65%）、其他1.20亿元（占2.77%）；按地区：境内32.32亿元（占74.90%）、境外10.31亿元（占23.89%）；按行业：多维感知42.63亿元（占98.78%）。业务以红外为主、微波射频为第二增长曲线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（二）主要产品与服务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核心产品为红外焦平面探测器（氧化钒非制冷/制冷）、红外热成像机芯与整机、微波射频T/R组件、激光等产品，构建“红外芯片—探测器—机芯—整机—系统”全产业链；广泛应用于夜视、安防监控、自动驾驶、无人机、工业测温、医疗及特种领域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客户覆盖特种装备、安防、车载、工业及消费电子领域，境内收入占约75%、境外约24%，境外市场持续拓展；客户结构相对分散但含大型央企与行业龙头。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生产所需为晶圆、封装材料、电子元器件及设备，部分依赖半导体供应链；公司推进垂直一体化以增强供应链可控性。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拥有红外探测器、微波射频等多条产线，2024年研发总投入8.61亿元（占营收19.94%），研发人员密度高；取得军工相关资质，具备从芯片到系统的自主可控能力。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采用“直销+渠道”结合，境内以行业与项目直销为主，境外通过本地化销售网络拓展；可转债募投项目支撑产能扩张。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年报：2024年营业收入43.16亿元（同比+21.28%），归母净利润5.69亿元（同比+14.76%），扣非归母净利润5.10亿元（同比+16.87%）；公司居国内红外传感第一梯队，全球非制冷红外领域份额持续提升。注：细分市占率以Yole等第三方报告为参照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睿创微纳为科创板上市公司（688002），财务数据来自2022—2024年年度报告、东方财富及巨潮网，单位：亿元。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11"/>
        <w:gridCol w:w="2211"/>
        <w:gridCol w:w="2211"/>
        <w:gridCol w:w="2211"/>
      </w:tblGrid>
      <w:tr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2022年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2023年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2024年</w:t>
            </w:r>
          </w:p>
        </w:tc>
      </w:tr>
      <w:tr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营业收入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26.46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35.59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43.16</w:t>
            </w:r>
          </w:p>
        </w:tc>
      </w:tr>
      <w:tr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归母净利润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3.13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4.96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5.69</w:t>
            </w:r>
          </w:p>
        </w:tc>
      </w:tr>
      <w:tr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毛利率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46.58%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48.91%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50.26%</w:t>
            </w:r>
          </w:p>
        </w:tc>
      </w:tr>
      <w:tr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资产负债率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31.42%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38.26%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37.20%</w:t>
            </w:r>
          </w:p>
        </w:tc>
      </w:tr>
      <w:tr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经营现金流净额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5.01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4.91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4.50</w:t>
            </w:r>
          </w:p>
        </w:tc>
      </w:tr>
      <w:tr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总资产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82.97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88.06</w:t>
            </w:r>
          </w:p>
        </w:tc>
      </w:tr>
      <w:tr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净资产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48.12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55.20(归母)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营收由2022年26.46亿元增至2024年43.16亿元（复合增速约34%），归母净利润由3.13亿元增至5.69亿元（+14.76%）；毛利率持续提升（46.58%→50.26%），规模效应与产品/客户结构优化显现；2024年销售净利率10.25%、ROE 11.31%，盈利质量稳健。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2024年末总资产88.06亿元，资产以固定资产（厂房设备）、存货、应收账款为主；2023年发行可转债使货币资金增加，应收账款随销售增长（2023年+47.87%），需关注营运资本占用。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2024年末资产负债率37.20%，流动比率2.84、速动比率1.81，偿债能力良好；负债含应付票据/账款及可转债（应付债券），有息负债可控。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2024年经营活动现金流净额4.50亿元（同比-8.51%），净利润现金含量79.03%，回款质量较好；但2022—2024年经营现金流均低于净利润，与应收、存货增长及资本开支有关，需持续关注。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与高德红外、大立科技等国内红外企业相比，睿创微纳营收与利润规模居前，毛利率（约50%）领先，研发投入强度（约20%）突出；相较于国际龙头FLIR（现Teledyne），在民用与特种领域加速追赶。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科创板上市公众公司，设董事会、监事会、审计/薪酬/战略等专门委员会，治理规范，定期披露年报与权益分派（2024年10股派0.8元）。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董事长马宏（实控人、第一大股东，持股15.28%），核心团队多为技术出身，利益与公司绑定。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按上市公司与军工企业要求建立内控与信息披露体系，通过保密、质量等资质认证，研发与供应链管控较规范。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研发人员占比高，2024年研发投入8.61亿元（占营收19.94%），形成以博士、硕士为核心的技术团队，人才密度与创新能力行业领先。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技术壁垒：非制冷红外探测器芯片全流程自主，研发强度约20%、专利与工艺积累深厚。二是全产业链：构建“芯片—探测器—机芯—整机—系统”垂直一体化，成本与交付可控。三是市场地位：国内红外传感第一梯队，全球份额提升，境内外双循环。四是资质与客户：军工及行业资质完备，特种与车载等高壁垒客户资源。五是资本平台：科创板融资（含15.65亿元可转债）支撑产能与研发扩张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行业与周期风险：特种装备采购节奏、安防/车载需求波动影响业绩。二是应收账款与存货风险：经营现金流低于净利润，应收与存货占用较大，存在回款与减值风险。三是国际贸易与供应链风险：境外收入约24%，受地缘政治、出口管制及半导体设备材料限制影响。四是技术迭代风险：红外与微波射频技术快速演进，须持续高研发投入维持领先。五是竞争风险：国内外红外企业竞争加剧，价格与份额承压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保理业务：对特种与行业客户的应收账款账期较长，可开展保理融资盘活资金。供应链金融：围绕核心企业为上游晶圆/封装供应商提供订单与存货融资。融资租赁：扩产设备（如探测器产线、封测设备）适合直租/回租。小贷：面向临时周转。鉴于企业为规范上市龙头、资质优良、现金流较稳，可作稳健型重点客户，建议以“应收保理+设备融资租赁”组合切入，额度匹配其规模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睿创微纳是黄渤海新区微纳传感半导体集群的科创板龙头，技术、全产业链、市场地位与资本平台优势突出，财务稳健增长；但经营现金流低于净利润、境外与供应链风险需关注。发展展望：据公司规划与行业趋势，红外在车载、安防、工业及特种领域需求增长，微波射频第二曲线放量，公司有望延续稳健增长。建议：一是对接应收保理与扩产设备融资租赁；二是关注应收与存货周转、现金流质量；三是跟踪国际贸易与出口管制风险，评估供应链安全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数据来源说明：睿创微纳2022—2024年年度报告（上交所/巨潮网）、东方财富网与同花顺F10（财务数据）、可视化年报（cnstock）、证券时报/人民财讯（业绩报道）、天眼查（工商股权）。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