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禹城市功能食品特色产业集群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保龄宝生物股份有限公司企业分析报告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企业公开披露信息、交易所公告、巨潮网、东方财富、天眼查/企查查工商登记、公司官网及地方权威媒体等公开渠道，统计时点截至最新披露信息。部分非上市企业财务数据未公开，已如实标注，未作虚构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龄宝生物股份有限公司（股票代码：002286.SZ）为A股上市公司，成立于1997年，注册地山东省德州市禹城市，主营功能糖研发、制造及方案服务。控股股东为北京永裕投资，实际控制人为戴斯觉。公司为禹城市功能糖龙头、国家级制造业单项冠军企业，属“禹城市功能食品特色产业集群”核心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公司下设益生元、膳食纤维、减糖甜味剂、淀粉糖及饲料等业务单元，设研发中心与销售体系，集团对产销与研发实行集中管理。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公司由功能糖单品起步，逐步成长为低聚糖、功能糖醇与减糖甜味剂综合供应商，并通过产线工艺升级与新产品布局持续向高附加值转型。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定位为功能糖综合方案服务商，主营益生元、膳食纤维、减糖甜味剂、淀粉糖及饲料副产品，服务于食品饮料健康化趋势。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2024年营收24.02亿元，其中淀粉糖及其他8.00亿元（29.08%）、减糖甜味剂6.94亿元（25.23%）、饲料及副产品6.27亿元（22.78%）、其他6.30亿元（22.90%）。国内收入20.32亿元（73.85%），国外7.20亿元（26.15%）。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核心产品为益生元（低聚异麦芽糖等）、膳食纤维、减糖甜味剂（赤藓糖醇、阿洛酮糖等）、淀粉糖。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客户覆盖食品饮料、乳品、保健品企业，国内以品牌食品企业为主，国外通过欧洲等市场体系销售；赤藓糖醇受益欧盟反倾销带来份额提升。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主要采购玉米淀粉等农产品原料，供应链管理强化以降本。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拥有多条功能糖产线，2024年益生元、膳食纤维、减糖甜味剂产线工艺升级，阿洛酮糖技改、抗性糊精干燥塔及扩产项目竣工投产。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直销与经销结合，国内直供品牌客户，海外以市场体系重构后的欧洲渠道为重点。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2024年益生元收入3.35亿元（+16.02%）、膳食纤维2.38亿元（+14.52%）、减糖甜味剂5.16亿元（+29.73%），核心业务量价齐升。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（一）近三年主要会计数据（单位：亿元）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2025年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营业总收入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25.24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24.02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27.51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0.54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1.11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1.51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销售毛利率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（约8%）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11.88%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（约11%）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（较低）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23.65%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（约24%）</w:t>
            </w:r>
          </w:p>
        </w:tc>
      </w:tr>
    </w:tbl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注：2024年营收同比-4.84%（主动压缩低附加值饲料业务），归母净利润同比+105.97%；2025年营收27.51亿元、归母净利润1.51亿元。数据来源公司年报。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2024年毛利率11.88%、净利率4.63%，核心业务毛利占比提升（益生元、膳食纤维、减糖甜味剂合计毛利占总毛利60.46%），“降本增效”成效显著。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2024年末总资产26.74亿元，存货2.89亿元（占净资产14.14%），资产结构较轻、质量良好。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2024年末资产负债率23.65%，有息负债率43.01%，速动比率0.91、流动比率1.41，偿债压力小。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2024年经营现金流净额2.49亿元（同比-11.89%），销售现金比率10.36%，现金流健康。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与百龙创园等同业相比，保龄宝毛利率偏低（约12% vs 百龙约34%），但资产负债率更低、财务更稳健，正通过产品结构调整缩小盈利差距。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A股上市公司，治理规范，信息披露合规；2025年推出限制性股票激励计划（覆盖50名激励对象）。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实控人戴斯觉（北京永裕投资）；管理层具食品配料行业经验。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建立研发、采购、生产、销售内控体系，推行降本与产品结构化考核。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2024年研发投入9809.61万元（占营收4.08%），研发与技术人员支撑新品开发。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客户与品牌优势：服务国内外食品饮料龙头；二是产品矩阵优势：益生元/膳食纤维/代糖全覆盖；三是成本优势：工艺升级降低单耗；四是资本优势：低负债率、股权激励凝聚动能；五是出口机遇：欧盟反倾销带来赤藓糖醇份额提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产品周期风险：赤藓糖醇等曾产能过剩、价格波动；二是原料风险：玉米淀粉价格联动；三是贸易风险：出口受关税与贸易政策影响；四是竞争风险：功能糖行业同质化竞争。公司通过高毛利产品占比提升、研发差异化与欧洲市场重构应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财务稳健、负债率低，可探讨：一是供应链金融：围绕农产品原料采购与销售回款，提供应收账款融资；二是产业基金：在新品（阿洛酮糖、DHA藻油）产能扩张上探讨股权协同；三是融资租赁：产线技改设备直租/回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龄宝2024年利润翻倍、2025年延续增长，产品结构调整成效显著。建议：一是持续放大高毛利核心业务占比；二是加快阿洛酮糖、DHA等新品放量；三是借助山东投资资源优化扩产资金。综合看，公司正由规模导向转向质量导向，盈利弹性向好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数据来源说明：保龄宝2024年、2025年年度报告（巨潮网）、东方财富/同花顺财务数据、证券时报/中国证券报/新浪财经等公开报道。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