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聊城市东昌府区先进金属材料特色产业集群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聊城百利成钢铁有限公司企业分析报告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公司年报/工商登记信息、天眼查/爱企查/企查查/启信宝等工商信息平台、企业官网、地方政府门户网站及权威媒体（齐鲁网·闪电新闻、德州日报、大众日报/齐鲁壹点、聊城市政府门户网站、冠县政府门户网站等）公开渠道，统计时点截至最新披露信息；非上市企业未公开披露财务数据已如实标注，未作任何编造。报告供山东省投资有限公司业务参考之用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聊城百利成钢铁有限公司位于山东省聊城市东昌府区（辽河路东首一带），是聊城市东昌府区先进金属材料特色产业集群中以金属材料贸易、加工与代理销售为主的综合服务型企业。公开渠道主要可查到同址关联企业"聊城百利成钢金属材料有限公司"（成立于2012年2月11日，注册资本1,000万元，法定代表人季阳，注册地址山东聊城市东昌府区辽河路东首，主营无缝管、铝方管、铜铝板等金属材料），本报告以此为基础信息撰写，相关企业沿革可相互参照。公司所属行业为金属及金属矿批发/金属材料销售，经营状态为在营（开业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股权与性质：公开黄页标注企业类型为"国有企业"（或为历史沿革表述，实际以工商登记为准），法定代表人为季阳；公司无公开披露的国有出资人链条信息，本报告按公开可查信息以金属材料贸易加工企业定性，国有属性以工商登记为准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综合服务型金属材料企业，设立两个近4,000平方米室内仓库和一个近8,000平方米露天仓库，年销售特钢、不锈钢、铜材和进口铝材8,000多吨；经营范围涵盖冶炼加工、代理销售，特钢、不锈钢、铜材、进口铝材、无缝管、异型材、冷热轧板、合金钢、模具钢等，并从事进出口业务。组织上以贸易、仓储物流、加工配送一体化运作为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企业自2012年前后在聊城东昌府区辽河路一带开展金属材料贸易与加工业务，逐步发展为江北水城（聊城）地区以特钢、不锈钢、铜铝材代理销售为主的综合服务商，先后荣获"山东省重质量守诚信企业""山东省诚信经营企业""山东省销售百强企业"等荣誉称号，并成为多家大型钢厂特约经销商，在区域金属材料流通领域建立了稳定渠道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企业定位为集冶炼加工、代理销售、仓储配送于一体的金属材料综合服务商，聊城市东昌府区先进金属材料特色产业集群流通环节重要企业。主营业务为无缝管、铝方管、铜铝板、特钢、不锈钢、铜材、进口铝材及冷热轧板、合金钢、模具钢、弹簧钢、轴承钢、高速钢等金属材料的销售与加工，并为大型模具开发公司、机械加工厂和汽车制造业提供配套供应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业务以金属材料贸易为核心，形成"特钢/不锈钢/铜材/进口铝材+无缝管/异型材+冷热轧板"的多元结构，并以代理销售（多家钢厂特约经销商）与自营仓储配送结合；年销售金属材料8,000多吨。公司未公开披露分产品收入占比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（二）主要产品与服务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导产品：无缝管、铝方管、铜铝板，以及特钢、不锈钢、国产/进口铝材、冷热轧板、冷拉光元、异型材、进口模具钢、合金钢、易切削钢、弹簧钢、轴承钢、高速钢、齿轮钢、无磁钢、耐磨钢、钨钢等；并提供材料切割、加工配送一站式服务，满足模具、机械、汽车等行业定制需求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客户覆盖国内著名大型模具开发公司、机械加工厂和汽车制造业，并成为杭钢集团、上海宝钢、长城特钢、贵阳特钢、抚顺特钢、首钢集团、大冶特钢、西宁特钢、重庆特钢等钢厂的特约经销商，同时签约代理销售奥地利百禄、瑞典一胜百、德国撒斯特等世界著名钢厂产品，以及日本三宝红铜、无氧铜等，渠道网络广泛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上游为国内大型钢厂（宝钢、杭钢、首钢、大冶、西宁等）及进口特钢供应商（奥地利百禄、瑞典一胜百、德国撒斯特、日本三宝），原料价格随钢材与有色金属行情波动；公司作为多家钢厂特约经销商，货源与账期具备一定优势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仓储资源：两个近4,000平方米室内仓库+一个近8,000平方米露天仓库，年销售特钢、不锈钢、铜材和进口铝材8,000多吨；具备金属材料切割、加工配送能力。资质荣誉：山东省重质量守诚信企业、山东省诚信经营企业、山东省销售百强企业；为增值税一般纳税人，从事进出口业务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以"特约经销+代理销售+自营仓储配送"模式运作，依托聊城东昌府区金属材料产业集聚与江北水城物流优势，服务模具、机械、汽车等制造客户，并提供售前、售中、售后全流程服务。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非上市企业，财务数据未公开披露，无公开营收、利润及市占率数据。据公开信息，其年销售金属材料8,000多吨、拥有近1.2万平方米仓储，并获"山东省销售百强企业"等荣誉，在聊城东昌府区金属材料流通领域具一定区域地位，但整体规模属中小型贸易商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聊城百利成钢铁（及关联企业聊城百利成钢金属材料）为非上市企业，近三年财务报表未公开披露，以下仅列公开经营信息，不作财务数据编造。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422"/>
        <w:gridCol w:w="4422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公开披露值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注册资本（关联企业）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1,000万元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成立时间（关联企业）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2012-02-11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法定代表人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季阳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年销售金属材料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8,000多吨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仓储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室内约8,000㎡+露天约8,000㎡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荣誉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山东省重质量守诚信/诚信经营/销售百强企业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营收/利润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财务数据未公开披露。金属材料贸易毛利率受钢价、铜铝价周期与加工费竞争影响，通常处于中低水平；公司作为多家钢厂特约经销商，渠道价差与规模效应支撑盈利。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无公开资产数据。贸易企业资产以存货（金属材料）、应收与预付为主，需重点关注存货跌价与账期风险。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无公开负债数据。建议授信前核查企业征信、实控人连带及对外担保情况。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无公开现金流数据。金属贸易存货与应收占款较大，需关注经营性现金流与资金周转。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与聊城东昌府区先进金属材料集群内的生产型龙头企业（如宏远金属微通道铝管占全国60%）相比，百利成以贸易流通为主、无生产规模优势，但在区域金属材料分销渠道与钢厂特约经销网络上具差异化价值。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公司为贸易型民营企业（公开标注类型存疑，以工商登记为准），治理结构简易，由法定代表人季阳负责经营，未建立董事会。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法定代表人季阳，主导公司贸易与渠道经营；团队以销售与仓储物流人员为主。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以贸易流程管控为主，需关注合同信用与存货安全管理；公开荣誉（重质量守诚信等）反映其注重合规经营。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公开信息显示员工约19人（51sole口径），人员规模小，以销售、仓储与加工配送为主。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渠道与授权：多家大型钢厂（宝钢、杭钢、首钢等）特约经销商，并代理奥地利百禄、瑞典一胜百、德国撒斯特、日本三宝等进口特钢，货源与品类优势明显。二是仓储物流：近1.2万平方米仓储+加工配送，响应快、一站式服务。三是客户资源：服务大型模具、机械、汽车制造企业，客户质地较好。四是区域品牌：获山东省重质量守诚信、诚信经营、销售百强等荣誉，区域信誉良好。五是产业集群协同：位于聊城东昌府区先进金属材料集群，上下游配套便利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六、风险分析（重点）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金属价格风险：钢、铜、铝价格周期波动直接冲击贸易毛利与存货价值；应对为套保与快周转。二是客户与回款风险：面向制造企业的赊销存在账期与坏账风险，需强化信用管理。三是竞争风险：金属材料贸易同质化、加工费承压；应对以进口特钢代理与一站式服务维持溢价。四是规模与资本实力：属中小型贸易商，抗周期能力有限。五是信息透明度风险：非上市、财务未公开，授信需加强尽调；且"国有企业"性质标注与工商登记可能存在不一致，须核实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保理业务：对制造企业的应收账款可开展保理融资，盘活资金。供应链金融：依托钢厂特约经销与下游制造客户，开展存货质押（仓库监管）、订单融资、票据贴现。融资租赁：切割与加工设备升级适合直租/回租。小贷：面向临时性周转。鉴于贸易属性与存货规模，建议以"存货质押+应收保理"组合切入，并核实企业性质与股权结构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评价：聊城百利成钢铁是聊城东昌府区先进金属材料集群中渠道资源扎实、仓储与代理网络较完善的金属材料贸易服务商，区域信誉良好，但规模偏小、财务不透明、企业性质标注需核实。发展展望：据行业趋势，高端特钢、进口材料与汽车/模具用金属需求稳健，公司可依托特约经销与一站式服务稳步发展。建议：一是先核实工商登记与股权性质；二是以存货质押与应收保理切入，控制额度并设强担保；三是授信前补充规范财务与征信资料；四是关注钢价波动与回款风险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企业黄页（51sole/中科商务网）、公开工商信息（聊城百利成钢金属材料有限公司）、聊城市金属深加工产业规划（集群背景）。财务数据未公开披露，已如实标注；企业性质（国有/民营）以工商登记为准，公开黄页标注存疑已在正文中说明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