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莱阳市绿色食品产业集群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春雪食品集团股份有限公司企业分析报告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（本报告数据来源于春雪食品2021—2023年年度报告、东方财富/同花顺/新浪财经公开数据。统计时点截至2023年年报。股票代码605567.SH，上海证券交易所主板上市，2021年10月13日上市。）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春雪食品集团股份有限公司为上海证券交易所主板上市公司，股票代码605567.SH，注册地址位于山东省莱阳市，主营白羽鸡鸡肉食品研发、生产加工与销售。2021年10月13日上市，为山东省第四只“鸡肉概念股”。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股权结构：民营控股，董事长/实控人为孙相关家族（公开信息显示公司由春雪系民营资本控制）。属民营上市食品企业。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公司形成“饲料—养殖—屠宰—调理品（预制菜）”一条龙产业链，设养殖、屠宰、食品加工等板块，IPO募投建设宰杀5000万只肉鸡智慧工厂、4万吨鸡肉调理品智慧工厂等项目。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2021年10月上市后，受鸡苗与毛鸡价格、猪价低位等影响，盈利波动：2021年净利0.57亿元（同比-61.88%），2022年回升至0.79亿元，2023年由盈转亏（-0.35亿元）。2023年多个募投项目延期。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定位为白羽鸡鸡肉食品（预制菜）企业，主营鸡肉调理品（预制菜）和生鲜品，以及商品代肉鸡养殖、屠宰分割、饲料生产。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2023年营收27.96亿元（同比+12.07%）：调理品收入11.90亿元（占比42.57%），生鲜品10.40亿元（占比37.18%，同比+45.96%），毛鸡5.51亿元（占比19.72%）。调理品为利润核心。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鸡肉调理品（预制菜，油炸/炭烤/蒸煮/生调理等）、生鲜品（白羽鸡分割品）、毛鸡。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客户含商超、电商、餐饮及B端；前五大客户未单独披露。调理品以C端+餐饮为主。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主要采购鸡苗、饲料原料；2023年鸡苗采购价同比上涨致养殖成本增加。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具备畜禽屠宰、食品生产许可；IPO建设智慧工厂提升产能；员工3725人（2023年末）。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商超、电商、餐饮及经销商多渠道，预制菜为新重心。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2023年营收27.96亿元（同比+12.07%），归母净亏损3468.63万元（同比-143.77%）；调理品毛利率14.81%、生鲜品-4.58%、毛鸡1.85%。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2021年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20.33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24.95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27.96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0.57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0.79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-0.35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8.90%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9.77%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5.19%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31.65%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41.92%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51.43%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1.01</w:t>
            </w:r>
          </w:p>
        </w:tc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0.59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1.99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2023年由盈转亏，毛利率降至5.19%（同比-4.58pct），主因鸡苗涨价、生鲜品价格低于盈亏线、产能未释放及费用增加；四季度单季亏损5567.70万元。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资产以存货、应收、固定资产为主；调理品新增产能尚未释放，资产周转待改善。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资产负债率由31.65%升至51.43%，仍处合理区间；流动比率0.87、速动比率0.63，短期偿债能力一般。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2023年经营现金流净额1.99亿元（同比+235.03%），现金回款改善，但净利为负。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对标圣农发展、仙坛股份、益生股份，春雪规模偏小但调理品占比高，预制菜定位清晰；盈利波动与鸡周期同步。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上市公司治理结构规范，设董事会、监事会，信息披露合规。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民营控股，管理层具禽肉食品产业背景。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建立食品安全与内控体系，通过ISO等认证。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2023年末员工3725人，人均创收75.07万元、人均创利-0.93万元。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一是“养殖—屠宰—调理品”全产业链；二是预制菜（调理品）占比高、符合消费趋势；三是白羽鸡食品品牌与渠道；四是IPO募投智能化产能待释放。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白羽鸡价格周期、猪价低位替代、消费疲软影响鸡肉售价。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鸡苗/饲料成本波动、产能释放不及预期、调理品竞争加剧。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2023年亏损、负债率上行，但经营现金流转正，整体可控。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养殖环保、食品安全生产为重点，公司资质完备。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推进调理品产能释放、控成本、拓渠道，平滑产业链波动。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①鸡苗/饲料采购与冻品库存的保理与仓单质押；②智慧工厂设备融资租赁；③调理品扩产的项目贷款；④上游养殖户供应链普惠金融。山东投资可围绕“白羽鸡+预制菜”产业链提供金融。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春雪食品是莱阳绿色食品集群代表，全产业链与预制菜定位清晰，但2023年受行业周期由盈转亏、募投产能待释放。调理品占比高为长期看点。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展望：鸡周期回暖与产能释放后盈利有望修复。建议加快调理品产能落地、强化品牌与渠道；山东投资以供应链金融与设备租赁支持其稳健发展。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春雪食品（605567.SH）2021—2023年年度报告；东方财富、同花顺、新浪财经等公开数据；公司官网 springsnowfood.cn。财务数据以年报披露为准。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