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菏泽鲁西新区汽车智能核心零部件特色产业集群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精进电动科技(菏泽)有限公司企业分析报告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电动科技（菏泽）有限公司成立于2018年8月29日，法定代表人于业鹏，统一社会信用代码91371700MA3MCYB35P，企业类型为有限责任公司（自然人投资或控股的法人独资），注册资本76,000万元，注册地址位于山东省菏泽市鲁西新区福州路2868号，登记机关为菏泽鲁西新区市场监督管理局，经营状态为存续，参保人数约467人。系精进电动科技股份有限公司（688280.SH）全资子公司，为鲁西新区汽车智能核心零部件特色产业集群“链主”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精进电动科技股份有限公司（688280.SH，科创板上市）持有100%股权，为法人独资子公司，实际控制人为精进电动及其创始团队（余平为精进电动实际控制人）。公司无自然人直接出资人，属上市公众公司体系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菏泽是精进电动旗下最大的集研发、试验、生产于一体的综合性基地，承担新能源汽车电驱动系统核心零部件、总成与系统的研发制造。设研发、试验、生产、质量与职能管理部门，与母公司共享技术、采购与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8月注册成立；作为精进电动北方核心制造基地，承接碳化硅大功率三合一电驱动系统总成的产业化；2022年精进电动300kW/6,000Nm碳化硅高端三合一电驱动总成入选“奋进新时代”主题成就展，为新能源汽车电驱电控技术唯一入选产品；2023年推出具有完全自主知识产权的三合一电驱动系统（联合3所高校、11家产业链企业协同攻关）；目前二期碳化硅控制器项目加速建设，建成后将具备30万套碳化硅/硅基控制器年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新能源汽车“三电”（电机、电池、电控）核心零部件制造商、鲁西新区汽车智能核心零部件产业集群链主。主营业务为新能源汽车电驱动系统核心零部件、总成与系统，包括扁线电机、碳化硅控制器、高效率减速器及其集成总成，以及电池、电控等“三电”设计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新能源汽车电驱动系统，产品覆盖电驱动核心零部件、总成和系统。公开披露母公司主营收入中“新能源汽车电驱动系统”占比约89%（2024年），技术开发与服务占比约9%。精进菏泽为母公司最大综合性制造基地，承载上述产品的研发与生产。公司未单独披露分产品收入构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碳化硅大功率三合一电驱动系统总成，集成扁线电机、碳化硅（SiC）控制器、高效率减速器，体积较传统系统缩小约30%、效率提升至约97%，采用油水复合冷却技术并可选装差速锁，面向高端乘用车、全尺寸皮卡/SUV、全地形越野车等。功率覆盖200/250/300kW，扭矩覆盖4,000/5,000/6,000Nm，应用于北汽BJ40e/BJ60等车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客户包括北汽、斯特兰蒂斯（Stellantis）集团、比亚迪等国内外知名车企。碳化硅三合一电驱动系统已批量配套北汽BJ40e/BJ60等车型，并进入斯特兰蒂斯等国际车企供应链，实现“菏泽造”核心部件跻身全球竞争。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生产所需半导体器件（碳化硅功率模块）、电磁线、钢材、电子元器件等为主要采购对象，部分核心器件受上游半导体供给与价格影响。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76,000万元，为精进电动最大综合性研发生产基地。二期碳化硅控制器项目建成后具备30万套碳化硅/硅基控制器年产能，与现有电机、电池管理系统形成协同，实现“研发—设计—测试—制造”一体化。持有高新技术企业等资质，研发总投入占营收约8.5%（母公司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以直销对接国内外整车厂为主，并参与国际展会（如柏林CTI传动和电驱动展会）发布动力管理产品，构建全球客户网络。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菏泽单体2024年经审计营业收入94,024.86万元，净亏损14,077.56万元（处于产能爬坡与研发投入期）；2025年一季度营业收入28,276.31万元、净利润5,991.19万元，经营显著改善。母公司精进电动2024年新能源汽车电驱动系统收入约11.61亿元，是国内新能源电驱动系统重要供应商，但受行业价格竞争影响仍处亏损。碳化硅三合一电驱动系统打破国外垄断，细分技术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精进电动科技（菏泽）为精进电动（688280.SH）全资子公司，单体财务数据来自母公司对外担保公告（2025年6月）；母公司三年数据为2022—2024年年报（东方财富/巨潮资讯），单位：万元。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精进菏泽2024（单体审计）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精进电动2022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精进电动2023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精进电动2024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94,024.86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102,100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86,600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130,490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-14,077.56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-38,800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-57,700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-43,640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135,888.75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256,853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总负债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106,232.56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198,881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29,656.19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57,972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约-8%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4.98%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约78.2%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约60%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77.43%</w:t>
            </w:r>
          </w:p>
        </w:tc>
      </w:tr>
      <w:tr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2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47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58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1,240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菏泽单体2024年营收9.40亿元、净亏损1.41亿元；母公司精进电动2024年营收13.05亿元（同比+50.64%）、归母净利润-4.36亿元（同比减亏24.36%），毛利率4.98%，仍处亏损但亏损收窄。新能源电驱动行业价格竞争激烈、规模效应尚未完全释放是主因；随碳化硅产品放量与二期投产，盈利有望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母公司2024年末总资产25.69亿元，精进菏泽单体总资产13.59亿元，以固定资产（产线、设备）、存货与应收为主，与电驱动制造重资产属性匹配。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末资产负债率77.43%，精进菏泽单体约78.2%，杠杆偏高；流动比率0.87、速动比率0.47，短期偿债压力较大。母公司为精进菏泽提供连带保证担保（2024年度担保额度不超5亿元），反映其资金依赖股东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母公司2024年经营现金流净额1,240万元，由前期流出转正但规模有限；自由现金流仍为负，扩产与研发致资金偏紧，依赖银行借款与股东担保。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英搏尔（300681，2024营收24.30亿、净利0.71亿、毛利率14.86%）相比，精进电动营收规模相近但仍在亏损、毛利率低（4.98%），反映电驱动系统价格竞争与研发高投入压力；精进电动技术（碳化硅三合一、扁线电机）处于国内第一梯队，但盈利转化弱于已盈利的英搏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作为科创板上市公司体系内企业，治理规范：母公司设董事会、独立董事及审计/薪酬/提名等委员会；精进菏泽设法定代表人（于业鹏，厂长/负责人）及经营管理层，重大事项由母公司决策。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精进电动实际控制人、董事长兼总经理余平主导技术与战略；精进菏泽负责人厂长于业鹏、孟雪等负责基地运营与市场。核心团队具备电机与电力电子深厚背景。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按上市公司要求建立研发、生产、质量与内控体系，通过IATF16949等车规体系，具备较完整的试验与验证能力。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精进菏泽参保约467人，以研发、生产与工程人员为主；母公司研发总投入占营收约8.5%，研发人员储备充足。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完全自主知识产权的碳化硅大功率三合一电驱动系统，掌握扁线电机、SiC控制器、齿轮微修形、油水复合冷却等关键技术，打破国外垄断，效率达97%、体积缩小30%。二是产业链地位：鲁西新区汽车智能核心零部件集群链主，构建“三电”全产业链生态，二期30万套碳化硅控制器强化自主可控。三是客户与资质：配套北汽、斯特兰蒂斯、比亚迪等，产品入选“奋进新时代”成就展，品牌与技术获高端客户认可。四是研发体系：联合高校与产业链协同攻关，研发强度约8.5%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持续亏损与高负债风险（重点）：母公司及菏泽基地均处亏损、资产负债率约77%—78%，短期偿债压力大，依赖股东担保与银行借款；应对为随碳化硅产品放量与二期投产改善现金流。二是行业价格竞争风险：新能源电驱动系统价格战激烈、毛利率低（约5%），盈利兑现不确定。三是客户集中风险：依赖北汽、斯特兰蒂斯、比亚迪等少数车企，订单波动影响大。四是技术迭代风险：碳化硅/电机技术快速演进，须持续研发投入保持领先。五是贸易与地缘风险：出口占比提升，受国际贸易与汇率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北汽、比亚迪等整车厂的应收账款账期较长，可开展保理融资盘活资金。供应链金融：围绕核心企业为其上游半导体/零部件供应商提供订单与存货融资。融资租赁：二期碳化硅控制器项目及电机产线设备投资大，适合以新购设备直租/回租，山东投资可重点对接。小贷：面向上下游中小配套企业短期周转。鉴于企业技术领先但亏损、负债偏高，建议以设备融资租赁与核心客户应收保理切入，并设增信与动态监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精进电动科技（菏泽）是鲁西新区汽车智能核心零部件集群链主，碳化硅三合一电驱动系统技术国内领先、打破国外垄断、客户优质，但持续亏损、负债率高、盈利尚待兑现。发展展望：据行业趋势与二期建设，30万套碳化硅控制器投产后将具备完备“三电”制造能力，随新能源高端车型与越野车需求增长，成长空间较大。建议：一是对接二期装置设备融资租赁与核心客户应收保理；二是授信前评估合并负债、现金流与担保链，设增信措施；三是持续跟踪盈利拐点、技术迭代与贸易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精进电动（688280.SH）2022—2024年年报及巨潮资讯/东方财富、对外担保公告（2024-04、2025-06、2025-12，含精进菏泽单体财务）、腾讯新闻/新斯基/CRI国际在线（碳化硅三合一电驱动、链主地位、二期项目）、菏泽鲁西新区税务局（税费减免3,100余万元）、天眼查（工商股权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