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诸城市商用车零部件特色产业集群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山东大业股份有限公司企业分析报告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大业股份2023、2024、2025年年度报告及交易所公告、富途资讯/新浪财经/天眼查等公开报道，统计时点截至2025年年报（2026-04披露）。财务数据均取自公开年报，单位亿元，部分指标据年报原文换算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大业股份有限公司（大业股份，603278.SH）成立于2003年11月24日，曾用名为诸城市大业金属制品有限责任公司，统一社会信用代码91370700758260017E，法定代表人为窦勇，注册资本34,175.9392万元人民币（实缴同）。注册地址位于山东省潍坊市诸城市朱诸路北辛兴经济工业园。属金属制品业，主营胎圈钢丝、钢帘线及胶管钢丝的研发、生产和销售，是全球胎圈钢丝行业领军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公司为上交所主板上市公司，实际控制人为窦勇（持股32.59%），董事长窦勇；参股控股公司18家（含山东翔宇智能科技、诸城大业金属制品、山东大业新能源、大业（香港）国际发展等）。2025年年报员工4334人。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2003年设立（前身大业金属制品），长期深耕轮胎骨架材料；2017年前后上市；建有9处省部级以上研发平台，主持/参与国际、国家、行业、团体标准制修订19项；2026年推进年产10万吨绿色智能制造钢帘线项目。近年布局机器人腱绳（尚未批量生产）与商业航天财务投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公司定位为全球轮胎骨架材料专业制造商，主营胎圈钢丝（全球最大、国内39%/全球20%以上份额）、钢帘线（全球第三/国内第二、国内12%/全球8%）、胶管钢丝（全球最大之一、国内20%/全球14%）。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2025年营收50.26亿元，其中金属丝绳制品49.38亿元（98.25%）；分产品：钢帘线24.93亿元（49.60%）、胎圈钢丝21.49亿元（42.77%）、胶管钢丝2.95亿元（5.88%）。地区：山东省22.76亿（45.28%）、出口12.29亿（24.45%）。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胎圈钢丝、钢帘线、胶管钢丝（轮胎骨架材料），并拓展汽车配件加工、金属表面喷涂及机器人腱绳等。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客户覆盖世界十大轮胎厂（普利司通、固特异、米其林等）及厦门正新、杭州中策、三角轮胎、青岛双星、风神轮胎等国内外近百家大中型轮胎企业；全球十大轮胎厂中60%以上为合作伙伴。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主要采购高碳钢盘条等原材料，价格随钢价波动。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建有9处省部级以上研发平台，专利378项（发明53项等）；厂房70万平方米、光伏70兆瓦（年发电7000万度）；员工4334人；高新技术企业、绿色智能车间（省人20%）。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以直供全球轮胎龙头为主，出口占比约24.45%。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2025年营收50.26亿元（同比-1.40%），胎圈钢丝国内39%/全球20%+、钢帘线国内12%/全球8%，细分领域龙头地位稳固。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以下为2023—2025年主要财务指标（单位：亿元），数据取自年报。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69"/>
        <w:gridCol w:w="1769"/>
        <w:gridCol w:w="1769"/>
        <w:gridCol w:w="1769"/>
        <w:gridCol w:w="1769"/>
      </w:tblGrid>
      <w:tr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年份</w:t>
            </w:r>
          </w:p>
        </w:tc>
        <w:tc>
          <w:tcPr>
            <w:tcW w:type="dxa" w:w="136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营业收入</w:t>
            </w:r>
          </w:p>
        </w:tc>
        <w:tc>
          <w:tcPr>
            <w:tcW w:type="dxa" w:w="136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归母净利润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资产负债率(%)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备注</w:t>
            </w:r>
          </w:p>
        </w:tc>
      </w:tr>
      <w:tr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</w:t>
            </w:r>
          </w:p>
        </w:tc>
        <w:tc>
          <w:tcPr>
            <w:tcW w:type="dxa" w:w="136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55.56</w:t>
            </w:r>
          </w:p>
        </w:tc>
        <w:tc>
          <w:tcPr>
            <w:tcW w:type="dxa" w:w="136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0.96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64.18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盈利</w:t>
            </w:r>
          </w:p>
        </w:tc>
      </w:tr>
      <w:tr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</w:t>
            </w:r>
          </w:p>
        </w:tc>
        <w:tc>
          <w:tcPr>
            <w:tcW w:type="dxa" w:w="136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50.97</w:t>
            </w:r>
          </w:p>
        </w:tc>
        <w:tc>
          <w:tcPr>
            <w:tcW w:type="dxa" w:w="136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-1.70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68.47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转亏</w:t>
            </w:r>
          </w:p>
        </w:tc>
      </w:tr>
      <w:tr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</w:t>
            </w:r>
          </w:p>
        </w:tc>
        <w:tc>
          <w:tcPr>
            <w:tcW w:type="dxa" w:w="136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50.26</w:t>
            </w:r>
          </w:p>
        </w:tc>
        <w:tc>
          <w:tcPr>
            <w:tcW w:type="dxa" w:w="136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-0.13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75.87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亏损收窄92%</w:t>
            </w:r>
          </w:p>
        </w:tc>
      </w:tr>
    </w:tbl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注：2023年归母净利9585万元、2024年-1.70亿元、2025年-1347万元（同比减亏92.09%）；2025年资产负债率升至75.87%。毛利率等明细未在本次检索完整单列。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2023年盈利9585万元，2024年转亏-1.70亿，2025年亏损大幅收窄至-1347万（同比减亏92.09%），主业修复；但毛利率偏低（行业价格竞争）仍是挑战。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资产以生产线、厂房（70万㎡）及设备为主，重资产特征；光伏等绿色资产提升效益。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资产负债率由2023年64.18%升至2025年75.87%，负债率上行、偿债压力加大，需关注。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经营现金流随盈利修复改善；2025年净利润现金含量受回款节奏影响，需关注应收账款。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与美晨科技（ST、负债率96%）相比，大业股份负债率75.87%、营收50亿级、细分全球龙头，财务稳健度更优，但仍需控杠杆。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上交所主板上市公司，实控人窦勇（32.59%），董事会规范。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董事长窦勇，董秘牛海平；管理层稳定。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通过上交所信息披露与审计；主持胎圈钢丝国标制修订，规范化程度高。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员工4334人（2025年），研发与产业工人为主，专利378项体现技术积累。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全球龙头：胎圈钢丝全球最大（国内39%/全球20%+），客户覆盖世界十大轮胎厂。2. 技术：9处省部级研发平台、专利378项、主持国标。3. 绿色智能：70MW光伏、智能车间省人20%。4. 产业链：钢帘线/胎圈钢丝/胶管钢丝多元协同。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周期风险：钢价与轮胎需求波动影响盈利，2024年曾转亏。2. 杠杆风险：资产负债率升至75.87%。3. 概念风险：机器人腱绳未量产、商业航天为财务投资，勿追高。4. 应对措施：控杠杆、提毛利率、扩绿色产能（10万吨钢帘线项目）。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公司作为全球龙头拟投10万吨绿色钢帘线项目，存在资本开支融资需求；山东投资可结合其龙头地位与绿色智造提供项目贷、供应链金融服务。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大业股份是诸城商用车零部件集群中全球领先的轮胎骨架材料龙头，营收50亿级、客户壁垒深，但盈利波动与负债上行需关注。发展展望：随10万吨绿色钢帘线项目落地与盈利修复，龙头地位巩固。建议：控杠杆、稳毛利率、把握新能源/绿色产能机遇，山东投资可在项目融资上择优支持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数据来源说明：大业股份（603278.SH）2023、2024、2025年年度报告（巨潮资讯网）；富途资讯、新浪财经、天眼查报道；公司官网ccdaye.com。财务数据取自年报。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