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诸城市商用车零部件特色产业集群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山东美晨科技集团股份有限公司（美晨生态）企业分析报告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美晨科技2023、2024、2025年年度报告及交易所公告、同花顺/中国证券报等公开报道，统计时点截至2026年一季报（2026-04-24披露）。财务数据均取自公开年报/季报，单位亿元，部分指标据年报原文换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美晨科技集团股份有限公司（证券简称ST美晨，300237.SZ，曾用名美晨科技/美晨生态）成立于上市前，注册地址位于山东省潍坊市诸城市密州东路12001号，法定代表人为相关责任人。公司为潍坊市国投公司控股的国有控股上市公司，主营非轮胎橡胶零部件（流体输送系统、悬架减振系统、热管理系统）的研发、制造与销售，原园林业务（赛石园林）已逐步剥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（潍坊市国投）上市公司，下设山东美晨工业集团（高端智能制造）等板块，原全资子公司杭州赛石园林集团从事园林业务、正分步出清。2025年非轮胎橡胶零部件营收占比达99.5%，业务聚焦度大幅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长期深耕汽车与工程机械减振系统、流体输送系统，是国内汽车/工程机械减振与流体输送系统行业领先者；曾并购园林资产拖累盈利，2023年起在潍坊国资主导下推进"瘦身减负、聚焦主业"，剥离园林亏损资产、实施债务重组，并切入新能源热管理、储能配套赛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公司定位为非轮胎橡胶核心零部件供应商，主营流体输送系统（进气/冷却/排气/燃油管路总成）、悬架减振系统、热管理系统产品，应用于乘用车、商用车、工程机械、储能等领域，并向新能源产业链配套转型。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2025年营收17.93亿元，其中橡胶制品收入16.29亿元（90.86%）、汽车配件收入17.84亿元（99.50%）、园林收入仅892万元（0.50%）。地区：华东5.38亿（30%）、华北3.08亿（17.2%）、华南2.53亿（14.11%）、其他6.93亿（38.68%）。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流体输送系统（进/排气、冷却、燃油管路总成）、悬架减振系统、热管理系统；原园林施工/设计已基本出清。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客户为整车与工程机械主机厂；在国资赋能下持续获得车企新项目定点，原有配套订单稳步放量。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主要采购橡胶、管材、金属件等；随主业聚焦，供应链向核心零部件集中。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高新技术企业背景，拥有流体管路与减振成熟制造技术；员工规模随资产出清调整；2025年研发费用约持续投入（2026Q1研发费用2036万元）。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以主机厂直销配套为主，国内外结合。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2025年营收17.93亿元（同比+5.54%），归母亏损同比收窄18.66%；2026Q1营收4.81亿元、归母亏损同比缩减79.33%，经营现金流净额转正至3789.84万元，边际改善明显。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以下为2023—2025年主要财务指标（单位：亿元），数据取自年报。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74"/>
        <w:gridCol w:w="1474"/>
        <w:gridCol w:w="1474"/>
        <w:gridCol w:w="1474"/>
        <w:gridCol w:w="1474"/>
        <w:gridCol w:w="1474"/>
      </w:tblGrid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归母净利润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销售毛利率(%)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资产负债率(%)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经营现金流净额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16.84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-13.80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约行业低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16.98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-4.94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2.30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95.85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-0.53</w:t>
            </w:r>
          </w:p>
        </w:tc>
      </w:tr>
      <w:tr>
        <w:tc>
          <w:tcPr>
            <w:tcW w:type="dxa" w:w="113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17.93</w:t>
            </w:r>
          </w:p>
        </w:tc>
        <w:tc>
          <w:tcPr>
            <w:tcW w:type="dxa" w:w="136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-4.02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6.97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96.14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2.39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注：2023年毛利率/负债率/经营现金流未在本次检索中单列；2024、2025年据年报原文，2025年资产负债率96.14%、资产45.14亿、负债43.40亿、经营现金流净额2.39亿。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连续三年亏损但幅度收窄：归母净利由2023年-13.80亿、2024年-4.94亿改善至2025年-4.02亿（同比收窄18.66%）；2025年销售毛利率6.97%，较2024年2.30%提升；2026Q1亏损进一步缩窄79.33%，盈利修复明确。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2025年末资产45.14亿元、负债43.40亿元，净资产仅约1.74亿元，资产质量较弱、历史上园林资产拖累明显。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资产负债率高达96.14%（2025年），偿债压力极大；但2025年末在控股股东潍坊市国投支持下完成近9亿元债权债务重组，全年财务费用同比下降54.29%，债务风险缓释。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经营现金流净额2025年2.39亿元（2024年为-0.53亿），由负转正；2026Q1净流入3789.84万元，现金指标迎来拐点。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与同集群大业股份（资产负债率约76%、营收50亿）相比，美晨科技负债率近96%、连续亏损，财务健康度显著偏弱，但国资重组后改善趋势明确。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国有控股（潍坊市国投）上市公司，规范治理；2025年董事会换届并推进战略重构。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管理层在国资主导下调整，聚焦橡胶主业与债务重组。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通过深交所信息披露与审计；ST期间需持续规范内控与信披。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员工随主业聚焦与资产出清调整；研发与技能工人为主。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国资背书：潍坊市国投控股，债务重组与资源赋能。2. 主业壁垒：二十余年流体管路/减振技术积淀，客户资源稳定。3. 聚焦度：2025年橡胶主业占比99.5%。4. 新曲线：切入新能源热管理、储能配套。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退市/ST风险：连续亏损、高负债，若持续不达标存风险。2. 债务风险：资产负债率近96%，虽重组缓解但仍高。3. 资产出清风险：园林资产处置进度与回款不确定。4. 应对措施：国资重组、聚焦主业、改善现金流、拓展新能源。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公司作为高负债重组期企业，融资以股东支持与债务重组为主；山东投资可围绕其新能源热管理/储能配套增量业务及上游供应链，在风险可控前提下提供定向融资或并购顾问。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美晨科技（ST美晨）是诸城商用车零部件集群的非轮胎橡胶龙头，但深陷亏损与高负债，正由潍坊国资主导战略重构。发展展望：随园林出清、债务重组落地与新能源配套放量，2026年亏损有望大幅收窄、基本面改善。建议：坚定聚焦橡胶主业、加快低效资产处置与应收账款清收、慎用杠杆，山东投资可在风险隔离前提下参与其新能源增量业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数据来源说明：美晨科技（300237.SZ）2023、2024、2025年年度报告及2026年一季报（巨潮资讯网）；同花顺财经、中国证券报报道；公司官网meichen.cc。财务数据取自年报/季报。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