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邹城经济开发区绿色化工特色产业集群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山东艾孚特科技有限公司企业分析报告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（本报告数据来源于天眼查/爱企查、艾孚特官网及邹城市公开报道。统计时点截至2025年。非上市企业，财务数据未公开披露，已如实标注。）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艾孚特科技有限公司成立于2009年12月7日，统一社会信用代码91370883698076356P，注册地址为邹城市太平镇邹城工业园区，法定代表人为周倜。注册资本20,622万元人民币（早期简介称1.03亿元，后增资），企业类型为其他有限责任公司，人员规模100—499人，参保人数约236人（2025年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股权结构：由山东新盛宝创业投资管理有限公司控股，民营控股；国家级高新技术企业。属民营精细化工企业。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公司对外投资3家企业（溯源绿色化工、邹城艾农农业、科新化工新材料科技园），建有研发中心与中试基地。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2009年成立，2012年获国家高新技术企业，2018年成为邹城首家山东省瞪羚企业；建有韩布兴院士工作站、省博士后创新实践基地。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定位为绿色精细化工企业，主营医药中间体、涂料中间体、橡塑助剂、饲料添加剂等，采用水相有机合成清洁技术。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收入以医药/农药中间体、水相有机合成材料（甲基巯基四氮唑、叠氮化钠等，国内份额80%+）为主。具体分收入未披露。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多氮化物系列（甲基巯基四氮唑、叠氮化钠）、医药/农药/功能新材料中间体、饲料添加剂。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与欧洲、美洲、亚洲多家国外知名企业建立长期战略合作，出口为主。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化工原料外采，依托青岛科技大学山东化工研究院技术。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占地300亩；山东省精细化工技术创新中心、水相有机合成中试平台、企业技术中心、博士后基地、韩布兴院士工作站；专利30+（发明专利13）；专精特新"小巨人"、隐形冠军、单项冠军。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以直销与战略客户为主，出口欧美亚。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（七）经营数据和市场占有率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非上市财务未披露。甲基巯基四氮唑、叠氮化钠等占国内80%+份额，为细分隐形冠军；参保约236人。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财务未公开披露，列示公开结构性信息：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422"/>
        <w:gridCol w:w="4422"/>
      </w:tblGrid>
      <w:tr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45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说明</w:t>
            </w:r>
          </w:p>
        </w:tc>
      </w:tr>
      <w:tr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注册资本（万元）</w:t>
            </w:r>
          </w:p>
        </w:tc>
        <w:tc>
          <w:tcPr>
            <w:tcW w:type="dxa" w:w="45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20,622</w:t>
            </w:r>
          </w:p>
        </w:tc>
      </w:tr>
      <w:tr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人员规模</w:t>
            </w:r>
          </w:p>
        </w:tc>
        <w:tc>
          <w:tcPr>
            <w:tcW w:type="dxa" w:w="45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100—499人（参保约236）</w:t>
            </w:r>
          </w:p>
        </w:tc>
      </w:tr>
      <w:tr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资质</w:t>
            </w:r>
          </w:p>
        </w:tc>
        <w:tc>
          <w:tcPr>
            <w:tcW w:type="dxa" w:w="45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高新/瞪羚/小巨人/单项冠军</w:t>
            </w:r>
          </w:p>
        </w:tc>
      </w:tr>
      <w:tr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份额</w:t>
            </w:r>
          </w:p>
        </w:tc>
        <w:tc>
          <w:tcPr>
            <w:tcW w:type="dxa" w:w="45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多氮化物国内80%+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（二）—（六）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因财务未披露，不做具体测算。定性看：水相清洁合成技术壁垒高、细分份额领先；研发投入占销售收入5%+；重研发与中试。对标同类精细化工，艾孚特技术稀缺性强。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民营有限公司，周倜任法定代表人，治理规范。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周倜负责经营，管理团队具化工背景。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建立质量与HSE体系，研发与中试合规。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参保约236人，研发团队20+（含泰山学者、国务院特贴专家），人才密集。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一是水相有机合成清洁技术壁垒（替代有机溶剂）；二是甲基巯基四氮唑等国内80%+份额；三是院士工作站+博士后基地研发平台；四是专精特新"小巨人"/单项冠军资质；五出口客户绑定。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精细化工周期、环保与安全生产政策。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（二）经营风险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产品集中、原料与出口波动。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（三）财务风险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财务未披露，重研发与中试投入，但技术壁垒支撑盈利。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（四）合规风险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危险化学品生产/仓储合规为重点，公司具资质与绿色化工定位。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（五）应对措施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持续研发、拓展品类（甜菜碱、糠醛、DM等）、建绿色高端示范。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①原料采购保理；②中试与产线设备融资租赁；③研发与扩产项目贷款；④出口应收账款保理。山东投资可围绕"绿色精细化工"提供金融。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山东艾孚特是邹城绿色化工集群的绿色精细化工代表，水相清洁合成技术与细分份额领先，资质优异。财务透明度低。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展望：建议加速品类拓展与产能释放（规划营收20亿）、稳健扩产；山东投资以供应链金融与设备租赁支持其技术产业化。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数据来源说明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山东艾孚特科技有限公司工商信息（天眼查/爱企查，统一社会信用代码91370883698076356P）；公司官网 iftchem.com；邹城市公开报道。财务数据企业未公开披露，已如实标注。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