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阳谷县化工新材料特色产业集群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波米科技有限公司企业分析报告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（本报告数据来源于波米科技官网、天眼查、爱企查、经济导报、澎湃新闻及阳谷华泰并购公告等公开渠道。非上市企业单体财务数据未公开披露，已如实标注。）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422"/>
        <w:gridCol w:w="4422"/>
      </w:tblGrid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项目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内容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企业名称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波米科技有限公司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成立时间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2017年4月7日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注册地址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山东省聊城市阳谷县狮子楼办事处清河西路369号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法定代表人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王文武（工商登记）；实际控制人王传华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注册资本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5621.388万元人民币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企业类型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其他有限责任公司（海南聚芯持股62.26%，王传华控制）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主营业务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聚酰亚胺（PI）材料研发、生产、销售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研发基地曾设北京，2020年整体搬迁至阳谷；设山东省院士工作站、省级重点实验室；研发人员占比超50%，团队含中科院院士及国家级人才。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起源于中科院化学所，2017年被阳谷华泰董事长王文博收购，2020年迁至阳谷；2022年2月总投资10.4亿元工厂投产；2025年曾计划被阳谷华泰并购，2026年1月公告终止发行股份购买、转磋商现金收购部分股权。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专注半导体芯片先进封装和新型显示用材料，主营光敏性聚酰亚胺（PSPI）、非光敏聚酰亚胺涂层胶、液晶取向剂，是国内唯一实现光敏性聚酰亚胺量产的企业。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以PSPI、非光敏PI涂层胶、液晶取向剂为主，应用于半导体封装与显示面板。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光敏性聚酰亚胺PSPI（打破美日垄断、国内唯一量产）、非光敏PI、液晶取向剂，客户含京东方、中车半导体等。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下游为半导体器件、封装及显示面板头部厂商，已建立长期合作关系，客户黏性高。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关键原材料自主可控，研发驱动型。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2022年投产10.4亿元工厂，产能足以供应中国市场；获国家高新技术企业、山东省专精特新、国家级科技型中小企业等称号。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直销头部晶圆厂与面板厂，2026年5月苏州子公司开业深化布局。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国内唯一PSPI量产企业，产品入选国家重点新材料首批次应用示范目录；单体审计财务数据未公开披露。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波米科技有限公司为非上市企业，单体财务数据未公开披露。企业规模以注册资本5621.388万元、累计研发投入1.5亿元、专利106项（发明58项）为参考；2025年阳谷华泰曾披露其并购估值相关事项，最终转现金收购部分股权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实际控制人王传华（通过海南聚芯62.26%持股），治理上受阳谷华泰产业协同影响；研发人员占比超50%，建有院士工作站。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一是技术壁垒：国内唯一PSPI量产，打破美日40余年垄断；二是客户壁垒：通过头部客户数年认证，黏性极高；三是专利：106项专利（发明58项）；四是资本：曾拟被上市公司并购，产业背书强。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（一）行业风险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半导体材料认证周期长、导入慢。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（二）经营风险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客户集中度高，单一大客户波动影响大。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（三）财务风险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研发投入大、盈利兑现周期长。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（四）合规/股权风险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与阳谷华泰并购终止后股权与合作安排存在不确定性。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（五）应对措施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持续研发投入、扩建苏州基地、深化与头部客户联合开发，推进进口替代。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股权融资：作为半导体材料硬科技企业，可探讨山东投资参与其股权融资/扩产资金；二是并购协同：配合阳谷华泰产业整合；三是供应链金融：对头部客户应收账款保理；四是融资租赁：产线设备融资租赁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波米科技是国内半导体封装关键材料PSPI的"破垄断"企业，技术壁垒极高、国产替代空间大。建议山东投资高度关注其股权融资与产业化扩产机会。总体判断：高稀缺性、高成长硬科技。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数据来源说明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波米科技官网（pome.com.cn）、天眼查、爱企查、经济导报（2024-11-04）、澎湃新闻、阳谷华泰并购公告。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