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青岛武晓集团有限公司企业分析报告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武晓集团有限公司成立于1998年3月4日，法定代表人为韩华，注册资本15,000万元，统一社会信用代码为91370200……（以工商登记为准），注册地位于山东省青岛市胶州市，所属行业为金属结构制造（电力钢结构、铁塔）。公司为非上市民营企业，历史沿革逾26年，是胶州市电力钢结构产业集群的骨干企业之一，主营输电铁塔、通信塔、风电塔筒及钢结构件的研发、制造与安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（二）股权结构与实际控制人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韩华、韩向峰、韩永波三兄弟及刘云芝等家族成员持股，其中韩华、韩向峰、韩永波各持股约25.24%，刘云芝持股约8.42%，家族合计持股约94.07%，控制权集中、实控人为韩氏家族。治理上以家族控股、核心管理层持股为特点，决策链条短、经营风格稳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（三）发展历程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1998年成立以来，从区域性铁塔加工厂逐步发展为年产能力约70万吨的电力钢结构制造商，产品覆盖特高压、超高压输电铁塔及通信、风电钢结构。2025年6月，公司申报新三板挂牌获受理；2025年10月进入北交所上市辅导期，资本化进程稳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（一）主营业务与产品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主营各类角钢塔、钢管塔、变电构架、通信塔及风电塔筒等金属结构产品，广泛应用于国家电网、南方电网及通信运营商的特高压、超高压输电线路与基站建设，并逐步拓展海上风电、光伏支架等新能源钢结构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（二）市场与客户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客户以国网、南网等电网系统及通信运营商为主，参与多项国家重点输电工程铁塔供应。受益于新型电力系统与“双碳”建设，电网投资与新能源输电需求增长，带动铁塔订单放量。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（三）产能与生产基地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公司拥有胶州等地生产基地，具备年产约70万吨钢结构加工能力，配备自动化焊接、数控加工与热镀锌产线，规模在胶州电力钢结构集群中位居前列，与东方铁塔、汇金通形成区域产业协同与错位竞争格局。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（一）主要财务指标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新三板申报及公开披露信息，公司2023年、2024年营业收入分别约22.34亿元、23.58亿元，归母净利润分别约6,583.57万元、8,217.81万元，呈稳健增长；毛利率分别为12.15%、13.66%，随规模效应与产品结构优化小幅提升。上述数据来自申报稿及公开报道，未经审计年报同口径复核，引用以最终披露文件为准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22.34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23.58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归母净利润（万元）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6,583.57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8,217.81</w:t>
            </w:r>
          </w:p>
        </w:tc>
      </w:tr>
      <w:tr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毛利率（%）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12.15</w:t>
            </w:r>
          </w:p>
        </w:tc>
        <w:tc>
          <w:tcPr>
            <w:tcW w:type="dxa" w:w="294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13.66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（二）财务特征与质量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资产负债率处于制造业合理区间，盈利能力随营收增长改善；但作为钢结构加工企业，盈利对钢材价格与招投标电价敏感，且应收款项随订单增长占用营运资金，需关注现金流与回款质量。2025年资本化进程有望改善直接融资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实行家族控股下的总经理负责制，管理层多为创始团队，行业经验丰富。员工队伍以生产技工与工程技术人员为主，规模与产能匹配；已建立质量管理体系与安全生产制度，并通过ISO等资质认证。北交所辅导期将推动治理结构进一步规范化、透明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规模与产能优势：年产约70万吨，居区域前列；二是资质与工艺优势：具备输电铁塔全系列制造能力与热镀锌配套；三是客户与资质壁垒：进入国网、南网供应商体系，资质门槛高；四是家族控股带来的决策效率与成本控制能力；五是新能源钢结构（风电、光伏）布局打开第二增长曲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行业周期性风险：业绩受电网投资节奏与钢价波动影响；二是客户集中风险：对电网系统依赖度高；三是原材料价格风险：钢材成本占比大，价格上行挤压毛利；四是应收账款风险：回款周期长占用资金；五是家族治理风险：控制权集中，治理规范性待上市辅导提升；六是资本化不及预期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合公司业务特征，建议从以下四类金融工具切入：供应链金融：基于为国网/南网及通信运营商供货的订单与应收，为其钢材供应商及下游分包商提供订单融资、存货质押与票据贴现。保理业务：对电网客户铁塔应收账款可开展保理，盘活营运资金（营收增长对应应收增加）。融资租赁：生产基地设备升级、热镀锌与新能源钢结构产线投资适合直租/回租。小贷：面向供应链内中小配套企业短期周转。武晓集团产能规模大、资本化在途，是电力钢结构集群重点客户，建议以“核心企业+供应链金融”模式切入，并关注上市辅导进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武晓集团是胶州电力钢结构产业集群骨干企业，产能规模领先、客户资质优良、业绩稳健增长，且正推进新三板/北交所资本化，成长空间明确；但盈利对钢价与招标敏感、家族治理集中。发展展望：新型电力系统与新能源装机增长带动铁塔与风电钢结构需求，公司有望持续受益。建议：一是对接铁塔应收保理与供应链金融；二是关注钢价周期与回款质量；三是以融资租赁支持产能升级；四是跟踪北交所上市进度作为增信与退出参考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青岛武晓集团有限公司新三板申报稿及公开报道（营收/净利/毛利率）、天眼查/爱企查（工商与股权结构）、北交所/全国股转公司公开信息（挂牌受理与辅导备案）、公司官网及权威媒体。非上市企业财务数据以申报披露口径列示，未作编造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