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高唐县装备制造特色产业集群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山东时风集团企业分析报告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（本报告数据来源于时风集团官网、天眼查、比特auto及公开报道。非上市企业单体财务数据未公开披露，已如实标注；部分产值与规模为公开报道口径。）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项目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企业名称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山东时风(集团)有限责任公司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1993年11月28日（前身1963年城关修配社）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注册地址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山东省聊城市高唐县时风路1号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法定代表人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刘成强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38020.847163万元人民币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参保人数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5985人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企业性质</w:t>
            </w:r>
          </w:p>
        </w:tc>
        <w:tc>
          <w:tcPr>
            <w:tcW w:type="dxa" w:w="6803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民营控股（曾称山东省国有控股运输设备制造企业）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下辖农用汽车、农业装备、商用汽车、锦纶工业布、热电等产业园；设国家级工业设计中心、国家认定企业技术中心、博士后科研工作站；对外投资21家企业。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前身1963年城关修配社，1993年正式造车；1998年切入四轮汽车、2000年进拖拉机行业；2005年营收破百亿，成为聊城首个百亿级企业；累计生产整车1800万辆。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主导三轮汽车、轻卡汽车、拖拉机、发动机、轮胎、联合收割机、锦纶化纤、新型脚手架等，定位"传统产业转型升级+战略新兴产业加快发展"。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业务含农用汽车、农业装备、商用汽车、锦纶化纤、新型脚手架等多元产业。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三轮汽车、轻卡（风菱微卡/风顺轻卡/风驰中重卡）、拖拉机（15—280马力）、单缸发动机、锦纶化纤（年产10万吨，配套中策、玲珑）、盘扣式脚手架（年产60万吨）。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面向农村市场、工程市场及轮胎巨头配套，合作企业3500余家。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与中国重汽、临工重机、山东蓬翔等合作，供应链本地化。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商用汽车产业园年产8万辆；总资产约40亿元、占地3200亩；拥有国家级工业设计中心等平台。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遍布全国的经销与服务网络，海外市场拓展。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2025年1—10月产值107.83亿元；三轮汽车、拖拉机销量行业领先；单体审计财务数据未公开披露。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山东时风集团为非上市大型企业集团，单体财务数据未公开披露。公开报道显示集团总资产约40亿元、2025年1—10月产值107.83亿元、员工5985人；具体资产负债与盈利数据建议以企业工商年报与征信信息为准。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董事长刘成强领衔，建有国家级工业设计中心、企业技术中心、博士后工作站；专利超1000项，获"全国文明单位""全国质量标杆"。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一是规模：聊城首个百亿级、整车累计1800万辆；二是平台：国家级工业设计/技术中心；三是多元：农用车+轻卡+拖拉机+锦纶+脚手架协同；四是品牌："时风时风，路路畅通"。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农用汽车与拖拉机受农机补贴与农业周期影响。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传统业务增长放缓，需转型。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重资产、资金占用大。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安全生产、环保及非道路排放合规。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聚焦"新四化"，建六大产业园，发展新能源无人驾驶拖拉机与高端装备。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一是融资租赁：商用汽车与农机产线设备融资租赁；二是供应链金融：对3500家配套商开展保理与订单融资；三是保理：经销商应收账款保理；四是小贷：支持上下游小微供应商周转。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时风集团是聊城装备制造标杆，规模与平台优势显著，正推进新能源与智能化转型。建议山东投资以供应链金融与设备融资租赁深度协同。总体判断：大型区域龙头，转型关键期。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时风集团官网（shifeng.com.cn）、天眼查、比特auto百科、公开报道（2025）。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