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龙口市高端化工新材料特色产业集群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山东联合化学股份有限公司企业分析报告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（本报告数据来源于联合化学2023、2024、2025年年度报告及交易所公告、东方财富/中国证券报/富途资讯等，统计时点截至2025年年报（2026-04-28披露）。财务数据均取自公开年报，单位亿元。）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联合化学股份有限公司（联合化学，301209.SZ；注册名龙口联合化学股份有限公司）成立于创业板上市前，注册地址位于山东省烟台市龙口市诸由观镇，法定代表人为李秀梅。公司主营偶氮类有机颜料及挤水基墨的研发、生产与销售，是国内偶氮类有机颜料龙头企业，系龙口市高端化工新材料集群公开披露的上市企业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公司为上市公司，实控人为李秀梅（直接持股19.43%）与龙口阳光化学有限公司（持股42.83%），二者合计控制62.26%表决权。2025年6月完成资本公积转增股本，总股本由8000万股增至11200万股。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长期深耕油墨用偶氮颜料，是DIC株式会社（原大日本油墨）在中国最大供应商及战略伙伴（合作逾十年）；拥有年产2万吨偶氮类颜料、3000吨挤水基墨产能。2024年起以技术迁移向电子化学品延伸，设立启辰半导体（盘锦）布局光刻胶单体，投资上海米莱芯程（半导体投影式曝光机），向"科技驱动"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公司定位为高性能有机颜料与电子化学品供应商，主营有机颜料（占营收约97%）、挤水基墨，并拓展光刻胶单体、半导体设备等高端领域。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2025年营收5.12亿元，其中颜料4.96亿元（96.79%）、基墨0.16亿元（3.21%）；境内3.71亿元（72.41%）、境外1.41亿元（27.59%）。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偶氮类有机颜料（黄、红、橙系）、挤水基墨；延伸产品为苯乙烯类光刻胶单体、树脂（启辰半导体）及投影式曝光机（米莱芯程）。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前五大客户销售占比约59.82%（2023年）；核心客户为DIC等全球油墨龙头，订单壁垒稳固；境外收入受外需承压。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前五大供应商采购占比约41.26%（2023年）；主要采购芳胺、助剂等。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年产2万吨偶氮类颜料、3000吨挤水基墨；员工378人（2023年）；研发投入2256.66万元（2025年，占比4.41%）；满足欧盟环保法规，差异化竞争优势明显。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以直销配套全球油墨龙头为主，内外销结合。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2025年营收5.12亿元（同比-4.21%）、归母净利5264万元（-6.72%）；毛利率20.09%居行业上游，产品销量行业领先。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以下为2023—2025年主要财务指标（单位：亿元），数据取自年报。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74"/>
        <w:gridCol w:w="1474"/>
        <w:gridCol w:w="1474"/>
        <w:gridCol w:w="1474"/>
        <w:gridCol w:w="1474"/>
        <w:gridCol w:w="1474"/>
      </w:tblGrid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年份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营业收入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归母净利润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销售毛利率(%)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资产负债率(%)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经营现金流净额</w:t>
            </w:r>
          </w:p>
        </w:tc>
      </w:tr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4.28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0.34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15.59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15.13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0.70</w:t>
            </w:r>
          </w:p>
        </w:tc>
      </w:tr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5.35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0.56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19.12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16.53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0.42</w:t>
            </w:r>
          </w:p>
        </w:tc>
      </w:tr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5.12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0.53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20.09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22.35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1.05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毛利率由2023年15.59%持续提升至2025年20.09%，盈利质量改善；但2025年营收与净利小幅下滑（行业价格下行），扣非净利降11.32%，主业修复滞后。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2025年末总资产约增加（长期股权投资占14.74%为半导体投资）；存货1.25亿元，资产质量稳健。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资产负债率22.35%（2025年），流动比率4.8、速动比率3.99，偿债能力强、财务杠杆低。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经营现金流净额2025年1.05亿元（同比+150%），现金管理能力增强；投资活动现金流-3.02亿元（半导体布局）。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在有机颜料行业，联合化学毛利率（20%）显著优于多数同业（七彩化学、双乐股份净利降幅超50%），高端化成效突出。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上市公司规范治理，实控人李秀梅及阳光化学合计控制62.26%。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李秀梅任法定代表人/实控人；管理层稳定。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通过深交所信息披露与审计（标准无保留意见），内控规范。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员工378人（2023年），研发人员由66人增至72人；人均创收113万元。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客户壁垒：DIC十年战略合作，订单壁垒稳固。2. 产品高端化：偶氮颜料毛利率20%+，满足欧盟环保法规。3. 技术迁移：向光刻胶单体/半导体设备延伸。4. 财务稳健：低负债、强现金流。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周期风险：有机颜料价格下行、外需承压。2. 投资风险：半导体布局（米莱芯程）处研发攻关期，阶段性影响净利。3. 客户集中：前五大客户占比高。4. 应对措施：高端化、电子化学品第二曲线、客户多元化。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上市公司融资以定增/可转债为主；山东投资可围绕其半导体延伸项目及上下游提供定制化融资。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联合化学是龙口高端化工新材料集群中盈利质量优、财务稳健的细分龙头，并积极推进半导体第二曲线。发展展望：主业高端化+电子化学品突破，成长逻辑清晰。建议：平衡半导体投入节奏、巩固颜料主业、提升信披透明度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数据来源说明：联合化学2023、2024、2025年年度报告（巨潮资讯网）；东方财富、中国证券报、富途资讯报道；深交所公告。财务数据取自年报。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