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龙口市高端化工新材料特色产业集群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山东裕龙石化有限公司企业分析报告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工商信息，裕龙石化官网（yulongpc.com）、南山集团半年报披露、政府/行业媒体公开报道等，统计时点截至2025—2026年公开披露信息。裕龙岛炼化一体化项目2024年9月投产，财务数据以投产以来披露口径列示，已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裕龙石化有限公司成立于2019年6月28日，统一社会信用代码91370681MA3Q3PFJ1R，法定代表人为程仁策，注册资本380亿元人民币（实缴资本380亿元），企业类型为其他有限责任公司。注册地址位于山东省烟台市龙口市黄山馆镇裕龙岛，登记机关为龙口市市场监督管理局。公司属石油、煤炭及其他燃料加工业（原油加工及石油制品制造），为恒通股份成员企业，持有危险化学品生产/仓储、港口经营、燃气经营、危险废物经营、发电等许可，官网yulongpc.com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为民企控股、国企参股的混合所有制：南山集团有限公司持股51%（南山村村委会持股51%、宋建波持股49%），山东能源集团有限公司持股46.11%（山东省国资委持股70%），万华实业集团有限公司持股1.57%，华鲁控股集团有限公司持股1.32%。公司对外投资11家企业，系裕龙岛炼化一体化项目的运营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2019年6月公司成立，作为裕龙岛炼化一体化项目（国家规划重大生产力布局项目、山东省"一号工程"）运营主体；2021年完成股权融资；一期项目总投资1493亿元，于2024年9月25日试车投产，形成2000万吨/年炼油、300万吨/年乙烯产能；2026年3月，下游及延伸产业链项目（总投资1178.57亿元、56套装置）填海工程环评进入拟审查公示，列入山东省2026年重大项目清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大型炼化一体化与高端新材料生产商，主营炼油与化工基础原料（汽油、煤油、柴油、船燃、硫磺、沥青、乙烯、丙烯、苯等），并向下游延伸高端聚烯烃（EVA、茂金属聚丙烯等）、精细化工与特种材料（己二胺、特种橡胶、尼龙、碳纤维原丝等），打造千亿级新材料产业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业务以炼油—乙烯—芳烃基础原料及下游新材料为主。一期投产当年（2024年9—12月）实现营收102.47亿元；2025年上半年营收336.49亿元。具体分产品收入构成未公开披露。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主要产品涵盖成品油、乙烯、丙烯、丁二烯、混合二甲苯等基础原料，及EVA、高端聚丙烯、ABS、顺丁橡胶、POE弹性体、尼龙66/6、碳纤维原丝等高端新材料。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客户为下游化工新材料企业及成品油分销体系，依托山东能源、南山、万华等股东协同。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上游为原油等大宗原料采购，依托裕龙岛港口与储运优势。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2000万吨/年炼油、300万吨/年乙烯、300万吨/年混合二甲苯；整体规划4000万吨/年炼油、600万吨/年乙烯。拥有港口经营、危化品全链条许可；商标351条、专利54条、著作权65条、行政许可387个；人员规模5000—9999人（参保5567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以大宗原料直销与产业链配套为主，结合港口物流。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2025年上半年营收336.49亿元（投产初期逆周期仍亮眼）；项目全部建成后将推动山东省石化产业集中度由20%提升至40%，行业战略地位突出。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2024年9月才投产，无完整会计年度可比数据。可公开列示：2024年（投产当年）营收102.47亿元；2025年上半年营收336.49亿元、净亏损20.40亿元（投产初期折旧与财务费用拖累）；截至2025年上半年资产总额1266.28亿元、净资产337.41亿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69"/>
        <w:gridCol w:w="1769"/>
        <w:gridCol w:w="1769"/>
        <w:gridCol w:w="1769"/>
        <w:gridCol w:w="1769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口径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营业收入(亿元)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净利润(亿元)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总资产(亿元)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净资产(亿元)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2024年(9—12月投产)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102.47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未披露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2025年上半年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336.49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-20.40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1266.28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337.41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投产初期受大规模资本开支折旧与财务费用影响暂录亏损，随产能爬坡与价差修复盈利有望改善。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截至2025年上半年总资产1266.28亿元，以炼化装置、厂房及码头等重资产为主，资产质量优良。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一期投资1493亿元、二期延伸项目1178.57亿元，资本开支巨大，债务规模较高；混合所有制股东（南山+山东能源+华鲁+万华）提供较强资本与信用支撑。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投产爬坡期经营现金流逐步改善，但投资活动现金流大额为负，依赖股东出资与融资。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与富海集团（1000万吨级）、中海（东营）石化（346万吨）相比，裕龙石化一期即达2000万吨炼油、300万吨乙烯，居山东乃至全国炼化一体化第一梯队。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设董事会（法定代表人程仁策），混合所有制治理结构，南山集团委派董事长/管理层，山东能源等国企股东派驻董事。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程仁策任法定代表人；运营由南山集团主导，宋建波任南山集团董事长兼总经理。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作为特大型石化企业，建立HSE、质量与内控体系，行政许可387项体现规范运营。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参保5567人，人员规模5000—9999人，技术与管理团队庞大。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项目层级：国家重大生产力布局、山东省"一号工程"，4000万吨规划。2. 股东协同：南山（民企）+山东能源/华鲁（省属国企）+万华（化工龙头）强强联合。3. 全产业链：炼油—乙烯—芳烃—高端新材料一体化，国产化150万吨乙烯三机等。4. 区位：裕龙岛离岸人工岛群，安全防护与港口优势。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周期与盈利风险：投产初期亏损，石化强周期波动。2. 投资压力：2660余亿元（一+二期）资本开支，债务与现金流承压。3. 环保与安全：危化品全流程，安全环保风险高。4. 应对措施：产能爬坡、绿色智能、股东协同融资。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公司融资以银团贷款、债券为主；山东投资可围绕其上下游配套中小企业（如道恩、联合化学等集群企业）提供供应链金融与融资租赁服务，间接服务产业链。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裕龙石化是山东高端化工新材料集群的"链主"级核心项目，战略地位无可替代。发展展望：一期满产+二期延伸项目将构建千亿级新材料集群，推动多个高端材料国产化。建议：稳健推进爬坡与二期、强化安全环保、深化与集群企业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数据来源说明：天眼查、爱企查工商信息；裕龙石化官网yulongpc.com；南山集团2025年半年报；香港商报/齐鲁晚报等公开报道；生态环境部项目环评公示。财务数据为投产以来披露口径。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