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山东济南章丘区（医药及防护用品）特色产业集群</w:t>
      </w:r>
    </w:p>
    <w:p>
      <w:pPr>
        <w:spacing w:lineRule="exact" w:line="600" w:before="240" w:after="240"/>
        <w:ind w:firstLine="0"/>
        <w:jc w:val="center"/>
      </w:pPr>
      <w:r>
        <w:rPr>
          <w:rFonts w:ascii="方正小标宋简体" w:hAnsi="方正小标宋简体" w:eastAsia="方正小标宋简体"/>
          <w:b w:val="0"/>
          <w:color w:val="000000"/>
          <w:sz w:val="44"/>
        </w:rPr>
        <w:t>医疗器械与体外诊断行业深度分析报告</w:t>
      </w:r>
    </w:p>
    <w:p>
      <w:pPr>
        <w:spacing w:lineRule="exact" w:line="600" w:before="0" w:after="0"/>
        <w:jc w:val="left"/>
      </w:pPr>
      <w:r>
        <w:rPr>
          <w:rFonts w:ascii="仿宋_GB2312" w:hAnsi="仿宋_GB2312" w:eastAsia="仿宋_GB2312"/>
          <w:b w:val="0"/>
          <w:color w:val="000000"/>
          <w:sz w:val="28"/>
        </w:rPr>
        <w:t>（本报告基于政府公报、工信/发改部门公开数据、行业协会及企业公开信息编制，数据截至2024年，部分细分领域公开官方统计有限，已依据行业共性事实研判并标注。）</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医疗器械与体外诊断（IVD）是章丘医药及防护用品集群的高成长环节。济南市现代医药产业链将医疗器械作为六大细分产业链之一，2024年医药工业（含医疗器械）规上企业128家、营收446.3亿元。章丘以山东博科生物（国家级专精特新“小巨人”、制造业单项冠军）为龙头，覆盖IVD设备试剂、生物安全防护设备，并依托济南国际医学中心、国家健康医疗大数据北方中心推动“AI+医药”与高端医疗器械发展。</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济南市医药工业（含医疗器械）规上企业（2024）</w:t>
            </w:r>
          </w:p>
        </w:tc>
        <w:tc>
          <w:tcPr>
            <w:tcW w:type="dxa" w:w="2835"/>
          </w:tcPr>
          <w:p>
            <w:pPr>
              <w:spacing w:lineRule="exact" w:line="600"/>
              <w:jc w:val="center"/>
            </w:pPr>
            <w:r/>
            <w:r>
              <w:rPr>
                <w:rFonts w:ascii="仿宋_GB2312" w:hAnsi="仿宋_GB2312" w:eastAsia="仿宋_GB2312"/>
                <w:b w:val="0"/>
                <w:color w:val="000000"/>
                <w:sz w:val="32"/>
              </w:rPr>
              <w:t>128家</w:t>
            </w:r>
          </w:p>
        </w:tc>
        <w:tc>
          <w:tcPr>
            <w:tcW w:type="dxa" w:w="3118"/>
          </w:tcPr>
          <w:p>
            <w:pPr>
              <w:spacing w:lineRule="exact" w:line="600"/>
              <w:jc w:val="center"/>
            </w:pPr>
            <w:r/>
            <w:r>
              <w:rPr>
                <w:rFonts w:ascii="仿宋_GB2312" w:hAnsi="仿宋_GB2312" w:eastAsia="仿宋_GB2312"/>
                <w:b w:val="0"/>
                <w:color w:val="000000"/>
                <w:sz w:val="32"/>
              </w:rPr>
              <w:t>济南市工信局，2025</w:t>
            </w:r>
          </w:p>
        </w:tc>
      </w:tr>
      <w:tr>
        <w:tc>
          <w:tcPr>
            <w:tcW w:type="dxa" w:w="2835"/>
          </w:tcPr>
          <w:p>
            <w:pPr>
              <w:spacing w:lineRule="exact" w:line="600"/>
              <w:jc w:val="center"/>
            </w:pPr>
            <w:r/>
            <w:r>
              <w:rPr>
                <w:rFonts w:ascii="仿宋_GB2312" w:hAnsi="仿宋_GB2312" w:eastAsia="仿宋_GB2312"/>
                <w:b w:val="0"/>
                <w:color w:val="000000"/>
                <w:sz w:val="32"/>
              </w:rPr>
              <w:t>济南市医药工业营收（2024）</w:t>
            </w:r>
          </w:p>
        </w:tc>
        <w:tc>
          <w:tcPr>
            <w:tcW w:type="dxa" w:w="2835"/>
          </w:tcPr>
          <w:p>
            <w:pPr>
              <w:spacing w:lineRule="exact" w:line="600"/>
              <w:jc w:val="center"/>
            </w:pPr>
            <w:r/>
            <w:r>
              <w:rPr>
                <w:rFonts w:ascii="仿宋_GB2312" w:hAnsi="仿宋_GB2312" w:eastAsia="仿宋_GB2312"/>
                <w:b w:val="0"/>
                <w:color w:val="000000"/>
                <w:sz w:val="32"/>
              </w:rPr>
              <w:t>446.3亿元，+0.8%</w:t>
            </w:r>
          </w:p>
        </w:tc>
        <w:tc>
          <w:tcPr>
            <w:tcW w:type="dxa" w:w="3118"/>
          </w:tcPr>
          <w:p>
            <w:pPr>
              <w:spacing w:lineRule="exact" w:line="600"/>
              <w:jc w:val="center"/>
            </w:pPr>
            <w:r/>
            <w:r>
              <w:rPr>
                <w:rFonts w:ascii="仿宋_GB2312" w:hAnsi="仿宋_GB2312" w:eastAsia="仿宋_GB2312"/>
                <w:b w:val="0"/>
                <w:color w:val="000000"/>
                <w:sz w:val="32"/>
              </w:rPr>
              <w:t>济南市工信局，2025</w:t>
            </w:r>
          </w:p>
        </w:tc>
      </w:tr>
      <w:tr>
        <w:tc>
          <w:tcPr>
            <w:tcW w:type="dxa" w:w="2835"/>
          </w:tcPr>
          <w:p>
            <w:pPr>
              <w:spacing w:lineRule="exact" w:line="600"/>
              <w:jc w:val="center"/>
            </w:pPr>
            <w:r/>
            <w:r>
              <w:rPr>
                <w:rFonts w:ascii="仿宋_GB2312" w:hAnsi="仿宋_GB2312" w:eastAsia="仿宋_GB2312"/>
                <w:b w:val="0"/>
                <w:color w:val="000000"/>
                <w:sz w:val="32"/>
              </w:rPr>
              <w:t>章丘区规上工业总产值（2024）</w:t>
            </w:r>
          </w:p>
        </w:tc>
        <w:tc>
          <w:tcPr>
            <w:tcW w:type="dxa" w:w="2835"/>
          </w:tcPr>
          <w:p>
            <w:pPr>
              <w:spacing w:lineRule="exact" w:line="600"/>
              <w:jc w:val="center"/>
            </w:pPr>
            <w:r/>
            <w:r>
              <w:rPr>
                <w:rFonts w:ascii="仿宋_GB2312" w:hAnsi="仿宋_GB2312" w:eastAsia="仿宋_GB2312"/>
                <w:b w:val="0"/>
                <w:color w:val="000000"/>
                <w:sz w:val="32"/>
              </w:rPr>
              <w:t>1251.3亿元，+3.1%</w:t>
            </w:r>
          </w:p>
        </w:tc>
        <w:tc>
          <w:tcPr>
            <w:tcW w:type="dxa" w:w="3118"/>
          </w:tcPr>
          <w:p>
            <w:pPr>
              <w:spacing w:lineRule="exact" w:line="600"/>
              <w:jc w:val="center"/>
            </w:pPr>
            <w:r/>
            <w:r>
              <w:rPr>
                <w:rFonts w:ascii="仿宋_GB2312" w:hAnsi="仿宋_GB2312" w:eastAsia="仿宋_GB2312"/>
                <w:b w:val="0"/>
                <w:color w:val="000000"/>
                <w:sz w:val="32"/>
              </w:rPr>
              <w:t>章丘区2024年计划报告</w:t>
            </w:r>
          </w:p>
        </w:tc>
      </w:tr>
      <w:tr>
        <w:tc>
          <w:tcPr>
            <w:tcW w:type="dxa" w:w="2835"/>
          </w:tcPr>
          <w:p>
            <w:pPr>
              <w:spacing w:lineRule="exact" w:line="600"/>
              <w:jc w:val="center"/>
            </w:pPr>
            <w:r/>
            <w:r>
              <w:rPr>
                <w:rFonts w:ascii="仿宋_GB2312" w:hAnsi="仿宋_GB2312" w:eastAsia="仿宋_GB2312"/>
                <w:b w:val="0"/>
                <w:color w:val="000000"/>
                <w:sz w:val="32"/>
              </w:rPr>
              <w:t>章丘区国家级专精特新小巨人（2024新认定）</w:t>
            </w:r>
          </w:p>
        </w:tc>
        <w:tc>
          <w:tcPr>
            <w:tcW w:type="dxa" w:w="2835"/>
          </w:tcPr>
          <w:p>
            <w:pPr>
              <w:spacing w:lineRule="exact" w:line="600"/>
              <w:jc w:val="center"/>
            </w:pPr>
            <w:r/>
            <w:r>
              <w:rPr>
                <w:rFonts w:ascii="仿宋_GB2312" w:hAnsi="仿宋_GB2312" w:eastAsia="仿宋_GB2312"/>
                <w:b w:val="0"/>
                <w:color w:val="000000"/>
                <w:sz w:val="32"/>
              </w:rPr>
              <w:t>4家</w:t>
            </w:r>
          </w:p>
        </w:tc>
        <w:tc>
          <w:tcPr>
            <w:tcW w:type="dxa" w:w="3118"/>
          </w:tcPr>
          <w:p>
            <w:pPr>
              <w:spacing w:lineRule="exact" w:line="600"/>
              <w:jc w:val="center"/>
            </w:pPr>
            <w:r/>
            <w:r>
              <w:rPr>
                <w:rFonts w:ascii="仿宋_GB2312" w:hAnsi="仿宋_GB2312" w:eastAsia="仿宋_GB2312"/>
                <w:b w:val="0"/>
                <w:color w:val="000000"/>
                <w:sz w:val="32"/>
              </w:rPr>
              <w:t>章丘区2024年计划报告</w:t>
            </w:r>
          </w:p>
        </w:tc>
      </w:tr>
      <w:tr>
        <w:tc>
          <w:tcPr>
            <w:tcW w:type="dxa" w:w="2835"/>
          </w:tcPr>
          <w:p>
            <w:pPr>
              <w:spacing w:lineRule="exact" w:line="600"/>
              <w:jc w:val="center"/>
            </w:pPr>
            <w:r/>
            <w:r>
              <w:rPr>
                <w:rFonts w:ascii="仿宋_GB2312" w:hAnsi="仿宋_GB2312" w:eastAsia="仿宋_GB2312"/>
                <w:b w:val="0"/>
                <w:color w:val="000000"/>
                <w:sz w:val="32"/>
              </w:rPr>
              <w:t>章丘区省级专精特新企业（2024新认定）</w:t>
            </w:r>
          </w:p>
        </w:tc>
        <w:tc>
          <w:tcPr>
            <w:tcW w:type="dxa" w:w="2835"/>
          </w:tcPr>
          <w:p>
            <w:pPr>
              <w:spacing w:lineRule="exact" w:line="600"/>
              <w:jc w:val="center"/>
            </w:pPr>
            <w:r/>
            <w:r>
              <w:rPr>
                <w:rFonts w:ascii="仿宋_GB2312" w:hAnsi="仿宋_GB2312" w:eastAsia="仿宋_GB2312"/>
                <w:b w:val="0"/>
                <w:color w:val="000000"/>
                <w:sz w:val="32"/>
              </w:rPr>
              <w:t>46家</w:t>
            </w:r>
          </w:p>
        </w:tc>
        <w:tc>
          <w:tcPr>
            <w:tcW w:type="dxa" w:w="3118"/>
          </w:tcPr>
          <w:p>
            <w:pPr>
              <w:spacing w:lineRule="exact" w:line="600"/>
              <w:jc w:val="center"/>
            </w:pPr>
            <w:r/>
            <w:r>
              <w:rPr>
                <w:rFonts w:ascii="仿宋_GB2312" w:hAnsi="仿宋_GB2312" w:eastAsia="仿宋_GB2312"/>
                <w:b w:val="0"/>
                <w:color w:val="000000"/>
                <w:sz w:val="32"/>
              </w:rPr>
              <w:t>章丘区2024年计划报告</w:t>
            </w:r>
          </w:p>
        </w:tc>
      </w:tr>
      <w:tr>
        <w:tc>
          <w:tcPr>
            <w:tcW w:type="dxa" w:w="2835"/>
          </w:tcPr>
          <w:p>
            <w:pPr>
              <w:spacing w:lineRule="exact" w:line="600"/>
              <w:jc w:val="center"/>
            </w:pPr>
            <w:r/>
            <w:r>
              <w:rPr>
                <w:rFonts w:ascii="仿宋_GB2312" w:hAnsi="仿宋_GB2312" w:eastAsia="仿宋_GB2312"/>
                <w:b w:val="0"/>
                <w:color w:val="000000"/>
                <w:sz w:val="32"/>
              </w:rPr>
              <w:t>章丘区技改投资（2024）</w:t>
            </w:r>
          </w:p>
        </w:tc>
        <w:tc>
          <w:tcPr>
            <w:tcW w:type="dxa" w:w="2835"/>
          </w:tcPr>
          <w:p>
            <w:pPr>
              <w:spacing w:lineRule="exact" w:line="600"/>
              <w:jc w:val="center"/>
            </w:pPr>
            <w:r/>
            <w:r>
              <w:rPr>
                <w:rFonts w:ascii="仿宋_GB2312" w:hAnsi="仿宋_GB2312" w:eastAsia="仿宋_GB2312"/>
                <w:b w:val="0"/>
                <w:color w:val="000000"/>
                <w:sz w:val="32"/>
              </w:rPr>
              <w:t>71.1亿元，+11.5%</w:t>
            </w:r>
          </w:p>
        </w:tc>
        <w:tc>
          <w:tcPr>
            <w:tcW w:type="dxa" w:w="3118"/>
          </w:tcPr>
          <w:p>
            <w:pPr>
              <w:spacing w:lineRule="exact" w:line="600"/>
              <w:jc w:val="center"/>
            </w:pPr>
            <w:r/>
            <w:r>
              <w:rPr>
                <w:rFonts w:ascii="仿宋_GB2312" w:hAnsi="仿宋_GB2312" w:eastAsia="仿宋_GB2312"/>
                <w:b w:val="0"/>
                <w:color w:val="000000"/>
                <w:sz w:val="32"/>
              </w:rPr>
              <w:t>章丘区2024年计划报告</w:t>
            </w:r>
          </w:p>
        </w:tc>
      </w:tr>
      <w:tr>
        <w:tc>
          <w:tcPr>
            <w:tcW w:type="dxa" w:w="2835"/>
          </w:tcPr>
          <w:p>
            <w:pPr>
              <w:spacing w:lineRule="exact" w:line="600"/>
              <w:jc w:val="center"/>
            </w:pPr>
            <w:r/>
            <w:r>
              <w:rPr>
                <w:rFonts w:ascii="仿宋_GB2312" w:hAnsi="仿宋_GB2312" w:eastAsia="仿宋_GB2312"/>
                <w:b w:val="0"/>
                <w:color w:val="000000"/>
                <w:sz w:val="32"/>
              </w:rPr>
              <w:t>济南市重点实验室（章丘备案）</w:t>
            </w:r>
          </w:p>
        </w:tc>
        <w:tc>
          <w:tcPr>
            <w:tcW w:type="dxa" w:w="2835"/>
          </w:tcPr>
          <w:p>
            <w:pPr>
              <w:spacing w:lineRule="exact" w:line="600"/>
              <w:jc w:val="center"/>
            </w:pPr>
            <w:r/>
            <w:r>
              <w:rPr>
                <w:rFonts w:ascii="仿宋_GB2312" w:hAnsi="仿宋_GB2312" w:eastAsia="仿宋_GB2312"/>
                <w:b w:val="0"/>
                <w:color w:val="000000"/>
                <w:sz w:val="32"/>
              </w:rPr>
              <w:t>14家</w:t>
            </w:r>
          </w:p>
        </w:tc>
        <w:tc>
          <w:tcPr>
            <w:tcW w:type="dxa" w:w="3118"/>
          </w:tcPr>
          <w:p>
            <w:pPr>
              <w:spacing w:lineRule="exact" w:line="600"/>
              <w:jc w:val="center"/>
            </w:pPr>
            <w:r/>
            <w:r>
              <w:rPr>
                <w:rFonts w:ascii="仿宋_GB2312" w:hAnsi="仿宋_GB2312" w:eastAsia="仿宋_GB2312"/>
                <w:b w:val="0"/>
                <w:color w:val="000000"/>
                <w:sz w:val="32"/>
              </w:rPr>
              <w:t>章丘区2024年计划报告</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（一）政策与监管环境</w:t>
      </w:r>
    </w:p>
    <w:p>
      <w:pPr>
        <w:spacing w:lineRule="exact" w:line="600" w:before="0" w:after="0"/>
        <w:ind w:firstLine="420"/>
        <w:jc w:val="both"/>
      </w:pPr>
      <w:r>
        <w:rPr>
          <w:rFonts w:ascii="仿宋_GB2312" w:hAnsi="仿宋_GB2312" w:eastAsia="仿宋_GB2312"/>
          <w:b w:val="0"/>
          <w:color w:val="000000"/>
          <w:sz w:val="32"/>
        </w:rPr>
        <w:t>山东省“十强产业”行动计划将现代医药列为重点，支持医疗器械高端化；国家药监局持续推进医疗器械审评审批改革（来源：山东省鲁政发〔2024〕5号）。济南市将医疗器械纳入现代医药六大细分产业链，强化政策引导与项目建设（来源：济南市工信局，2025）。</w:t>
      </w:r>
    </w:p>
    <w:p>
      <w:pPr>
        <w:spacing w:lineRule="exact" w:line="600" w:before="120" w:after="120"/>
        <w:ind w:firstLine="420"/>
        <w:jc w:val="left"/>
      </w:pPr>
      <w:r>
        <w:rPr>
          <w:rFonts w:ascii="楷体_GB2312" w:hAnsi="楷体_GB2312" w:eastAsia="楷体_GB2312"/>
          <w:b w:val="0"/>
          <w:color w:val="000000"/>
          <w:sz w:val="32"/>
        </w:rPr>
        <w:t>（二）区域产业基础</w:t>
      </w:r>
    </w:p>
    <w:p>
      <w:pPr>
        <w:spacing w:lineRule="exact" w:line="600" w:before="0" w:after="0"/>
        <w:ind w:firstLine="420"/>
        <w:jc w:val="both"/>
      </w:pPr>
      <w:r>
        <w:rPr>
          <w:rFonts w:ascii="仿宋_GB2312" w:hAnsi="仿宋_GB2312" w:eastAsia="仿宋_GB2312"/>
          <w:b w:val="0"/>
          <w:color w:val="000000"/>
          <w:sz w:val="32"/>
        </w:rPr>
        <w:t>章丘区2024年规上工业总产值1251.3亿元、增长3.1%，高技术制造业稳步发展；全区新认定国家级专精特新“小巨人”4家、省级专精特新46家，博科生物为代表性企业（来源：章丘区2024年计划执行情况报告）。</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济南市医药工业（含医疗器械）规上企业（2024）</w:t>
            </w:r>
          </w:p>
        </w:tc>
        <w:tc>
          <w:tcPr>
            <w:tcW w:type="dxa" w:w="2835"/>
          </w:tcPr>
          <w:p>
            <w:pPr>
              <w:spacing w:lineRule="exact" w:line="600"/>
              <w:jc w:val="center"/>
            </w:pPr>
            <w:r/>
            <w:r>
              <w:rPr>
                <w:rFonts w:ascii="仿宋_GB2312" w:hAnsi="仿宋_GB2312" w:eastAsia="仿宋_GB2312"/>
                <w:b w:val="0"/>
                <w:color w:val="000000"/>
                <w:sz w:val="32"/>
              </w:rPr>
              <w:t>128家</w:t>
            </w:r>
          </w:p>
        </w:tc>
        <w:tc>
          <w:tcPr>
            <w:tcW w:type="dxa" w:w="3118"/>
          </w:tcPr>
          <w:p>
            <w:pPr>
              <w:spacing w:lineRule="exact" w:line="600"/>
              <w:jc w:val="center"/>
            </w:pPr>
            <w:r/>
            <w:r>
              <w:rPr>
                <w:rFonts w:ascii="仿宋_GB2312" w:hAnsi="仿宋_GB2312" w:eastAsia="仿宋_GB2312"/>
                <w:b w:val="0"/>
                <w:color w:val="000000"/>
                <w:sz w:val="32"/>
              </w:rPr>
              <w:t>济南市工信局，2025</w:t>
            </w:r>
          </w:p>
        </w:tc>
      </w:tr>
      <w:tr>
        <w:tc>
          <w:tcPr>
            <w:tcW w:type="dxa" w:w="2835"/>
          </w:tcPr>
          <w:p>
            <w:pPr>
              <w:spacing w:lineRule="exact" w:line="600"/>
              <w:jc w:val="center"/>
            </w:pPr>
            <w:r/>
            <w:r>
              <w:rPr>
                <w:rFonts w:ascii="仿宋_GB2312" w:hAnsi="仿宋_GB2312" w:eastAsia="仿宋_GB2312"/>
                <w:b w:val="0"/>
                <w:color w:val="000000"/>
                <w:sz w:val="32"/>
              </w:rPr>
              <w:t>济南市医药工业营收（2024）</w:t>
            </w:r>
          </w:p>
        </w:tc>
        <w:tc>
          <w:tcPr>
            <w:tcW w:type="dxa" w:w="2835"/>
          </w:tcPr>
          <w:p>
            <w:pPr>
              <w:spacing w:lineRule="exact" w:line="600"/>
              <w:jc w:val="center"/>
            </w:pPr>
            <w:r/>
            <w:r>
              <w:rPr>
                <w:rFonts w:ascii="仿宋_GB2312" w:hAnsi="仿宋_GB2312" w:eastAsia="仿宋_GB2312"/>
                <w:b w:val="0"/>
                <w:color w:val="000000"/>
                <w:sz w:val="32"/>
              </w:rPr>
              <w:t>446.3亿元，+0.8%</w:t>
            </w:r>
          </w:p>
        </w:tc>
        <w:tc>
          <w:tcPr>
            <w:tcW w:type="dxa" w:w="3118"/>
          </w:tcPr>
          <w:p>
            <w:pPr>
              <w:spacing w:lineRule="exact" w:line="600"/>
              <w:jc w:val="center"/>
            </w:pPr>
            <w:r/>
            <w:r>
              <w:rPr>
                <w:rFonts w:ascii="仿宋_GB2312" w:hAnsi="仿宋_GB2312" w:eastAsia="仿宋_GB2312"/>
                <w:b w:val="0"/>
                <w:color w:val="000000"/>
                <w:sz w:val="32"/>
              </w:rPr>
              <w:t>济南市工信局，2025</w:t>
            </w:r>
          </w:p>
        </w:tc>
      </w:tr>
      <w:tr>
        <w:tc>
          <w:tcPr>
            <w:tcW w:type="dxa" w:w="2835"/>
          </w:tcPr>
          <w:p>
            <w:pPr>
              <w:spacing w:lineRule="exact" w:line="600"/>
              <w:jc w:val="center"/>
            </w:pPr>
            <w:r/>
            <w:r>
              <w:rPr>
                <w:rFonts w:ascii="仿宋_GB2312" w:hAnsi="仿宋_GB2312" w:eastAsia="仿宋_GB2312"/>
                <w:b w:val="0"/>
                <w:color w:val="000000"/>
                <w:sz w:val="32"/>
              </w:rPr>
              <w:t>章丘区规上工业总产值（2024）</w:t>
            </w:r>
          </w:p>
        </w:tc>
        <w:tc>
          <w:tcPr>
            <w:tcW w:type="dxa" w:w="2835"/>
          </w:tcPr>
          <w:p>
            <w:pPr>
              <w:spacing w:lineRule="exact" w:line="600"/>
              <w:jc w:val="center"/>
            </w:pPr>
            <w:r/>
            <w:r>
              <w:rPr>
                <w:rFonts w:ascii="仿宋_GB2312" w:hAnsi="仿宋_GB2312" w:eastAsia="仿宋_GB2312"/>
                <w:b w:val="0"/>
                <w:color w:val="000000"/>
                <w:sz w:val="32"/>
              </w:rPr>
              <w:t>1251.3亿元，+3.1%</w:t>
            </w:r>
          </w:p>
        </w:tc>
        <w:tc>
          <w:tcPr>
            <w:tcW w:type="dxa" w:w="3118"/>
          </w:tcPr>
          <w:p>
            <w:pPr>
              <w:spacing w:lineRule="exact" w:line="600"/>
              <w:jc w:val="center"/>
            </w:pPr>
            <w:r/>
            <w:r>
              <w:rPr>
                <w:rFonts w:ascii="仿宋_GB2312" w:hAnsi="仿宋_GB2312" w:eastAsia="仿宋_GB2312"/>
                <w:b w:val="0"/>
                <w:color w:val="000000"/>
                <w:sz w:val="32"/>
              </w:rPr>
              <w:t>章丘区2024年计划报告</w:t>
            </w:r>
          </w:p>
        </w:tc>
      </w:tr>
      <w:tr>
        <w:tc>
          <w:tcPr>
            <w:tcW w:type="dxa" w:w="2835"/>
          </w:tcPr>
          <w:p>
            <w:pPr>
              <w:spacing w:lineRule="exact" w:line="600"/>
              <w:jc w:val="center"/>
            </w:pPr>
            <w:r/>
            <w:r>
              <w:rPr>
                <w:rFonts w:ascii="仿宋_GB2312" w:hAnsi="仿宋_GB2312" w:eastAsia="仿宋_GB2312"/>
                <w:b w:val="0"/>
                <w:color w:val="000000"/>
                <w:sz w:val="32"/>
              </w:rPr>
              <w:t>章丘区技改投资（2024）</w:t>
            </w:r>
          </w:p>
        </w:tc>
        <w:tc>
          <w:tcPr>
            <w:tcW w:type="dxa" w:w="2835"/>
          </w:tcPr>
          <w:p>
            <w:pPr>
              <w:spacing w:lineRule="exact" w:line="600"/>
              <w:jc w:val="center"/>
            </w:pPr>
            <w:r/>
            <w:r>
              <w:rPr>
                <w:rFonts w:ascii="仿宋_GB2312" w:hAnsi="仿宋_GB2312" w:eastAsia="仿宋_GB2312"/>
                <w:b w:val="0"/>
                <w:color w:val="000000"/>
                <w:sz w:val="32"/>
              </w:rPr>
              <w:t>71.1亿元，+11.5%</w:t>
            </w:r>
          </w:p>
        </w:tc>
        <w:tc>
          <w:tcPr>
            <w:tcW w:type="dxa" w:w="3118"/>
          </w:tcPr>
          <w:p>
            <w:pPr>
              <w:spacing w:lineRule="exact" w:line="600"/>
              <w:jc w:val="center"/>
            </w:pPr>
            <w:r/>
            <w:r>
              <w:rPr>
                <w:rFonts w:ascii="仿宋_GB2312" w:hAnsi="仿宋_GB2312" w:eastAsia="仿宋_GB2312"/>
                <w:b w:val="0"/>
                <w:color w:val="000000"/>
                <w:sz w:val="32"/>
              </w:rPr>
              <w:t>章丘区2024年计划报告</w:t>
            </w:r>
          </w:p>
        </w:tc>
      </w:tr>
      <w:tr>
        <w:tc>
          <w:tcPr>
            <w:tcW w:type="dxa" w:w="2835"/>
          </w:tcPr>
          <w:p>
            <w:pPr>
              <w:spacing w:lineRule="exact" w:line="600"/>
              <w:jc w:val="center"/>
            </w:pPr>
            <w:r/>
            <w:r>
              <w:rPr>
                <w:rFonts w:ascii="仿宋_GB2312" w:hAnsi="仿宋_GB2312" w:eastAsia="仿宋_GB2312"/>
                <w:b w:val="0"/>
                <w:color w:val="000000"/>
                <w:sz w:val="32"/>
              </w:rPr>
              <w:t>章丘区国家级专精特新小巨人（2024新认定）</w:t>
            </w:r>
          </w:p>
        </w:tc>
        <w:tc>
          <w:tcPr>
            <w:tcW w:type="dxa" w:w="2835"/>
          </w:tcPr>
          <w:p>
            <w:pPr>
              <w:spacing w:lineRule="exact" w:line="600"/>
              <w:jc w:val="center"/>
            </w:pPr>
            <w:r/>
            <w:r>
              <w:rPr>
                <w:rFonts w:ascii="仿宋_GB2312" w:hAnsi="仿宋_GB2312" w:eastAsia="仿宋_GB2312"/>
                <w:b w:val="0"/>
                <w:color w:val="000000"/>
                <w:sz w:val="32"/>
              </w:rPr>
              <w:t>4家</w:t>
            </w:r>
          </w:p>
        </w:tc>
        <w:tc>
          <w:tcPr>
            <w:tcW w:type="dxa" w:w="3118"/>
          </w:tcPr>
          <w:p>
            <w:pPr>
              <w:spacing w:lineRule="exact" w:line="600"/>
              <w:jc w:val="center"/>
            </w:pPr>
            <w:r/>
            <w:r>
              <w:rPr>
                <w:rFonts w:ascii="仿宋_GB2312" w:hAnsi="仿宋_GB2312" w:eastAsia="仿宋_GB2312"/>
                <w:b w:val="0"/>
                <w:color w:val="000000"/>
                <w:sz w:val="32"/>
              </w:rPr>
              <w:t>章丘区2024年计划报告</w:t>
            </w:r>
          </w:p>
        </w:tc>
      </w:tr>
      <w:tr>
        <w:tc>
          <w:tcPr>
            <w:tcW w:type="dxa" w:w="2835"/>
          </w:tcPr>
          <w:p>
            <w:pPr>
              <w:spacing w:lineRule="exact" w:line="600"/>
              <w:jc w:val="center"/>
            </w:pPr>
            <w:r/>
            <w:r>
              <w:rPr>
                <w:rFonts w:ascii="仿宋_GB2312" w:hAnsi="仿宋_GB2312" w:eastAsia="仿宋_GB2312"/>
                <w:b w:val="0"/>
                <w:color w:val="000000"/>
                <w:sz w:val="32"/>
              </w:rPr>
              <w:t>章丘区省级专精特新企业（2024新认定）</w:t>
            </w:r>
          </w:p>
        </w:tc>
        <w:tc>
          <w:tcPr>
            <w:tcW w:type="dxa" w:w="2835"/>
          </w:tcPr>
          <w:p>
            <w:pPr>
              <w:spacing w:lineRule="exact" w:line="600"/>
              <w:jc w:val="center"/>
            </w:pPr>
            <w:r/>
            <w:r>
              <w:rPr>
                <w:rFonts w:ascii="仿宋_GB2312" w:hAnsi="仿宋_GB2312" w:eastAsia="仿宋_GB2312"/>
                <w:b w:val="0"/>
                <w:color w:val="000000"/>
                <w:sz w:val="32"/>
              </w:rPr>
              <w:t>46家</w:t>
            </w:r>
          </w:p>
        </w:tc>
        <w:tc>
          <w:tcPr>
            <w:tcW w:type="dxa" w:w="3118"/>
          </w:tcPr>
          <w:p>
            <w:pPr>
              <w:spacing w:lineRule="exact" w:line="600"/>
              <w:jc w:val="center"/>
            </w:pPr>
            <w:r/>
            <w:r>
              <w:rPr>
                <w:rFonts w:ascii="仿宋_GB2312" w:hAnsi="仿宋_GB2312" w:eastAsia="仿宋_GB2312"/>
                <w:b w:val="0"/>
                <w:color w:val="000000"/>
                <w:sz w:val="32"/>
              </w:rPr>
              <w:t>章丘区2024年计划报告</w:t>
            </w:r>
          </w:p>
        </w:tc>
      </w:tr>
    </w:tbl>
    <w:p>
      <w:pPr>
        <w:spacing w:lineRule="exact" w:line="600" w:before="120" w:after="120"/>
        <w:ind w:firstLine="420"/>
        <w:jc w:val="left"/>
      </w:pPr>
      <w:r>
        <w:rPr>
          <w:rFonts w:ascii="楷体_GB2312" w:hAnsi="楷体_GB2312" w:eastAsia="楷体_GB2312"/>
          <w:b w:val="0"/>
          <w:color w:val="000000"/>
          <w:sz w:val="32"/>
        </w:rPr>
        <w:t>（一）章丘区产业宏观环境（真实检索补充）</w:t>
      </w:r>
    </w:p>
    <w:p>
      <w:pPr>
        <w:spacing w:lineRule="exact" w:line="600" w:before="0" w:after="0"/>
        <w:ind w:firstLine="420"/>
        <w:jc w:val="both"/>
      </w:pPr>
      <w:r>
        <w:rPr>
          <w:rFonts w:ascii="仿宋_GB2312" w:hAnsi="仿宋_GB2312" w:eastAsia="仿宋_GB2312"/>
          <w:b w:val="0"/>
          <w:color w:val="000000"/>
          <w:sz w:val="32"/>
        </w:rPr>
        <w:t>章丘区2024年实现地区生产总值1301.3亿元、增长6%，规上工业总产值1251.3亿元、增长3.1%，制造业增加值占GDP比重达32.3%；依托国家级明水经济技术开发区与省级刁镇化工产业园两大载体，构建“2+2+3”现代产业体系，将生物医药列为两大新兴产业集群之一。（来源：章丘区2024年国民经济和社会发展计划执行报告、2025年政府工作报告）（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3969"/>
          </w:tcPr>
          <w:p>
            <w:pPr>
              <w:spacing w:lineRule="exact" w:line="600"/>
              <w:jc w:val="center"/>
            </w:pPr>
            <w:r/>
            <w:r>
              <w:rPr>
                <w:rFonts w:ascii="黑体" w:hAnsi="黑体" w:eastAsia="黑体"/>
                <w:b/>
                <w:color w:val="000000"/>
                <w:sz w:val="32"/>
              </w:rPr>
              <w:t>章丘区宏观指标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来源/年份</w:t>
            </w:r>
          </w:p>
        </w:tc>
      </w:tr>
      <w:tr>
        <w:tc>
          <w:tcPr>
            <w:tcW w:type="dxa" w:w="3969"/>
          </w:tcPr>
          <w:p>
            <w:pPr>
              <w:spacing w:lineRule="exact" w:line="600"/>
              <w:jc w:val="center"/>
            </w:pPr>
            <w:r/>
            <w:r>
              <w:rPr>
                <w:rFonts w:ascii="仿宋_GB2312" w:hAnsi="仿宋_GB2312" w:eastAsia="仿宋_GB2312"/>
                <w:b w:val="0"/>
                <w:color w:val="000000"/>
                <w:sz w:val="32"/>
              </w:rPr>
              <w:t>地区生产总值</w:t>
            </w:r>
          </w:p>
        </w:tc>
        <w:tc>
          <w:tcPr>
            <w:tcW w:type="dxa" w:w="2835"/>
          </w:tcPr>
          <w:p>
            <w:pPr>
              <w:spacing w:lineRule="exact" w:line="600"/>
              <w:jc w:val="center"/>
            </w:pPr>
            <w:r/>
            <w:r>
              <w:rPr>
                <w:rFonts w:ascii="仿宋_GB2312" w:hAnsi="仿宋_GB2312" w:eastAsia="仿宋_GB2312"/>
                <w:b w:val="0"/>
                <w:color w:val="000000"/>
                <w:sz w:val="32"/>
              </w:rPr>
              <w:t>1301.3亿元（增长6%）</w:t>
            </w:r>
          </w:p>
        </w:tc>
        <w:tc>
          <w:tcPr>
            <w:tcW w:type="dxa" w:w="2551"/>
          </w:tcPr>
          <w:p>
            <w:pPr>
              <w:spacing w:lineRule="exact" w:line="600"/>
              <w:jc w:val="center"/>
            </w:pPr>
            <w:r/>
            <w:r>
              <w:rPr>
                <w:rFonts w:ascii="仿宋_GB2312" w:hAnsi="仿宋_GB2312" w:eastAsia="仿宋_GB2312"/>
                <w:b w:val="0"/>
                <w:color w:val="000000"/>
                <w:sz w:val="32"/>
              </w:rPr>
              <w:t>章丘区2024年</w:t>
            </w:r>
          </w:p>
        </w:tc>
      </w:tr>
      <w:tr>
        <w:tc>
          <w:tcPr>
            <w:tcW w:type="dxa" w:w="3969"/>
          </w:tcPr>
          <w:p>
            <w:pPr>
              <w:spacing w:lineRule="exact" w:line="600"/>
              <w:jc w:val="center"/>
            </w:pPr>
            <w:r/>
            <w:r>
              <w:rPr>
                <w:rFonts w:ascii="仿宋_GB2312" w:hAnsi="仿宋_GB2312" w:eastAsia="仿宋_GB2312"/>
                <w:b w:val="0"/>
                <w:color w:val="000000"/>
                <w:sz w:val="32"/>
              </w:rPr>
              <w:t>规上工业总产值</w:t>
            </w:r>
          </w:p>
        </w:tc>
        <w:tc>
          <w:tcPr>
            <w:tcW w:type="dxa" w:w="2835"/>
          </w:tcPr>
          <w:p>
            <w:pPr>
              <w:spacing w:lineRule="exact" w:line="600"/>
              <w:jc w:val="center"/>
            </w:pPr>
            <w:r/>
            <w:r>
              <w:rPr>
                <w:rFonts w:ascii="仿宋_GB2312" w:hAnsi="仿宋_GB2312" w:eastAsia="仿宋_GB2312"/>
                <w:b w:val="0"/>
                <w:color w:val="000000"/>
                <w:sz w:val="32"/>
              </w:rPr>
              <w:t>1251.3亿元（增长3.1%）</w:t>
            </w:r>
          </w:p>
        </w:tc>
        <w:tc>
          <w:tcPr>
            <w:tcW w:type="dxa" w:w="2551"/>
          </w:tcPr>
          <w:p>
            <w:pPr>
              <w:spacing w:lineRule="exact" w:line="600"/>
              <w:jc w:val="center"/>
            </w:pPr>
            <w:r/>
            <w:r>
              <w:rPr>
                <w:rFonts w:ascii="仿宋_GB2312" w:hAnsi="仿宋_GB2312" w:eastAsia="仿宋_GB2312"/>
                <w:b w:val="0"/>
                <w:color w:val="000000"/>
                <w:sz w:val="32"/>
              </w:rPr>
              <w:t>章丘区2024年</w:t>
            </w:r>
          </w:p>
        </w:tc>
      </w:tr>
      <w:tr>
        <w:tc>
          <w:tcPr>
            <w:tcW w:type="dxa" w:w="3969"/>
          </w:tcPr>
          <w:p>
            <w:pPr>
              <w:spacing w:lineRule="exact" w:line="600"/>
              <w:jc w:val="center"/>
            </w:pPr>
            <w:r/>
            <w:r>
              <w:rPr>
                <w:rFonts w:ascii="仿宋_GB2312" w:hAnsi="仿宋_GB2312" w:eastAsia="仿宋_GB2312"/>
                <w:b w:val="0"/>
                <w:color w:val="000000"/>
                <w:sz w:val="32"/>
              </w:rPr>
              <w:t>制造业增加值占GDP</w:t>
            </w:r>
          </w:p>
        </w:tc>
        <w:tc>
          <w:tcPr>
            <w:tcW w:type="dxa" w:w="2835"/>
          </w:tcPr>
          <w:p>
            <w:pPr>
              <w:spacing w:lineRule="exact" w:line="600"/>
              <w:jc w:val="center"/>
            </w:pPr>
            <w:r/>
            <w:r>
              <w:rPr>
                <w:rFonts w:ascii="仿宋_GB2312" w:hAnsi="仿宋_GB2312" w:eastAsia="仿宋_GB2312"/>
                <w:b w:val="0"/>
                <w:color w:val="000000"/>
                <w:sz w:val="32"/>
              </w:rPr>
              <w:t>32.3%</w:t>
            </w:r>
          </w:p>
        </w:tc>
        <w:tc>
          <w:tcPr>
            <w:tcW w:type="dxa" w:w="2551"/>
          </w:tcPr>
          <w:p>
            <w:pPr>
              <w:spacing w:lineRule="exact" w:line="600"/>
              <w:jc w:val="center"/>
            </w:pPr>
            <w:r/>
            <w:r>
              <w:rPr>
                <w:rFonts w:ascii="仿宋_GB2312" w:hAnsi="仿宋_GB2312" w:eastAsia="仿宋_GB2312"/>
                <w:b w:val="0"/>
                <w:color w:val="000000"/>
                <w:sz w:val="32"/>
              </w:rPr>
              <w:t>章丘区2024年</w:t>
            </w:r>
          </w:p>
        </w:tc>
      </w:tr>
      <w:tr>
        <w:tc>
          <w:tcPr>
            <w:tcW w:type="dxa" w:w="3969"/>
          </w:tcPr>
          <w:p>
            <w:pPr>
              <w:spacing w:lineRule="exact" w:line="600"/>
              <w:jc w:val="center"/>
            </w:pPr>
            <w:r/>
            <w:r>
              <w:rPr>
                <w:rFonts w:ascii="仿宋_GB2312" w:hAnsi="仿宋_GB2312" w:eastAsia="仿宋_GB2312"/>
                <w:b w:val="0"/>
                <w:color w:val="000000"/>
                <w:sz w:val="32"/>
              </w:rPr>
              <w:t>规上工业企业</w:t>
            </w:r>
          </w:p>
        </w:tc>
        <w:tc>
          <w:tcPr>
            <w:tcW w:type="dxa" w:w="2835"/>
          </w:tcPr>
          <w:p>
            <w:pPr>
              <w:spacing w:lineRule="exact" w:line="600"/>
              <w:jc w:val="center"/>
            </w:pPr>
            <w:r/>
            <w:r>
              <w:rPr>
                <w:rFonts w:ascii="仿宋_GB2312" w:hAnsi="仿宋_GB2312" w:eastAsia="仿宋_GB2312"/>
                <w:b w:val="0"/>
                <w:color w:val="000000"/>
                <w:sz w:val="32"/>
              </w:rPr>
              <w:t>579家（占全市20.35%）</w:t>
            </w:r>
          </w:p>
        </w:tc>
        <w:tc>
          <w:tcPr>
            <w:tcW w:type="dxa" w:w="2551"/>
          </w:tcPr>
          <w:p>
            <w:pPr>
              <w:spacing w:lineRule="exact" w:line="600"/>
              <w:jc w:val="center"/>
            </w:pPr>
            <w:r/>
            <w:r>
              <w:rPr>
                <w:rFonts w:ascii="仿宋_GB2312" w:hAnsi="仿宋_GB2312" w:eastAsia="仿宋_GB2312"/>
                <w:b w:val="0"/>
                <w:color w:val="000000"/>
                <w:sz w:val="32"/>
              </w:rPr>
              <w:t>章丘区2024年</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（一）IVD与防护设备链条</w:t>
      </w:r>
    </w:p>
    <w:p>
      <w:pPr>
        <w:spacing w:lineRule="exact" w:line="600" w:before="0" w:after="0"/>
        <w:ind w:firstLine="420"/>
        <w:jc w:val="both"/>
      </w:pPr>
      <w:r>
        <w:rPr>
          <w:rFonts w:ascii="仿宋_GB2312" w:hAnsi="仿宋_GB2312" w:eastAsia="仿宋_GB2312"/>
          <w:b w:val="0"/>
          <w:color w:val="000000"/>
          <w:sz w:val="32"/>
        </w:rPr>
        <w:t>医疗器械产业链上游为电子元器件、生物试剂、高分子材料，中游为设备与试剂制造，下游为医院、疾控与第三方检验。章丘以博科生物为代表，产品涵盖体外诊断设备及试剂、生物安全防护设备，形成“设备+试剂+防护”组合（来源：章丘区重点产业报道）。</w:t>
      </w:r>
    </w:p>
    <w:p>
      <w:pPr>
        <w:spacing w:lineRule="exact" w:line="600" w:before="120" w:after="120"/>
        <w:ind w:firstLine="420"/>
        <w:jc w:val="left"/>
      </w:pPr>
      <w:r>
        <w:rPr>
          <w:rFonts w:ascii="楷体_GB2312" w:hAnsi="楷体_GB2312" w:eastAsia="楷体_GB2312"/>
          <w:b w:val="0"/>
          <w:color w:val="000000"/>
          <w:sz w:val="32"/>
        </w:rPr>
        <w:t>（二）平台与园区配套</w:t>
      </w:r>
    </w:p>
    <w:p>
      <w:pPr>
        <w:spacing w:lineRule="exact" w:line="600" w:before="0" w:after="0"/>
        <w:ind w:firstLine="420"/>
        <w:jc w:val="both"/>
      </w:pPr>
      <w:r>
        <w:rPr>
          <w:rFonts w:ascii="仿宋_GB2312" w:hAnsi="仿宋_GB2312" w:eastAsia="仿宋_GB2312"/>
          <w:b w:val="0"/>
          <w:color w:val="000000"/>
          <w:sz w:val="32"/>
        </w:rPr>
        <w:t>济南国际医学中心谋划建设高端化、智能化创新医药服务大平台，依托国家健康医疗大数据北方中心数据赋能；章丘明水经开区集聚博科等医疗器械企业（来源：济南市现代医药产业链研讨会，2025）。</w:t>
      </w:r>
    </w:p>
    <w:p>
      <w:pPr>
        <w:spacing w:lineRule="exact" w:line="600" w:before="120" w:after="120"/>
        <w:ind w:firstLine="420"/>
        <w:jc w:val="left"/>
      </w:pPr>
      <w:r>
        <w:rPr>
          <w:rFonts w:ascii="楷体_GB2312" w:hAnsi="楷体_GB2312" w:eastAsia="楷体_GB2312"/>
          <w:b w:val="0"/>
          <w:color w:val="000000"/>
          <w:sz w:val="32"/>
        </w:rPr>
        <w:t>（二）章丘生物医药产业链（真实检索补充）</w:t>
      </w:r>
    </w:p>
    <w:p>
      <w:pPr>
        <w:spacing w:lineRule="exact" w:line="600" w:before="0" w:after="0"/>
        <w:ind w:firstLine="420"/>
        <w:jc w:val="both"/>
      </w:pPr>
      <w:r>
        <w:rPr>
          <w:rFonts w:ascii="仿宋_GB2312" w:hAnsi="仿宋_GB2312" w:eastAsia="仿宋_GB2312"/>
          <w:b w:val="0"/>
          <w:color w:val="000000"/>
          <w:sz w:val="32"/>
        </w:rPr>
        <w:t>章丘生物医药产业链呈“上游生物原料与医药中间体—中游制剂与原料药—下游医疗防疫应用”格局：上游依托刁镇化工产业园圣泉集团以玉米芯、秸秆等生物原料发展生物化工与医药中间体；中游聚集科兴生物（生物制药谷扩建投产）、华润双鹤利民制药（固体制剂车间项目）等龙头企业；下游对接医院、防疫与医药流通。医药及防护用品产业集群已入选省级特色产业集群；上游生物化工依托刁镇化工产业园，2024年园区工业总产值234.18亿元，生物化工与医药中间体为三大主导产业之一。（来源：章丘区2024年计划执行报告、刁镇化工园资料）（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产业链环节</w:t>
            </w:r>
          </w:p>
        </w:tc>
        <w:tc>
          <w:tcPr>
            <w:tcW w:type="dxa" w:w="3969"/>
          </w:tcPr>
          <w:p>
            <w:pPr>
              <w:spacing w:lineRule="exact" w:line="600"/>
              <w:jc w:val="center"/>
            </w:pPr>
            <w:r/>
            <w:r>
              <w:rPr>
                <w:rFonts w:ascii="黑体" w:hAnsi="黑体" w:eastAsia="黑体"/>
                <w:b/>
                <w:color w:val="000000"/>
                <w:sz w:val="32"/>
              </w:rPr>
              <w:t>代表主体/内容</w:t>
            </w:r>
          </w:p>
        </w:tc>
        <w:tc>
          <w:tcPr>
            <w:tcW w:type="dxa" w:w="2551"/>
          </w:tcPr>
          <w:p>
            <w:pPr>
              <w:spacing w:lineRule="exact" w:line="600"/>
              <w:jc w:val="center"/>
            </w:pPr>
            <w:r/>
            <w:r>
              <w:rPr>
                <w:rFonts w:ascii="黑体" w:hAnsi="黑体" w:eastAsia="黑体"/>
                <w:b/>
                <w:color w:val="000000"/>
                <w:sz w:val="32"/>
              </w:rPr>
              <w:t>载体/数值</w:t>
            </w:r>
          </w:p>
        </w:tc>
      </w:tr>
      <w:tr>
        <w:tc>
          <w:tcPr>
            <w:tcW w:type="dxa" w:w="2835"/>
          </w:tcPr>
          <w:p>
            <w:pPr>
              <w:spacing w:lineRule="exact" w:line="600"/>
              <w:jc w:val="center"/>
            </w:pPr>
            <w:r/>
            <w:r>
              <w:rPr>
                <w:rFonts w:ascii="仿宋_GB2312" w:hAnsi="仿宋_GB2312" w:eastAsia="仿宋_GB2312"/>
                <w:b w:val="0"/>
                <w:color w:val="000000"/>
                <w:sz w:val="32"/>
              </w:rPr>
              <w:t>上游</w:t>
            </w:r>
          </w:p>
        </w:tc>
        <w:tc>
          <w:tcPr>
            <w:tcW w:type="dxa" w:w="3969"/>
          </w:tcPr>
          <w:p>
            <w:pPr>
              <w:spacing w:lineRule="exact" w:line="600"/>
              <w:jc w:val="center"/>
            </w:pPr>
            <w:r/>
            <w:r>
              <w:rPr>
                <w:rFonts w:ascii="仿宋_GB2312" w:hAnsi="仿宋_GB2312" w:eastAsia="仿宋_GB2312"/>
                <w:b w:val="0"/>
                <w:color w:val="000000"/>
                <w:sz w:val="32"/>
              </w:rPr>
              <w:t>圣泉生物化工/医药中间体（玉米芯、秸秆）</w:t>
            </w:r>
          </w:p>
        </w:tc>
        <w:tc>
          <w:tcPr>
            <w:tcW w:type="dxa" w:w="2551"/>
          </w:tcPr>
          <w:p>
            <w:pPr>
              <w:spacing w:lineRule="exact" w:line="600"/>
              <w:jc w:val="center"/>
            </w:pPr>
            <w:r/>
            <w:r>
              <w:rPr>
                <w:rFonts w:ascii="仿宋_GB2312" w:hAnsi="仿宋_GB2312" w:eastAsia="仿宋_GB2312"/>
                <w:b w:val="0"/>
                <w:color w:val="000000"/>
                <w:sz w:val="32"/>
              </w:rPr>
              <w:t>刁镇化工产业园</w:t>
            </w:r>
          </w:p>
        </w:tc>
      </w:tr>
      <w:tr>
        <w:tc>
          <w:tcPr>
            <w:tcW w:type="dxa" w:w="2835"/>
          </w:tcPr>
          <w:p>
            <w:pPr>
              <w:spacing w:lineRule="exact" w:line="600"/>
              <w:jc w:val="center"/>
            </w:pPr>
            <w:r/>
            <w:r>
              <w:rPr>
                <w:rFonts w:ascii="仿宋_GB2312" w:hAnsi="仿宋_GB2312" w:eastAsia="仿宋_GB2312"/>
                <w:b w:val="0"/>
                <w:color w:val="000000"/>
                <w:sz w:val="32"/>
              </w:rPr>
              <w:t>中游</w:t>
            </w:r>
          </w:p>
        </w:tc>
        <w:tc>
          <w:tcPr>
            <w:tcW w:type="dxa" w:w="3969"/>
          </w:tcPr>
          <w:p>
            <w:pPr>
              <w:spacing w:lineRule="exact" w:line="600"/>
              <w:jc w:val="center"/>
            </w:pPr>
            <w:r/>
            <w:r>
              <w:rPr>
                <w:rFonts w:ascii="仿宋_GB2312" w:hAnsi="仿宋_GB2312" w:eastAsia="仿宋_GB2312"/>
                <w:b w:val="0"/>
                <w:color w:val="000000"/>
                <w:sz w:val="32"/>
              </w:rPr>
              <w:t>科兴生物、华润双鹤利民等制剂与原料药</w:t>
            </w:r>
          </w:p>
        </w:tc>
        <w:tc>
          <w:tcPr>
            <w:tcW w:type="dxa" w:w="2551"/>
          </w:tcPr>
          <w:p>
            <w:pPr>
              <w:spacing w:lineRule="exact" w:line="600"/>
              <w:jc w:val="center"/>
            </w:pPr>
            <w:r/>
            <w:r>
              <w:rPr>
                <w:rFonts w:ascii="仿宋_GB2312" w:hAnsi="仿宋_GB2312" w:eastAsia="仿宋_GB2312"/>
                <w:b w:val="0"/>
                <w:color w:val="000000"/>
                <w:sz w:val="32"/>
              </w:rPr>
              <w:t>明水经开区</w:t>
            </w:r>
          </w:p>
        </w:tc>
      </w:tr>
      <w:tr>
        <w:tc>
          <w:tcPr>
            <w:tcW w:type="dxa" w:w="2835"/>
          </w:tcPr>
          <w:p>
            <w:pPr>
              <w:spacing w:lineRule="exact" w:line="600"/>
              <w:jc w:val="center"/>
            </w:pPr>
            <w:r/>
            <w:r>
              <w:rPr>
                <w:rFonts w:ascii="仿宋_GB2312" w:hAnsi="仿宋_GB2312" w:eastAsia="仿宋_GB2312"/>
                <w:b w:val="0"/>
                <w:color w:val="000000"/>
                <w:sz w:val="32"/>
              </w:rPr>
              <w:t>下游</w:t>
            </w:r>
          </w:p>
        </w:tc>
        <w:tc>
          <w:tcPr>
            <w:tcW w:type="dxa" w:w="3969"/>
          </w:tcPr>
          <w:p>
            <w:pPr>
              <w:spacing w:lineRule="exact" w:line="600"/>
              <w:jc w:val="center"/>
            </w:pPr>
            <w:r/>
            <w:r>
              <w:rPr>
                <w:rFonts w:ascii="仿宋_GB2312" w:hAnsi="仿宋_GB2312" w:eastAsia="仿宋_GB2312"/>
                <w:b w:val="0"/>
                <w:color w:val="000000"/>
                <w:sz w:val="32"/>
              </w:rPr>
              <w:t>医院/防疫/医药流通</w:t>
            </w:r>
          </w:p>
        </w:tc>
        <w:tc>
          <w:tcPr>
            <w:tcW w:type="dxa" w:w="2551"/>
          </w:tcPr>
          <w:p>
            <w:pPr>
              <w:spacing w:lineRule="exact" w:line="600"/>
              <w:jc w:val="center"/>
            </w:pPr>
            <w:r/>
            <w:r>
              <w:rPr>
                <w:rFonts w:ascii="仿宋_GB2312" w:hAnsi="仿宋_GB2312" w:eastAsia="仿宋_GB2312"/>
                <w:b w:val="0"/>
                <w:color w:val="000000"/>
                <w:sz w:val="32"/>
              </w:rPr>
              <w:t>省级特色产业集群</w:t>
            </w:r>
          </w:p>
        </w:tc>
      </w:tr>
      <w:tr>
        <w:tc>
          <w:tcPr>
            <w:tcW w:type="dxa" w:w="2835"/>
          </w:tcPr>
          <w:p>
            <w:pPr>
              <w:spacing w:lineRule="exact" w:line="600"/>
              <w:jc w:val="center"/>
            </w:pPr>
            <w:r/>
            <w:r>
              <w:rPr>
                <w:rFonts w:ascii="仿宋_GB2312" w:hAnsi="仿宋_GB2312" w:eastAsia="仿宋_GB2312"/>
                <w:b w:val="0"/>
                <w:color w:val="000000"/>
                <w:sz w:val="32"/>
              </w:rPr>
              <w:t>刁镇化工园产值</w:t>
            </w:r>
          </w:p>
        </w:tc>
        <w:tc>
          <w:tcPr>
            <w:tcW w:type="dxa" w:w="3969"/>
          </w:tcPr>
          <w:p>
            <w:pPr>
              <w:spacing w:lineRule="exact" w:line="600"/>
              <w:jc w:val="center"/>
            </w:pPr>
            <w:r/>
            <w:r>
              <w:rPr>
                <w:rFonts w:ascii="仿宋_GB2312" w:hAnsi="仿宋_GB2312" w:eastAsia="仿宋_GB2312"/>
                <w:b w:val="0"/>
                <w:color w:val="000000"/>
                <w:sz w:val="32"/>
              </w:rPr>
              <w:t>234.18亿元（2024）</w:t>
            </w:r>
          </w:p>
        </w:tc>
        <w:tc>
          <w:tcPr>
            <w:tcW w:type="dxa" w:w="2551"/>
          </w:tcPr>
          <w:p>
            <w:pPr>
              <w:spacing w:lineRule="exact" w:line="600"/>
              <w:jc w:val="center"/>
            </w:pPr>
            <w:r/>
            <w:r>
              <w:rPr>
                <w:rFonts w:ascii="仿宋_GB2312" w:hAnsi="仿宋_GB2312" w:eastAsia="仿宋_GB2312"/>
                <w:b w:val="0"/>
                <w:color w:val="000000"/>
                <w:sz w:val="32"/>
              </w:rPr>
              <w:t>刁镇化工园</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（一）IVD市场规模与需求</w:t>
      </w:r>
    </w:p>
    <w:p>
      <w:pPr>
        <w:spacing w:lineRule="exact" w:line="600" w:before="0" w:after="0"/>
        <w:ind w:firstLine="420"/>
        <w:jc w:val="both"/>
      </w:pPr>
      <w:r>
        <w:rPr>
          <w:rFonts w:ascii="仿宋_GB2312" w:hAnsi="仿宋_GB2312" w:eastAsia="仿宋_GB2312"/>
          <w:b w:val="0"/>
          <w:color w:val="000000"/>
          <w:sz w:val="32"/>
        </w:rPr>
        <w:t>中国IVD市场持续扩容，2024年随着医疗诊疗恢复，生化、免疫诊断需求回升；山东省医药制造业规模居全国前列，医疗器械配套空间大（来源：济南市工信局，2025；行业研判）。章丘博科生物在IVD设备与生物安全设备领域具备国内竞争力（来源：章丘区重点产业报道）。</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国内IVD竞争集中于迈瑞、安图、新产业等头部企业；章丘博科生物以生物安全柜、培养箱及IVD设备差异化竞争，为国家级制造业单项冠军（来源：章丘区重点产业报道）。省内医疗器械集群还包括威海高新区的威高集团（来源：威海高新区官网）。</w:t>
      </w:r>
    </w:p>
    <w:p>
      <w:pPr>
        <w:spacing w:lineRule="exact" w:line="600" w:before="120" w:after="120"/>
        <w:ind w:firstLine="420"/>
        <w:jc w:val="left"/>
      </w:pPr>
      <w:r>
        <w:rPr>
          <w:rFonts w:ascii="楷体_GB2312" w:hAnsi="楷体_GB2312" w:eastAsia="楷体_GB2312"/>
          <w:b w:val="0"/>
          <w:color w:val="000000"/>
          <w:sz w:val="32"/>
        </w:rPr>
        <w:t>章丘生物医药市场供需与竞争（本批真实数据补充·来源见正文）</w:t>
      </w:r>
    </w:p>
    <w:p>
      <w:pPr>
        <w:spacing w:lineRule="exact" w:line="600" w:before="0" w:after="0"/>
        <w:ind w:firstLine="420"/>
        <w:jc w:val="both"/>
      </w:pPr>
      <w:r>
        <w:rPr>
          <w:rFonts w:ascii="仿宋_GB2312" w:hAnsi="仿宋_GB2312" w:eastAsia="仿宋_GB2312"/>
          <w:b w:val="0"/>
          <w:color w:val="000000"/>
          <w:sz w:val="32"/>
        </w:rPr>
        <w:t>明水经济技术开发区医药及防护用品特色产业集群是山东省特色产业集群，现有生物医药关联企业157家（其中医药类109家、医疗物资生产48家、规模以上18家），2021年产值超过130亿元，获2022年度山东省特色产业集群综合评价第一名。以科兴生物制药（重组蛋白药物、微生态制剂）、山东博科生物（体外诊断设备及试剂，目标向百亿级迈进）、华润双鹤利民药业、济南明鑫制药等为龙头，形成生物制药、化学药、医疗器械、医药流通协同发展的产业体系；体外诊断与化学药领域加速进口替代，下游需求受益于全国医药市场持续增长与基层医疗扩容。（来源：济南市工信局、章丘区、明水经开区）</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关联企业</w:t>
            </w:r>
          </w:p>
        </w:tc>
        <w:tc>
          <w:tcPr>
            <w:tcW w:type="dxa" w:w="2835"/>
          </w:tcPr>
          <w:p>
            <w:pPr>
              <w:spacing w:lineRule="exact" w:line="600"/>
              <w:jc w:val="center"/>
            </w:pPr>
            <w:r/>
            <w:r>
              <w:rPr>
                <w:rFonts w:ascii="仿宋_GB2312" w:hAnsi="仿宋_GB2312" w:eastAsia="仿宋_GB2312"/>
                <w:b w:val="0"/>
                <w:color w:val="000000"/>
                <w:sz w:val="32"/>
              </w:rPr>
              <w:t>157家（医药109/医疗物资48/规上18）</w:t>
            </w:r>
          </w:p>
        </w:tc>
        <w:tc>
          <w:tcPr>
            <w:tcW w:type="dxa" w:w="2551"/>
          </w:tcPr>
          <w:p>
            <w:pPr>
              <w:spacing w:lineRule="exact" w:line="600"/>
              <w:jc w:val="center"/>
            </w:pPr>
            <w:r/>
            <w:r>
              <w:rPr>
                <w:rFonts w:ascii="仿宋_GB2312" w:hAnsi="仿宋_GB2312" w:eastAsia="仿宋_GB2312"/>
                <w:b w:val="0"/>
                <w:color w:val="000000"/>
                <w:sz w:val="32"/>
              </w:rPr>
              <w:t>省级集群第一</w:t>
            </w:r>
          </w:p>
        </w:tc>
      </w:tr>
      <w:tr>
        <w:tc>
          <w:tcPr>
            <w:tcW w:type="dxa" w:w="3118"/>
          </w:tcPr>
          <w:p>
            <w:pPr>
              <w:spacing w:lineRule="exact" w:line="600"/>
              <w:jc w:val="center"/>
            </w:pPr>
            <w:r/>
            <w:r>
              <w:rPr>
                <w:rFonts w:ascii="仿宋_GB2312" w:hAnsi="仿宋_GB2312" w:eastAsia="仿宋_GB2312"/>
                <w:b w:val="0"/>
                <w:color w:val="000000"/>
                <w:sz w:val="32"/>
              </w:rPr>
              <w:t>2021产值</w:t>
            </w:r>
          </w:p>
        </w:tc>
        <w:tc>
          <w:tcPr>
            <w:tcW w:type="dxa" w:w="2835"/>
          </w:tcPr>
          <w:p>
            <w:pPr>
              <w:spacing w:lineRule="exact" w:line="600"/>
              <w:jc w:val="center"/>
            </w:pPr>
            <w:r/>
            <w:r>
              <w:rPr>
                <w:rFonts w:ascii="仿宋_GB2312" w:hAnsi="仿宋_GB2312" w:eastAsia="仿宋_GB2312"/>
                <w:b w:val="0"/>
                <w:color w:val="000000"/>
                <w:sz w:val="32"/>
              </w:rPr>
              <w:t>超130亿元</w:t>
            </w:r>
          </w:p>
        </w:tc>
        <w:tc>
          <w:tcPr>
            <w:tcW w:type="dxa" w:w="2551"/>
          </w:tcPr>
          <w:p>
            <w:pPr>
              <w:spacing w:lineRule="exact" w:line="600"/>
              <w:jc w:val="center"/>
            </w:pPr>
            <w:r/>
            <w:r>
              <w:rPr>
                <w:rFonts w:ascii="仿宋_GB2312" w:hAnsi="仿宋_GB2312" w:eastAsia="仿宋_GB2312"/>
                <w:b w:val="0"/>
                <w:color w:val="000000"/>
                <w:sz w:val="32"/>
              </w:rPr>
              <w:t>综合评价第一</w:t>
            </w:r>
          </w:p>
        </w:tc>
      </w:tr>
      <w:tr>
        <w:tc>
          <w:tcPr>
            <w:tcW w:type="dxa" w:w="3118"/>
          </w:tcPr>
          <w:p>
            <w:pPr>
              <w:spacing w:lineRule="exact" w:line="600"/>
              <w:jc w:val="center"/>
            </w:pPr>
            <w:r/>
            <w:r>
              <w:rPr>
                <w:rFonts w:ascii="仿宋_GB2312" w:hAnsi="仿宋_GB2312" w:eastAsia="仿宋_GB2312"/>
                <w:b w:val="0"/>
                <w:color w:val="000000"/>
                <w:sz w:val="32"/>
              </w:rPr>
              <w:t>龙头</w:t>
            </w:r>
          </w:p>
        </w:tc>
        <w:tc>
          <w:tcPr>
            <w:tcW w:type="dxa" w:w="2835"/>
          </w:tcPr>
          <w:p>
            <w:pPr>
              <w:spacing w:lineRule="exact" w:line="600"/>
              <w:jc w:val="center"/>
            </w:pPr>
            <w:r/>
            <w:r>
              <w:rPr>
                <w:rFonts w:ascii="仿宋_GB2312" w:hAnsi="仿宋_GB2312" w:eastAsia="仿宋_GB2312"/>
                <w:b w:val="0"/>
                <w:color w:val="000000"/>
                <w:sz w:val="32"/>
              </w:rPr>
              <w:t>科兴/博科/华润双鹤利民等</w:t>
            </w:r>
          </w:p>
        </w:tc>
        <w:tc>
          <w:tcPr>
            <w:tcW w:type="dxa" w:w="2551"/>
          </w:tcPr>
          <w:p>
            <w:pPr>
              <w:spacing w:lineRule="exact" w:line="600"/>
              <w:jc w:val="center"/>
            </w:pPr>
            <w:r/>
            <w:r>
              <w:rPr>
                <w:rFonts w:ascii="仿宋_GB2312" w:hAnsi="仿宋_GB2312" w:eastAsia="仿宋_GB2312"/>
                <w:b w:val="0"/>
                <w:color w:val="000000"/>
                <w:sz w:val="32"/>
              </w:rPr>
              <w:t>体外诊断+化学药</w:t>
            </w:r>
          </w:p>
        </w:tc>
      </w:tr>
      <w:tr>
        <w:tc>
          <w:tcPr>
            <w:tcW w:type="dxa" w:w="3118"/>
          </w:tcPr>
          <w:p>
            <w:pPr>
              <w:spacing w:lineRule="exact" w:line="600"/>
              <w:jc w:val="center"/>
            </w:pPr>
            <w:r/>
            <w:r>
              <w:rPr>
                <w:rFonts w:ascii="仿宋_GB2312" w:hAnsi="仿宋_GB2312" w:eastAsia="仿宋_GB2312"/>
                <w:b w:val="0"/>
                <w:color w:val="000000"/>
                <w:sz w:val="32"/>
              </w:rPr>
              <w:t>市场趋势</w:t>
            </w:r>
          </w:p>
        </w:tc>
        <w:tc>
          <w:tcPr>
            <w:tcW w:type="dxa" w:w="2835"/>
          </w:tcPr>
          <w:p>
            <w:pPr>
              <w:spacing w:lineRule="exact" w:line="600"/>
              <w:jc w:val="center"/>
            </w:pPr>
            <w:r/>
            <w:r>
              <w:rPr>
                <w:rFonts w:ascii="仿宋_GB2312" w:hAnsi="仿宋_GB2312" w:eastAsia="仿宋_GB2312"/>
                <w:b w:val="0"/>
                <w:color w:val="000000"/>
                <w:sz w:val="32"/>
              </w:rPr>
              <w:t>进口替代+基层医疗扩容</w:t>
            </w:r>
          </w:p>
        </w:tc>
        <w:tc>
          <w:tcPr>
            <w:tcW w:type="dxa" w:w="2551"/>
          </w:tcPr>
          <w:p>
            <w:pPr>
              <w:spacing w:lineRule="exact" w:line="600"/>
              <w:jc w:val="center"/>
            </w:pPr>
            <w:r/>
            <w:r>
              <w:rPr>
                <w:rFonts w:ascii="仿宋_GB2312" w:hAnsi="仿宋_GB2312" w:eastAsia="仿宋_GB2312"/>
                <w:b w:val="0"/>
                <w:color w:val="000000"/>
                <w:sz w:val="32"/>
              </w:rPr>
              <w:t>需求增长</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（一）集群企业梯队</w:t>
      </w:r>
    </w:p>
    <w:p>
      <w:pPr>
        <w:spacing w:lineRule="exact" w:line="600" w:before="0" w:after="0"/>
        <w:ind w:firstLine="420"/>
        <w:jc w:val="both"/>
      </w:pPr>
      <w:r>
        <w:rPr>
          <w:rFonts w:ascii="仿宋_GB2312" w:hAnsi="仿宋_GB2312" w:eastAsia="仿宋_GB2312"/>
          <w:b w:val="0"/>
          <w:color w:val="000000"/>
          <w:sz w:val="32"/>
        </w:rPr>
        <w:t>章丘医疗器械以博科生物为龙头，配套中小零部件与试剂企业；济南市医药工业（含医疗器械）规上128家、营收446.3亿元（来源：济南市工信局，2025）。博科生物为国家级专精特新“小巨人”、制造业单项冠军（来源：章丘区重点产业报道）。</w:t>
      </w:r>
    </w:p>
    <w:p>
      <w:pPr>
        <w:spacing w:lineRule="exact" w:line="600" w:before="120" w:after="120"/>
        <w:ind w:firstLine="420"/>
        <w:jc w:val="left"/>
      </w:pPr>
      <w:r>
        <w:rPr>
          <w:rFonts w:ascii="楷体_GB2312" w:hAnsi="楷体_GB2312" w:eastAsia="楷体_GB2312"/>
          <w:b w:val="0"/>
          <w:color w:val="000000"/>
          <w:sz w:val="32"/>
        </w:rPr>
        <w:t>（二）博科生物画像</w:t>
      </w:r>
    </w:p>
    <w:p>
      <w:pPr>
        <w:spacing w:lineRule="exact" w:line="600" w:before="0" w:after="0"/>
        <w:ind w:firstLine="420"/>
        <w:jc w:val="both"/>
      </w:pPr>
      <w:r>
        <w:rPr>
          <w:rFonts w:ascii="仿宋_GB2312" w:hAnsi="仿宋_GB2312" w:eastAsia="仿宋_GB2312"/>
          <w:b w:val="0"/>
          <w:color w:val="000000"/>
          <w:sz w:val="32"/>
        </w:rPr>
        <w:t>山东博科生物产业有限公司位于章丘明水经开区，主营体外诊断设备及试剂、生物安全防护设备，为国家级专精特新“小巨人”、制造业单项冠军；2025年济南市生物医药产业创新成果转化供需对接会在博科集团召开（来源：章丘区重点产业报道、大众日报2025）。</w:t>
      </w:r>
    </w:p>
    <w:p>
      <w:pPr>
        <w:spacing w:lineRule="exact" w:line="600" w:before="120" w:after="120"/>
        <w:ind w:firstLine="420"/>
        <w:jc w:val="left"/>
      </w:pPr>
      <w:r>
        <w:rPr>
          <w:rFonts w:ascii="楷体_GB2312" w:hAnsi="楷体_GB2312" w:eastAsia="楷体_GB2312"/>
          <w:b w:val="0"/>
          <w:color w:val="000000"/>
          <w:sz w:val="32"/>
        </w:rPr>
        <w:t>（四）章丘生物医药市场主体（真实检索补充）</w:t>
      </w:r>
    </w:p>
    <w:p>
      <w:pPr>
        <w:spacing w:lineRule="exact" w:line="600" w:before="0" w:after="0"/>
        <w:ind w:firstLine="420"/>
        <w:jc w:val="both"/>
      </w:pPr>
      <w:r>
        <w:rPr>
          <w:rFonts w:ascii="仿宋_GB2312" w:hAnsi="仿宋_GB2312" w:eastAsia="仿宋_GB2312"/>
          <w:b w:val="0"/>
          <w:color w:val="000000"/>
          <w:sz w:val="32"/>
        </w:rPr>
        <w:t>章丘区拥有规上工业企业579家，其中国家级专精特新“小巨人”26家、省级以上制造业单项冠军36家、省级专精特新及瞪羚企业750余家；生物医药龙头包括科兴生物（济南市重点实验室备案）、华润双鹤利民制药等，形成“龙头引领+配套跟进”格局。（来源：章丘区2024年工业强市发布、区政府工作报告）（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3969"/>
          </w:tcPr>
          <w:p>
            <w:pPr>
              <w:spacing w:lineRule="exact" w:line="600"/>
              <w:jc w:val="center"/>
            </w:pPr>
            <w:r/>
            <w:r>
              <w:rPr>
                <w:rFonts w:ascii="黑体" w:hAnsi="黑体" w:eastAsia="黑体"/>
                <w:b/>
                <w:color w:val="000000"/>
                <w:sz w:val="32"/>
              </w:rPr>
              <w:t>章丘区企业指标</w:t>
            </w:r>
          </w:p>
        </w:tc>
        <w:tc>
          <w:tcPr>
            <w:tcW w:type="dxa" w:w="2551"/>
          </w:tcPr>
          <w:p>
            <w:pPr>
              <w:spacing w:lineRule="exact" w:line="600"/>
              <w:jc w:val="center"/>
            </w:pPr>
            <w:r/>
            <w:r>
              <w:rPr>
                <w:rFonts w:ascii="黑体" w:hAnsi="黑体" w:eastAsia="黑体"/>
                <w:b/>
                <w:color w:val="000000"/>
                <w:sz w:val="32"/>
              </w:rPr>
              <w:t>数量</w:t>
            </w:r>
          </w:p>
        </w:tc>
        <w:tc>
          <w:tcPr>
            <w:tcW w:type="dxa" w:w="2551"/>
          </w:tcPr>
          <w:p>
            <w:pPr>
              <w:spacing w:lineRule="exact" w:line="600"/>
              <w:jc w:val="center"/>
            </w:pPr>
            <w:r/>
            <w:r>
              <w:rPr>
                <w:rFonts w:ascii="黑体" w:hAnsi="黑体" w:eastAsia="黑体"/>
                <w:b/>
                <w:color w:val="000000"/>
                <w:sz w:val="32"/>
              </w:rPr>
              <w:t>来源/年份</w:t>
            </w:r>
          </w:p>
        </w:tc>
      </w:tr>
      <w:tr>
        <w:tc>
          <w:tcPr>
            <w:tcW w:type="dxa" w:w="3969"/>
          </w:tcPr>
          <w:p>
            <w:pPr>
              <w:spacing w:lineRule="exact" w:line="600"/>
              <w:jc w:val="center"/>
            </w:pPr>
            <w:r/>
            <w:r>
              <w:rPr>
                <w:rFonts w:ascii="仿宋_GB2312" w:hAnsi="仿宋_GB2312" w:eastAsia="仿宋_GB2312"/>
                <w:b w:val="0"/>
                <w:color w:val="000000"/>
                <w:sz w:val="32"/>
              </w:rPr>
              <w:t>规上工业企业</w:t>
            </w:r>
          </w:p>
        </w:tc>
        <w:tc>
          <w:tcPr>
            <w:tcW w:type="dxa" w:w="2551"/>
          </w:tcPr>
          <w:p>
            <w:pPr>
              <w:spacing w:lineRule="exact" w:line="600"/>
              <w:jc w:val="center"/>
            </w:pPr>
            <w:r/>
            <w:r>
              <w:rPr>
                <w:rFonts w:ascii="仿宋_GB2312" w:hAnsi="仿宋_GB2312" w:eastAsia="仿宋_GB2312"/>
                <w:b w:val="0"/>
                <w:color w:val="000000"/>
                <w:sz w:val="32"/>
              </w:rPr>
              <w:t>579家</w:t>
            </w:r>
          </w:p>
        </w:tc>
        <w:tc>
          <w:tcPr>
            <w:tcW w:type="dxa" w:w="2551"/>
          </w:tcPr>
          <w:p>
            <w:pPr>
              <w:spacing w:lineRule="exact" w:line="600"/>
              <w:jc w:val="center"/>
            </w:pPr>
            <w:r/>
            <w:r>
              <w:rPr>
                <w:rFonts w:ascii="仿宋_GB2312" w:hAnsi="仿宋_GB2312" w:eastAsia="仿宋_GB2312"/>
                <w:b w:val="0"/>
                <w:color w:val="000000"/>
                <w:sz w:val="32"/>
              </w:rPr>
              <w:t>章丘区2024年</w:t>
            </w:r>
          </w:p>
        </w:tc>
      </w:tr>
      <w:tr>
        <w:tc>
          <w:tcPr>
            <w:tcW w:type="dxa" w:w="3969"/>
          </w:tcPr>
          <w:p>
            <w:pPr>
              <w:spacing w:lineRule="exact" w:line="600"/>
              <w:jc w:val="center"/>
            </w:pPr>
            <w:r/>
            <w:r>
              <w:rPr>
                <w:rFonts w:ascii="仿宋_GB2312" w:hAnsi="仿宋_GB2312" w:eastAsia="仿宋_GB2312"/>
                <w:b w:val="0"/>
                <w:color w:val="000000"/>
                <w:sz w:val="32"/>
              </w:rPr>
              <w:t>国家级专精特新小巨人</w:t>
            </w:r>
          </w:p>
        </w:tc>
        <w:tc>
          <w:tcPr>
            <w:tcW w:type="dxa" w:w="2551"/>
          </w:tcPr>
          <w:p>
            <w:pPr>
              <w:spacing w:lineRule="exact" w:line="600"/>
              <w:jc w:val="center"/>
            </w:pPr>
            <w:r/>
            <w:r>
              <w:rPr>
                <w:rFonts w:ascii="仿宋_GB2312" w:hAnsi="仿宋_GB2312" w:eastAsia="仿宋_GB2312"/>
                <w:b w:val="0"/>
                <w:color w:val="000000"/>
                <w:sz w:val="32"/>
              </w:rPr>
              <w:t>26家</w:t>
            </w:r>
          </w:p>
        </w:tc>
        <w:tc>
          <w:tcPr>
            <w:tcW w:type="dxa" w:w="2551"/>
          </w:tcPr>
          <w:p>
            <w:pPr>
              <w:spacing w:lineRule="exact" w:line="600"/>
              <w:jc w:val="center"/>
            </w:pPr>
            <w:r/>
            <w:r>
              <w:rPr>
                <w:rFonts w:ascii="仿宋_GB2312" w:hAnsi="仿宋_GB2312" w:eastAsia="仿宋_GB2312"/>
                <w:b w:val="0"/>
                <w:color w:val="000000"/>
                <w:sz w:val="32"/>
              </w:rPr>
              <w:t>章丘区2024年</w:t>
            </w:r>
          </w:p>
        </w:tc>
      </w:tr>
      <w:tr>
        <w:tc>
          <w:tcPr>
            <w:tcW w:type="dxa" w:w="3969"/>
          </w:tcPr>
          <w:p>
            <w:pPr>
              <w:spacing w:lineRule="exact" w:line="600"/>
              <w:jc w:val="center"/>
            </w:pPr>
            <w:r/>
            <w:r>
              <w:rPr>
                <w:rFonts w:ascii="仿宋_GB2312" w:hAnsi="仿宋_GB2312" w:eastAsia="仿宋_GB2312"/>
                <w:b w:val="0"/>
                <w:color w:val="000000"/>
                <w:sz w:val="32"/>
              </w:rPr>
              <w:t>省级以上制造业单项冠军</w:t>
            </w:r>
          </w:p>
        </w:tc>
        <w:tc>
          <w:tcPr>
            <w:tcW w:type="dxa" w:w="2551"/>
          </w:tcPr>
          <w:p>
            <w:pPr>
              <w:spacing w:lineRule="exact" w:line="600"/>
              <w:jc w:val="center"/>
            </w:pPr>
            <w:r/>
            <w:r>
              <w:rPr>
                <w:rFonts w:ascii="仿宋_GB2312" w:hAnsi="仿宋_GB2312" w:eastAsia="仿宋_GB2312"/>
                <w:b w:val="0"/>
                <w:color w:val="000000"/>
                <w:sz w:val="32"/>
              </w:rPr>
              <w:t>36家</w:t>
            </w:r>
          </w:p>
        </w:tc>
        <w:tc>
          <w:tcPr>
            <w:tcW w:type="dxa" w:w="2551"/>
          </w:tcPr>
          <w:p>
            <w:pPr>
              <w:spacing w:lineRule="exact" w:line="600"/>
              <w:jc w:val="center"/>
            </w:pPr>
            <w:r/>
            <w:r>
              <w:rPr>
                <w:rFonts w:ascii="仿宋_GB2312" w:hAnsi="仿宋_GB2312" w:eastAsia="仿宋_GB2312"/>
                <w:b w:val="0"/>
                <w:color w:val="000000"/>
                <w:sz w:val="32"/>
              </w:rPr>
              <w:t>章丘区2024年</w:t>
            </w:r>
          </w:p>
        </w:tc>
      </w:tr>
      <w:tr>
        <w:tc>
          <w:tcPr>
            <w:tcW w:type="dxa" w:w="3969"/>
          </w:tcPr>
          <w:p>
            <w:pPr>
              <w:spacing w:lineRule="exact" w:line="600"/>
              <w:jc w:val="center"/>
            </w:pPr>
            <w:r/>
            <w:r>
              <w:rPr>
                <w:rFonts w:ascii="仿宋_GB2312" w:hAnsi="仿宋_GB2312" w:eastAsia="仿宋_GB2312"/>
                <w:b w:val="0"/>
                <w:color w:val="000000"/>
                <w:sz w:val="32"/>
              </w:rPr>
              <w:t>生物医药龙头</w:t>
            </w:r>
          </w:p>
        </w:tc>
        <w:tc>
          <w:tcPr>
            <w:tcW w:type="dxa" w:w="2551"/>
          </w:tcPr>
          <w:p>
            <w:pPr>
              <w:spacing w:lineRule="exact" w:line="600"/>
              <w:jc w:val="center"/>
            </w:pPr>
            <w:r/>
            <w:r>
              <w:rPr>
                <w:rFonts w:ascii="仿宋_GB2312" w:hAnsi="仿宋_GB2312" w:eastAsia="仿宋_GB2312"/>
                <w:b w:val="0"/>
                <w:color w:val="000000"/>
                <w:sz w:val="32"/>
              </w:rPr>
              <w:t>科兴生物、华润双鹤利民</w:t>
            </w:r>
          </w:p>
        </w:tc>
        <w:tc>
          <w:tcPr>
            <w:tcW w:type="dxa" w:w="2551"/>
          </w:tcPr>
          <w:p>
            <w:pPr>
              <w:spacing w:lineRule="exact" w:line="600"/>
              <w:jc w:val="center"/>
            </w:pPr>
            <w:r/>
            <w:r>
              <w:rPr>
                <w:rFonts w:ascii="仿宋_GB2312" w:hAnsi="仿宋_GB2312" w:eastAsia="仿宋_GB2312"/>
                <w:b w:val="0"/>
                <w:color w:val="000000"/>
                <w:sz w:val="32"/>
              </w:rPr>
              <w:t>明水经开区</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（一）设备与试剂技术</w:t>
      </w:r>
    </w:p>
    <w:p>
      <w:pPr>
        <w:spacing w:lineRule="exact" w:line="600" w:before="0" w:after="0"/>
        <w:ind w:firstLine="420"/>
        <w:jc w:val="both"/>
      </w:pPr>
      <w:r>
        <w:rPr>
          <w:rFonts w:ascii="仿宋_GB2312" w:hAnsi="仿宋_GB2312" w:eastAsia="仿宋_GB2312"/>
          <w:b w:val="0"/>
          <w:color w:val="000000"/>
          <w:sz w:val="32"/>
        </w:rPr>
        <w:t>IVD设备涉及精密机械、光学检测、体外诊断试剂等跨学科技术；博科生物在生物安全防护设备（生物安全柜、洁净台）与IVD设备方面积累专利与工艺（来源：章丘区重点产业报道）。</w:t>
      </w:r>
    </w:p>
    <w:p>
      <w:pPr>
        <w:spacing w:lineRule="exact" w:line="600" w:before="120" w:after="120"/>
        <w:ind w:firstLine="420"/>
        <w:jc w:val="left"/>
      </w:pPr>
      <w:r>
        <w:rPr>
          <w:rFonts w:ascii="楷体_GB2312" w:hAnsi="楷体_GB2312" w:eastAsia="楷体_GB2312"/>
          <w:b w:val="0"/>
          <w:color w:val="000000"/>
          <w:sz w:val="32"/>
        </w:rPr>
        <w:t>（二）创新生态</w:t>
      </w:r>
    </w:p>
    <w:p>
      <w:pPr>
        <w:spacing w:lineRule="exact" w:line="600" w:before="0" w:after="0"/>
        <w:ind w:firstLine="420"/>
        <w:jc w:val="both"/>
      </w:pPr>
      <w:r>
        <w:rPr>
          <w:rFonts w:ascii="仿宋_GB2312" w:hAnsi="仿宋_GB2312" w:eastAsia="仿宋_GB2312"/>
          <w:b w:val="0"/>
          <w:color w:val="000000"/>
          <w:sz w:val="32"/>
        </w:rPr>
        <w:t>章丘科兴生物等14家企业备案为济南市重点实验室；全区科技型中小企业入库698家、高新技术企业推荐申报234家，创新基础扎实（来源：章丘区2024年计划执行情况报告）。</w:t>
      </w:r>
    </w:p>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医疗器械企业研发投入与注册检验费用高，精密制造与洁净厂房运营成本大；博科生物作为单项冠军具备规模与品牌溢价（来源：行业研判）。章丘“土地超市”解决用地2133.6亩、争取专项债7.89亿元（来源：章丘区2024年计划报告）。</w:t>
      </w:r>
    </w:p>
    <w:p>
      <w:pPr>
        <w:spacing w:lineRule="exact" w:line="600" w:before="120" w:after="120"/>
        <w:ind w:firstLine="420"/>
        <w:jc w:val="left"/>
      </w:pPr>
      <w:r>
        <w:rPr>
          <w:rFonts w:ascii="楷体_GB2312" w:hAnsi="楷体_GB2312" w:eastAsia="楷体_GB2312"/>
          <w:b w:val="0"/>
          <w:color w:val="000000"/>
          <w:sz w:val="32"/>
        </w:rPr>
        <w:t>（二）要素保障</w:t>
      </w:r>
    </w:p>
    <w:p>
      <w:pPr>
        <w:spacing w:lineRule="exact" w:line="600" w:before="0" w:after="0"/>
        <w:ind w:firstLine="420"/>
        <w:jc w:val="both"/>
      </w:pPr>
      <w:r>
        <w:rPr>
          <w:rFonts w:ascii="仿宋_GB2312" w:hAnsi="仿宋_GB2312" w:eastAsia="仿宋_GB2312"/>
          <w:b w:val="0"/>
          <w:color w:val="000000"/>
          <w:sz w:val="32"/>
        </w:rPr>
        <w:t>山东省完善“鲁科贷”等科技金融服务，对科技型中小企业提供无抵押无担保融资；章丘年新增贷款156亿元、应急转贷44.5亿元（来源：山东省“十强产业”行动计划；章丘区2024年计划报告）。</w:t>
      </w:r>
    </w:p>
    <w:p>
      <w:pPr>
        <w:spacing w:lineRule="exact" w:line="600" w:before="120" w:after="120"/>
        <w:ind w:firstLine="420"/>
        <w:jc w:val="left"/>
      </w:pPr>
      <w:r>
        <w:rPr>
          <w:rFonts w:ascii="楷体_GB2312" w:hAnsi="楷体_GB2312" w:eastAsia="楷体_GB2312"/>
          <w:b w:val="0"/>
          <w:color w:val="000000"/>
          <w:sz w:val="32"/>
        </w:rPr>
        <w:t>（六）章丘生物医药要素保障（真实检索补充）</w:t>
      </w:r>
    </w:p>
    <w:p>
      <w:pPr>
        <w:spacing w:lineRule="exact" w:line="600" w:before="0" w:after="0"/>
        <w:ind w:firstLine="420"/>
        <w:jc w:val="both"/>
      </w:pPr>
      <w:r>
        <w:rPr>
          <w:rFonts w:ascii="仿宋_GB2312" w:hAnsi="仿宋_GB2312" w:eastAsia="仿宋_GB2312"/>
          <w:b w:val="0"/>
          <w:color w:val="000000"/>
          <w:sz w:val="32"/>
        </w:rPr>
        <w:t>2024年章丘实施华润双鹤利民固体制剂车间等400余个工业项目，完成工业投资110亿元、技改投资71.1亿元（增长11.5%）；刁镇化工产业园建成区7.56平方公里，日供水4.67万m³、蒸汽供应1775t/h、双电源547MVA，要素保障完备，利于生物医药企业控本增效。（来源：章丘区2024年计划执行报告、刁镇化工园资料）（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章丘要素/投资指标</w:t>
            </w:r>
          </w:p>
        </w:tc>
        <w:tc>
          <w:tcPr>
            <w:tcW w:type="dxa" w:w="2551"/>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2024工业投资</w:t>
            </w:r>
          </w:p>
        </w:tc>
        <w:tc>
          <w:tcPr>
            <w:tcW w:type="dxa" w:w="2551"/>
          </w:tcPr>
          <w:p>
            <w:pPr>
              <w:spacing w:lineRule="exact" w:line="600"/>
              <w:jc w:val="center"/>
            </w:pPr>
            <w:r/>
            <w:r>
              <w:rPr>
                <w:rFonts w:ascii="仿宋_GB2312" w:hAnsi="仿宋_GB2312" w:eastAsia="仿宋_GB2312"/>
                <w:b w:val="0"/>
                <w:color w:val="000000"/>
                <w:sz w:val="32"/>
              </w:rPr>
              <w:t>110亿元</w:t>
            </w:r>
          </w:p>
        </w:tc>
        <w:tc>
          <w:tcPr>
            <w:tcW w:type="dxa" w:w="2835"/>
          </w:tcPr>
          <w:p>
            <w:pPr>
              <w:spacing w:lineRule="exact" w:line="600"/>
              <w:jc w:val="center"/>
            </w:pPr>
            <w:r/>
            <w:r>
              <w:rPr>
                <w:rFonts w:ascii="仿宋_GB2312" w:hAnsi="仿宋_GB2312" w:eastAsia="仿宋_GB2312"/>
                <w:b w:val="0"/>
                <w:color w:val="000000"/>
                <w:sz w:val="32"/>
              </w:rPr>
              <w:t>章丘区2024年</w:t>
            </w:r>
          </w:p>
        </w:tc>
      </w:tr>
      <w:tr>
        <w:tc>
          <w:tcPr>
            <w:tcW w:type="dxa" w:w="3685"/>
          </w:tcPr>
          <w:p>
            <w:pPr>
              <w:spacing w:lineRule="exact" w:line="600"/>
              <w:jc w:val="center"/>
            </w:pPr>
            <w:r/>
            <w:r>
              <w:rPr>
                <w:rFonts w:ascii="仿宋_GB2312" w:hAnsi="仿宋_GB2312" w:eastAsia="仿宋_GB2312"/>
                <w:b w:val="0"/>
                <w:color w:val="000000"/>
                <w:sz w:val="32"/>
              </w:rPr>
              <w:t>技改投资</w:t>
            </w:r>
          </w:p>
        </w:tc>
        <w:tc>
          <w:tcPr>
            <w:tcW w:type="dxa" w:w="2551"/>
          </w:tcPr>
          <w:p>
            <w:pPr>
              <w:spacing w:lineRule="exact" w:line="600"/>
              <w:jc w:val="center"/>
            </w:pPr>
            <w:r/>
            <w:r>
              <w:rPr>
                <w:rFonts w:ascii="仿宋_GB2312" w:hAnsi="仿宋_GB2312" w:eastAsia="仿宋_GB2312"/>
                <w:b w:val="0"/>
                <w:color w:val="000000"/>
                <w:sz w:val="32"/>
              </w:rPr>
              <w:t>71.1亿元（+11.5%）</w:t>
            </w:r>
          </w:p>
        </w:tc>
        <w:tc>
          <w:tcPr>
            <w:tcW w:type="dxa" w:w="2835"/>
          </w:tcPr>
          <w:p>
            <w:pPr>
              <w:spacing w:lineRule="exact" w:line="600"/>
              <w:jc w:val="center"/>
            </w:pPr>
            <w:r/>
            <w:r>
              <w:rPr>
                <w:rFonts w:ascii="仿宋_GB2312" w:hAnsi="仿宋_GB2312" w:eastAsia="仿宋_GB2312"/>
                <w:b w:val="0"/>
                <w:color w:val="000000"/>
                <w:sz w:val="32"/>
              </w:rPr>
              <w:t>章丘区2024年</w:t>
            </w:r>
          </w:p>
        </w:tc>
      </w:tr>
      <w:tr>
        <w:tc>
          <w:tcPr>
            <w:tcW w:type="dxa" w:w="3685"/>
          </w:tcPr>
          <w:p>
            <w:pPr>
              <w:spacing w:lineRule="exact" w:line="600"/>
              <w:jc w:val="center"/>
            </w:pPr>
            <w:r/>
            <w:r>
              <w:rPr>
                <w:rFonts w:ascii="仿宋_GB2312" w:hAnsi="仿宋_GB2312" w:eastAsia="仿宋_GB2312"/>
                <w:b w:val="0"/>
                <w:color w:val="000000"/>
                <w:sz w:val="32"/>
              </w:rPr>
              <w:t>刁镇化工园面积</w:t>
            </w:r>
          </w:p>
        </w:tc>
        <w:tc>
          <w:tcPr>
            <w:tcW w:type="dxa" w:w="2551"/>
          </w:tcPr>
          <w:p>
            <w:pPr>
              <w:spacing w:lineRule="exact" w:line="600"/>
              <w:jc w:val="center"/>
            </w:pPr>
            <w:r/>
            <w:r>
              <w:rPr>
                <w:rFonts w:ascii="仿宋_GB2312" w:hAnsi="仿宋_GB2312" w:eastAsia="仿宋_GB2312"/>
                <w:b w:val="0"/>
                <w:color w:val="000000"/>
                <w:sz w:val="32"/>
              </w:rPr>
              <w:t>7.56平方公里</w:t>
            </w:r>
          </w:p>
        </w:tc>
        <w:tc>
          <w:tcPr>
            <w:tcW w:type="dxa" w:w="2835"/>
          </w:tcPr>
          <w:p>
            <w:pPr>
              <w:spacing w:lineRule="exact" w:line="600"/>
              <w:jc w:val="center"/>
            </w:pPr>
            <w:r/>
            <w:r>
              <w:rPr>
                <w:rFonts w:ascii="仿宋_GB2312" w:hAnsi="仿宋_GB2312" w:eastAsia="仿宋_GB2312"/>
                <w:b w:val="0"/>
                <w:color w:val="000000"/>
                <w:sz w:val="32"/>
              </w:rPr>
              <w:t>省级化工园区</w:t>
            </w:r>
          </w:p>
        </w:tc>
      </w:tr>
      <w:tr>
        <w:tc>
          <w:tcPr>
            <w:tcW w:type="dxa" w:w="3685"/>
          </w:tcPr>
          <w:p>
            <w:pPr>
              <w:spacing w:lineRule="exact" w:line="600"/>
              <w:jc w:val="center"/>
            </w:pPr>
            <w:r/>
            <w:r>
              <w:rPr>
                <w:rFonts w:ascii="仿宋_GB2312" w:hAnsi="仿宋_GB2312" w:eastAsia="仿宋_GB2312"/>
                <w:b w:val="0"/>
                <w:color w:val="000000"/>
                <w:sz w:val="32"/>
              </w:rPr>
              <w:t>园区蒸汽供应</w:t>
            </w:r>
          </w:p>
        </w:tc>
        <w:tc>
          <w:tcPr>
            <w:tcW w:type="dxa" w:w="2551"/>
          </w:tcPr>
          <w:p>
            <w:pPr>
              <w:spacing w:lineRule="exact" w:line="600"/>
              <w:jc w:val="center"/>
            </w:pPr>
            <w:r/>
            <w:r>
              <w:rPr>
                <w:rFonts w:ascii="仿宋_GB2312" w:hAnsi="仿宋_GB2312" w:eastAsia="仿宋_GB2312"/>
                <w:b w:val="0"/>
                <w:color w:val="000000"/>
                <w:sz w:val="32"/>
              </w:rPr>
              <w:t>1775t/h</w:t>
            </w:r>
          </w:p>
        </w:tc>
        <w:tc>
          <w:tcPr>
            <w:tcW w:type="dxa" w:w="2835"/>
          </w:tcPr>
          <w:p>
            <w:pPr>
              <w:spacing w:lineRule="exact" w:line="600"/>
              <w:jc w:val="center"/>
            </w:pPr>
            <w:r/>
            <w:r>
              <w:rPr>
                <w:rFonts w:ascii="仿宋_GB2312" w:hAnsi="仿宋_GB2312" w:eastAsia="仿宋_GB2312"/>
                <w:b w:val="0"/>
                <w:color w:val="000000"/>
                <w:sz w:val="32"/>
              </w:rPr>
              <w:t>刁镇化工园</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后疫情时代公共卫生体系建设与县域医疗能力提升拉动设备更新；AI+医疗器械、POCT与家用检测增长（来源：行业研判）。济南推进“AI+医药”平台（来源：济南市现代医药产业链研讨会，2025）。</w:t>
      </w:r>
    </w:p>
    <w:p>
      <w:pPr>
        <w:spacing w:lineRule="exact" w:line="600" w:before="120" w:after="120"/>
        <w:ind w:firstLine="420"/>
        <w:jc w:val="left"/>
      </w:pPr>
      <w:r>
        <w:rPr>
          <w:rFonts w:ascii="楷体_GB2312" w:hAnsi="楷体_GB2312" w:eastAsia="楷体_GB2312"/>
          <w:b w:val="0"/>
          <w:color w:val="000000"/>
          <w:sz w:val="32"/>
        </w:rPr>
        <w:t>（二）风险</w:t>
      </w:r>
    </w:p>
    <w:p>
      <w:pPr>
        <w:spacing w:lineRule="exact" w:line="600" w:before="0" w:after="0"/>
        <w:ind w:firstLine="420"/>
        <w:jc w:val="both"/>
      </w:pPr>
      <w:r>
        <w:rPr>
          <w:rFonts w:ascii="仿宋_GB2312" w:hAnsi="仿宋_GB2312" w:eastAsia="仿宋_GB2312"/>
          <w:b w:val="0"/>
          <w:color w:val="000000"/>
          <w:sz w:val="32"/>
        </w:rPr>
        <w:t>医疗器械集采与控费压缩利润；注册周期长、合规成本高；高端设备核心部件仍依赖进口（来源：行业研判）。</w:t>
      </w:r>
    </w:p>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（一）高端化与智能化</w:t>
      </w:r>
    </w:p>
    <w:p>
      <w:pPr>
        <w:spacing w:lineRule="exact" w:line="600" w:before="0" w:after="0"/>
        <w:ind w:firstLine="420"/>
        <w:jc w:val="both"/>
      </w:pPr>
      <w:r>
        <w:rPr>
          <w:rFonts w:ascii="仿宋_GB2312" w:hAnsi="仿宋_GB2312" w:eastAsia="仿宋_GB2312"/>
          <w:b w:val="0"/>
          <w:color w:val="000000"/>
          <w:sz w:val="32"/>
        </w:rPr>
        <w:t>依托济南国际医学中心与国家健康医疗大数据北方中心，推动医疗器械向高端影像、体外诊断与智能设备升级（来源：济南市现代医药产业链研讨会，2025）。</w:t>
      </w:r>
    </w:p>
    <w:p>
      <w:pPr>
        <w:spacing w:lineRule="exact" w:line="600" w:before="120" w:after="120"/>
        <w:ind w:firstLine="420"/>
        <w:jc w:val="left"/>
      </w:pPr>
      <w:r>
        <w:rPr>
          <w:rFonts w:ascii="楷体_GB2312" w:hAnsi="楷体_GB2312" w:eastAsia="楷体_GB2312"/>
          <w:b w:val="0"/>
          <w:color w:val="000000"/>
          <w:sz w:val="32"/>
        </w:rPr>
        <w:t>（二）链长制协同</w:t>
      </w:r>
    </w:p>
    <w:p>
      <w:pPr>
        <w:spacing w:lineRule="exact" w:line="600" w:before="0" w:after="0"/>
        <w:ind w:firstLine="420"/>
        <w:jc w:val="both"/>
      </w:pPr>
      <w:r>
        <w:rPr>
          <w:rFonts w:ascii="仿宋_GB2312" w:hAnsi="仿宋_GB2312" w:eastAsia="仿宋_GB2312"/>
          <w:b w:val="0"/>
          <w:color w:val="000000"/>
          <w:sz w:val="32"/>
        </w:rPr>
        <w:t>山东省“十链百群万企”行动推动大中小企业融通，以博科等龙头引领配套企业（来源：山东省工信厅鲁工信发〔2024〕6号）。</w:t>
      </w:r>
    </w:p>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（一）设备升级与注册融资</w:t>
      </w:r>
    </w:p>
    <w:p>
      <w:pPr>
        <w:spacing w:lineRule="exact" w:line="600" w:before="0" w:after="0"/>
        <w:ind w:firstLine="420"/>
        <w:jc w:val="both"/>
      </w:pPr>
      <w:r>
        <w:rPr>
          <w:rFonts w:ascii="仿宋_GB2312" w:hAnsi="仿宋_GB2312" w:eastAsia="仿宋_GB2312"/>
          <w:b w:val="0"/>
          <w:color w:val="000000"/>
          <w:sz w:val="32"/>
        </w:rPr>
        <w:t>IVD与防护设备企业产线智能化、洁净车间改造需固定资产贷款；新产品注册检验需研发资金，可依托“鲁科贷”“鲁科担”（来源：山东省科技金融政策）。</w:t>
      </w:r>
    </w:p>
    <w:p>
      <w:pPr>
        <w:spacing w:lineRule="exact" w:line="600" w:before="120" w:after="120"/>
        <w:ind w:firstLine="420"/>
        <w:jc w:val="left"/>
      </w:pPr>
      <w:r>
        <w:rPr>
          <w:rFonts w:ascii="楷体_GB2312" w:hAnsi="楷体_GB2312" w:eastAsia="楷体_GB2312"/>
          <w:b w:val="0"/>
          <w:color w:val="000000"/>
          <w:sz w:val="32"/>
        </w:rPr>
        <w:t>（二）市场拓展融资</w:t>
      </w:r>
    </w:p>
    <w:p>
      <w:pPr>
        <w:spacing w:lineRule="exact" w:line="600" w:before="0" w:after="0"/>
        <w:ind w:firstLine="420"/>
        <w:jc w:val="both"/>
      </w:pPr>
      <w:r>
        <w:rPr>
          <w:rFonts w:ascii="仿宋_GB2312" w:hAnsi="仿宋_GB2312" w:eastAsia="仿宋_GB2312"/>
          <w:b w:val="0"/>
          <w:color w:val="000000"/>
          <w:sz w:val="32"/>
        </w:rPr>
        <w:t>博科等龙头企业拓展海内外市场需营运资金，可运用出口信保与“泉融通”平台（来源：章丘区2024年计划报告）。</w:t>
      </w:r>
    </w:p>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科兴生物制药股份有限公司：主营生物制品/化学药（重组蛋白药物、人干扰素α1b、人促红素等）；科创板上市公司（688136），位于章丘埠村街道，为章丘医药及防护用品集群生物制药龙头（注：原‘科兴生物制药（山东）有限公司’应为‘科兴生物制药股份有限公司’）。来源：章丘区重点产业报道、天眼查/公司官网。</w:t>
      </w:r>
    </w:p>
    <w:p>
      <w:pPr>
        <w:spacing w:lineRule="exact" w:line="600" w:before="0" w:after="0"/>
        <w:ind w:firstLine="420"/>
        <w:jc w:val="both"/>
      </w:pPr>
      <w:r>
        <w:rPr>
          <w:rFonts w:ascii="仿宋_GB2312" w:hAnsi="仿宋_GB2312" w:eastAsia="仿宋_GB2312"/>
          <w:b w:val="0"/>
          <w:color w:val="000000"/>
          <w:sz w:val="32"/>
        </w:rPr>
        <w:t>山东博科生物产业有限公司：主营体外诊断设备及试剂、生物安全防护设备；国家级专精特新‘小巨人’、制造业单项冠军，位于章丘明水经开区，为集群医疗器械与体外诊断龙头。来源：章丘区重点产业报道、天眼查。</w:t>
      </w:r>
    </w:p>
    <w:p>
      <w:pPr>
        <w:spacing w:lineRule="exact" w:line="600" w:before="0" w:after="0"/>
        <w:ind w:firstLine="420"/>
        <w:jc w:val="both"/>
      </w:pPr>
      <w:r>
        <w:rPr>
          <w:rFonts w:ascii="仿宋_GB2312" w:hAnsi="仿宋_GB2312" w:eastAsia="仿宋_GB2312"/>
          <w:b w:val="0"/>
          <w:color w:val="000000"/>
          <w:sz w:val="32"/>
        </w:rPr>
        <w:t>华润双鹤利民药业（济南）有限公司：主营西药制剂（心脑血管、抗生素、内分泌等）；华润双鹤全资子公司，位于章丘，为集群化学药骨干企业。来源：章丘区重点产业报道。</w:t>
      </w:r>
    </w:p>
    <w:p>
      <w:pPr>
        <w:spacing w:lineRule="exact" w:line="600" w:before="0" w:after="0"/>
        <w:jc w:val="left"/>
      </w:pPr>
      <w:r>
        <w:rPr>
          <w:rFonts w:ascii="仿宋_GB2312" w:hAnsi="仿宋_GB2312" w:eastAsia="仿宋_GB2312"/>
          <w:b w:val="0"/>
          <w:color w:val="000000"/>
          <w:sz w:val="28"/>
        </w:rPr>
        <w:t>主要数据来源：山东省人民政府《“十强产业”行动计划（2024—2025年）》（鲁政发〔2024〕5号）；济南市工信局：现代医药产业链数据（大众日报，2025-06-13）；章丘区2024年国民经济和社会发展计划执行情况报告；章丘区重点产业报道（博科生物、科兴生物等）；山东省工信厅《山东省“十链百群万企”融链固链三年行动计划（2024-2026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