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山东博兴（商用智能厨房设备）特色产业集群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厨房设备智能控制系统行业深度分析报告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博兴县政府官网、新华社/大众日报/齐鲁晚报等媒体报道、企业公开信息及行业报告。数据截至2024—2026年；商用厨具「智能控制系统」（电控、物联网、软件平台）多为企业内部研发，公开量化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厨房设备智能控制系统是博兴商用厨具从「硬件制造」迈向「智慧厨房」的价值跃升环节，涵盖电控模块、物联网（IoT）控制器、能耗管理软件、智能菜谱与「厨链」设计平台等。在金佰特等龙头带动下，智能绿云系列炉灶实现火力标准化与远程控制，从单品智能延伸到后厨整体配套智能化；企业与群核科技合作开发「厨链」软件，配置1000多款模型一键拖拽。山东省厨具协会已发布20多项团体标准，2024年7月起商用燃气燃烧器具实施3C强制认证。该环节是博兴对标「世界厨房」、突破同质化内卷的核心抓手，但核心电控器件与工业软件仍部分外购，需强化自主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智能绿云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远程控制炉灶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厨链软件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1000+模型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团体标准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20多项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100多项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研发加计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780余万元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中国税务报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3C认证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2024.7强制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节能灶效率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+30%以上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控制系统契合国家智能制造、设备更新与数字化转型政策。博兴县将商用厨具列入七大重点产业链并实施链长制（来源：人民网）；2026年质量提升专项行动要求重点企业建立「日管控、周排查、月调度」机制，并强化智能产品标准话语权（来源：博政办发〔2026〕1号）。商用燃气燃烧器具自2024年7月起实施3C认证，倒逼电控与安全控制系统升级（来源：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以「中国智慧厨都」为品牌目标，与山东大学共建智能厨具研究院、与海尔·卡奥斯联合打造全国首个商厨行业数字化服务平台（来源：人民网）。智能控制系统是「智慧厨都」的技术内核，兴福镇正依托产业大脑实现全链条质量管控（来源：齐鲁晚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链长制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7条重点产业链之一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质量行动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博政办发〔2026〕1号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博兴政府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3C认证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2024.7起实施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卡奥斯联合首个商厨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中国智慧厨都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支柱产业与区位（本批真实数据补充·来源见正文）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用厨具制造是博兴县支柱产业之一，历经40余年发展，博兴已成为全国最大的不锈钢商用厨具生产基地之一。2024年博兴县实施产业链“链长制”，商用厨具产业“量质齐升”。（来源：博兴县优化营商环境报道、人民网2024博兴厨具节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产业定位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全国最大不锈钢厨具基地之一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博兴县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发展模式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产业链链长制（7条重点链）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2022年起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区域品牌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“中国智慧厨都”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兴福镇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（一）智能控制系统构成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厨房设备智能控制系统由感知层（温度/火焰/流量传感器）、控制层（MCU/PLC控制器、变频模块）、网络层（IoT网关、云平合）、应用层（能耗管理、智能菜谱、远程运维）组成。「行业共性研判」：博兴企业多具备整机集成与电控装配能力，核心芯片、高端传感器仍外购，软件以自研+合作（如群核科技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（二）上下游协同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电控元件、燃气阀件本地配套完善；中游由金佰特等整机厂集成智能控制系统；下游通过工程配套交付。山东省厨具协会发布《中餐燃气炒菜灶》等20多项团体标准，部分涉及智能与安全控制（来源：人民网）。「行业共性研判」：控制系统标准化程度低，跨品牌互联互通仍是短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临清/博兴情况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感知层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温度/火焰/流量传感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外购为主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控制层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MCU/PLC/变频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整机厂集成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网络层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IoT网关/云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金佰特绿云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应用层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能耗/菜谱/运维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厨链软件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20多项团标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省厨具协会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从制造到数字化服务（本批真实数据补充·来源见正文）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福镇商用厨具生产及配套企业超2800家，年可实现产值300亿元以上，占国内市场份额40%、全省90%。博兴与山东大学共建智能厨具研究院，与海尔·卡奥斯联合打造全国首个商厨行业数字化服务平台，形成“研发—制造—会展—服务”全产业链。（来源：人民网2024第19届博兴厨具节、博兴县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厨具及配套企业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超2800家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兴福镇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300亿元以上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占全国40%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全国市场份额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40%（山东90%）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行业领先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全国首个商厨行业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卡奥斯联合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连锁餐饮、团餐、中央厨房对标准化、可追溯、低能耗设备需求上升，带动智能控制系统放量。金佰特智能绿云炉灶「火力标准化、大小火可视、可远程控制开关与运行」（来源：齐鲁晚报）。北京冬奥、卡塔尔世界杯等标杆项目采用兴福智能厨具（来源：齐鲁晚报）。「行业共性研判」：海外市场对CE/UL认证的智能控制器需求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智能控制系统以整机厂自研为主，金佰特领先；南方（广东、浙江）在电控器件与工业软件上更具优势。「行业共性研判」：博兴需补齐「控制软件+核心器件」自主能力，避免沦为硬件组装。3C认证提升安全控制门槛，利好规范化企业（来源：人民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连锁/团餐/中央厨房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冬奥/世界杯采用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领先者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金佰特绿云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短板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核心器件外购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门槛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3C认证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会展经济与出口（本批真实数据补充·来源见正文）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第十九届中国（博兴）国际厨具节吸引国内外客商3100余家、达成意向交易额100亿元；兴福镇目标商用厨具出口从50多个国家和地区增至60个以上、产业规模力争达500亿元。金佰特厨具2024年办理出口退税2000余万元、研发加计扣除780余万元。（来源：中国税务报2024、人民网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厨具节意向交易额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3100余家客商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60+国家地区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原50多个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产业规模目标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兴福镇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金佰特出口退税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2000余万元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福镇2800余家厨具企业中，具备智能控制系统集成能力的为头部梯队，金佰特、伊德欣、京都厨业等为代表（来源：人民网、齐鲁晚报）。京都厨业与青岛理工大学合作研发焊接机器人，解决异形定制加工（来源：齐鲁晚报）。「行业共性研判」：多数中小企业仍以机械结构为主，智能化渗透率有待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（二）平台载体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与海尔·卡奥斯共建全国首个商厨行业数字化服务平台，与山东大学共建智能厨具研究院（来源：人民网）。「博兴·中国商用厨具高质量发展指数」发布，依托产业大脑实现质量管控（来源：齐鲁晚报）。这些平台为中小企业提供智能控制共性技术支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载体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功能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商厨数字化服务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智能厨具研究院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山大共建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高质量发展指数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产业大脑质控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头部企业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金佰特/伊德欣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科研合作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青岛理工（京都）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企业培育与集群（本批真实数据补充·来源见正文）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2024年博兴新增厨具产业创新型中小企业9家、专精特新企业7家；商用厨具产业获评全国首批、全市首个国家级中小企业特色产业集群，荣膺“全国商用厨具产业振兴示范镇”。（来源：博兴县报道、人民网2024）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主体/荣誉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新增创新型中小企业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9家（2024）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厨具产业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厨具产业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国家级特色产业集群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（一）核心控制技术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佰特智能绿云系列实现火力标准化与远程控制，从单品智能延伸到后厨整体配套（来源：人民网、齐鲁晚报）；与群核科技合作「厨链」软件，配置1000多款商用厨具模型，设计师一键拖拽、直观呈现（来源：人民网）。京都厨业智能互联通过传感器与算法提供能耗管控数据（来源：齐鲁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（二）标准与认证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厨具协会发布20多项团体标准，优先制定燃气灶热效率高于市场均值的团标（来源：人民网）；金佰特参与制定《商用燃气燃烧器具》国标、获专利100多项（来源：金佰特官网）。2024年7月起3C强制认证推动安全控制系统规范化（来源：人民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进展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绿云炉灶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远程控制/火力标准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厨链软件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1000+模型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团标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20多项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国标参与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商用燃气燃烧器具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金佰特100多项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3C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2024.7强制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控制系统增加电控与软件成本，但提升溢价。金佰特年销售额突破10亿元、出口占比约30%（来源：金佰特官网）；享受研发加计780余万元、出口退税2000余万元（来源：中国税务报）。「行业共性研判」：传感器与芯片外购使成本受供应链影响，规模化自研可降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以「科技副总」「产业链博士团」引才，企业与青岛理工、山大等合作（来源：人民网、齐鲁晚报）。研发加计与税费优惠缓解资金压力（来源：中国税务报）。「行业共性研判」：嵌入式软件人才、控制算法工程师是核心要素短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加计780余万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中国税务报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科技副总/博士团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山大/青岛理工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出口退税2000万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中国税务报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短板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软件人才缺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要素保障与政策（本批真实数据补充·来源见正文）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县2024年为商用厨具项目供地300余亩；设立6000万元科技创新发展和人才建设资金，组建由8位专家组成的商用厨具产业链博士团，梳理解决企业问题20余项，推广“科技小院”育才模式。（来源：博兴县优化营商环境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厨具项目供地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300余亩（2024）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要素保障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科创与人才资金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6000万元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博士团8位专家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解决企业问题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博士团梳理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AI+物联网赋能厨房设备，智能炒菜机器人、万能蒸烤箱受市场欢迎（来源：新华社）；团餐标准化、能耗双控政策利好智能节能控制系统；卡奥斯平台与山大研究院提供技术底座（来源：人民网）。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核心电控器件与工业软件依赖外部、跨品牌互联难、智能化渗透率不均（「行业研判」）；行业双重挤压（关税+内需疲软）影响智能产品出海与投入（来源：人民网）。风险：3C认证不达标将淘汰落后产能，数据安全与联网合规亦是新风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AI+物联网/团餐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平台+研究院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核心器件依赖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双重挤压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3C/数据安全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人民网/研判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（一）自主可控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鼓励龙头联合高校攻克控制算法、边缘计算与核心器件，建设商厨控制软件共性平台；依托卡奥斯商厨数字化平台输出标准化解决方案（来源：人民网）。推动智能产品互联互通标准，打破品牌孤岛（「行业研判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（二）绿色智能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能耗管控、节能灶（热效率+30%以上）为主线，发展低碳智慧厨房（来源：新华社、齐鲁晚报）；借力「高质量发展指数」与产业大脑提升智能产品质控（来源：齐鲁晚报）。目标对标「世界厨房」核心供应商（来源：齐鲁晚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自主可控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算法+核心器件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人民网/研判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互联互通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跨品牌标准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绿色智能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能耗管控/节能灶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（一）研发与软件融资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智能控制系统研发周期长、投入大，需要中长期研发资金与知识产权质押融资。金佰特享受研发加计780余万元（来源：中国税务报）。「行业共性研判」：适合「拨投结合」、科技保险与软件著作权质押。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（二）智能化改造融资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自动焊接机器人、智能产线、检测设备需要设备更新贷款；博兴对海外仓与外贸给予资金支持（来源：齐鲁晚报）。质量提升专项行动催生检测与环保改造资金需求（来源：博政办发〔2026〕1号）。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研发加计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780余万元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中国税务报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出口退税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2000余万元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中国税务报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智能产线贷款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县里资金支持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质量/检测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改造资金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博政办发2026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佰特商用厨具有限公司：智能控制系统领军者，自2017年研发智能绿云系列炉灶（火力标准化、远程控制），与群核科技合作「厨链」软件（1000+模型一键拖拽）；参与制定《商用燃气燃烧器具》国标、专利100多项；位于兴福工业园。来源：人民网、金佰特官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山东省鲁宝厨业有限公司：商用厨具标杆，参与山东省厨具协会团体标准制定（含智能与安全控制相关），推动行业规范；位于兴福镇。来源：人民网、天眼查。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山东省博兴县旺泉厨业有限公司：燃气电磁灶具等骨干企业，配套智能控制系统硬件集成环节；位于兴福镇。来源：天眼查。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博兴县政府办公室《博兴县商用厨具行业质量提升与规范治理专项行动工作方案》（博政办发〔2026〕1号）；人民网/大众日报《全国每10台商用厨具，就有4台来自这个山东小镇》（2026-01-21）；齐鲁晚报《4万人的山东小镇拿下中国商用厨具40%市场》（2025-06-26）；新华社《锅碗瓢盆，「烹」出300亿元「厨房产业」》（2025-11-05）；中国税务报《博兴税务：精细服务「智慧厨都」》（2024-11-25）；金佰特官网、天眼查企业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