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山东聊城阳谷（铜及铜深加工）特色产业集群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铜冶炼与阴极铜生产行业深度分析报告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本报告数据来源于阳谷县政府官网、中国有色金属报、祥光铜业官网及百度百科、工信部有色行业运行数据，数据截至2023—2025年；阳谷铜冶炼以祥光铜业（建发控股）为核心，已标注。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铜及铜深加工集群以铜冶炼与阴极铜生产为源头，链主阳谷祥光铜业采用世界先进的「双闪」闪速熔炼—吹炼工艺，设计年产高纯阴极铜40万吨。企业经历重整重生，2024年阴极铜产量32.07万吨、产值301.2亿元、同比增长9.3%，2025年满负荷运行、阴极铜超35万吨、年产值稳定在300亿元以上，由厦门建发通过阳谷建发控股67%。2023年全国精炼铜产量1299万吨、同比增长13.5%，铜现货均价约6.83万元/吨。该环节资源与能源密集，机遇在高端阴极铜与稀贵金属综合回收，风险在铜精矿对外依存、加工费下滑与环保约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全国精炼铜产量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1299万吨（+13.5%）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约68272元/吨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阳谷规上产值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605.05亿元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301.2亿元（+9.3%）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祥光2024阴极铜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32.07万吨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祥光2025阴极铜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超35万吨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铜精矿进口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2754万吨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铜材产量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（一）有色金属行业态势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十种有色金属产量7469.8万吨、首次突破7000万吨，同比增长7.1%；其中精炼铜产量1299万吨、同比增长13.5%（来源：工信部、新华社）。铜现货均价约68272元/吨、同比增1.2%，高位震荡（来源：工信部、新浪财经）。光伏、风电、新能源车与储能拉动铜需求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（二）区域产业定位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县2023年GDP达347.3亿元、增长6.7%，规上工业总产值突破600亿元；206家规上工业企业累计产值605.05亿元、同比增长7.74%（来源：阳谷县政府、工信局发布会）。铜及铜精深加工为主导产业，2023年产值增长11.6%；以祥光铜业为龙头建设祥光生态工业园（千亿级），目标打造北方最具影响力铜产业基地（来源：阳谷县政府、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（三）资源与贸易环境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我国铜精矿高度依赖进口，2023年进口2754万吨、同比增长9.1%（来源：工信部）。2024年铜精矿加工费TC下滑至80美元/吨以下，矿端偏紧压制冶炼利润（来源：中国有色金属报）。祥光通过建发供应链保障原料，年处理铜精矿约160万吨（来源：中国有色金属报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全国精炼铜产量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1299万吨（+13.5%）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工信部/新华社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约68272元/吨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阳谷GDP（2023）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347.3亿元（+6.7%）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阳谷县政府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阳谷规上产值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605.05亿元（+7.74%）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阳谷工信局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铜精矿进口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2754万吨（+9.1%）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铜冶炼上游为铜精矿（进口为主）、再生铜与硫酸等副产品。祥光年处理铜精矿约160万吨，配套硫酸系统（来源：中国有色金属报）。我国铜精矿对外依存度高，供应链安全是关键。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（二）中游冶炼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中游为闪速熔炼—吹炼—电解精炼，产出高纯阴极铜及金、银、铂、钯、铼等稀贵金属。祥光采用「双闪」工艺，设计年产阴极铜40万吨、黄金20吨、白银600吨、硫酸140万吨（来源：百度百科、祥光官网）。其旋浮铜冶炼技术单系统处理能力260吨/小时，为全球单系统产能最大（来源：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（三）下游深加工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阴极铜向下游铜杆、铜板带、铜管棒及电线电缆延伸。祥光生态工业园集聚祥瑞金属等铜精深加工企业，形成「阴极铜—铜杆—线缆」链条（来源：阳谷铜产业园区、天眼查）。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代表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铜精矿/再生铜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进口+建发供应链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阴极铜/稀贵金属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下游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铜杆/板带/电缆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祥瑞/阳谷电缆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铜冶炼—精深加工—电工材料全链（本批真实数据补充·来源见正文）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以祥光铜业为龙头，形成“铜冶炼—高纯阴极铜—铜精深加工—铜基电工材料与电缆”完整链条。祥光铜业拥有世界单系统产能最大的铜冶炼厂，年可生产阴极铜45万吨、黄金20吨、白银600吨、硫酸170万吨；阳谷正打造江北最大铜及铜精深加工产业基地，铜冶炼板块2024年实现产值275.6亿元。（来源：阳谷县政府2024年政府工作报告、搜狗百科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环节/产品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45万吨/年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伴生贵金属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黄金20吨/白银600吨/硫酸170万吨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综合提取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产业定位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江北最大铜及铜精深加工基地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延链补链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（一）全国供需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我国阴极铜建成产能1322万吨、电解铜产量1151.5万吨、同比增长8.9%、产能利用率87.1%（来源：新浪财经研报）。铜材产量2217万吨、同比增长4.9%，出口95.8万吨（来源：新浪财经）。终端受新能源、电网、家电拉动，表观需求1474.6万吨、同比增5.2%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（二）冶炼竞争格局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内铜冶炼呈头部集中，江铜、铜陵有色、中国铜业等居前。祥光设计产能40万吨居中型骨干，以「双闪」技术与稀贵金属回收形成差异化。2024年TC下滑使冶炼利润承压，副产品硫酸与加工费是利润关键（来源：中国有色金属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（三）价格与利润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2023年铜现货均价68272元/吨，高位运行；铜精矿现货TC全年均值81.4美元/吨但年末加速回落，冶炼利润波动于盈亏边缘（来源：新浪财经研报）。祥光凭规模与技术维持正盈利。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电解铜产量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1151.5万吨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产能利用率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87.1%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铜材产量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2217万吨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铜现货均价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68272元/吨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工信部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全年TC均值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81.4美元/吨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（一）集群龙头祥光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祥光铜业有限公司位于阳谷县石佛镇祥光路1号，2004年底注册，占地80.28万平方米，现有员工1600余人；采用世界第二座「双闪」工艺，项目总投资56亿元（来源：百度百科、电企查）。是北方最大铜产业基地龙头，年处理铜精矿约160万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（二）重整与控股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2023年9月法院批准重整计划，2024年6月厦门建发股份通过阳谷建发成为控股股东（持股67%），注册资本由47.3亿元增至70.6亿元（来源：中国有色金属报、npazone）。建发以供应链与治理能力助企业重生。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（三）经营成果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复产产值152.56亿元、进出口110.1亿元；2023年总产值275.6亿元；2024年阴极铜32.07万吨、产值301.2亿元、同比增长9.3%、税金4.1亿元、同比增长177.8%；2025年满负荷运行、阴极铜超35万吨、年产值稳定在300亿元以上（来源：中国有色金属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年份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阴极铜产量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产值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2022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复产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152.56亿元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2023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爬坡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32.07万吨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301.2亿元（+9.3%）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超35万吨</w:t>
            </w:r>
          </w:p>
        </w:tc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300亿+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龙头重整与电缆集群（本批真实数据补充·来源见正文）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2024年引进世界500强厦门建发收购并实现重生，阳谷电缆产业获批国家级电线电缆产业“提质强企”综合试点，集聚汉河（阳谷）电缆、日辉电缆等骨干企业。祥光铜业阴极铜在上海期货交易所和伦敦金属交易所注册，“祥光”牌高纯阴极铜获国际认可。（来源：阳谷县政府2024年政府工作报告、阳谷县工信局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祥光铜业（厦门建发收购）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世界单系统最大冶炼厂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电缆集群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国家级电线电缆提质强企试点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汉河/日辉电缆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阴极铜注册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上期所+伦交所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国际认可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进出口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155.6亿元（2024）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同比+19.2%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（一）双闪与旋浮技术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采用闪速熔炼+闪速吹炼「双闪」工艺，是世界第二座、继美国肯尼科特之后采用该工艺的铜冶炼厂（来源：百度百科）。其首创「旋浮」铜冶炼技术攻克国外60余年封锁，单系统处理能力260吨/小时，获国家科技进步二等奖、中国专利奖金奖（来源：百度百科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（二）稀贵金属回收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祥光以铜精矿伴生稀散稀贵金属提取为特色，副产金、银、铂、钯、铼等，一期年产黄金10吨、白银300吨，二期达黄金20吨、白银600吨（来源：百度百科、电企查）。稀贵金属提升综合产值与抗铜价波动能力。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（三）绿色与能效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全厂水循环利用率99%以上，总能耗570千克标煤/吨阴极铜，年发电约1.4亿度，环保投资占总投资9.38%，获「国家环境友好工程」（来源：百度百科）。2026年3月生产设施升级改造项目备案，围绕冶炼、制酸、环保、能耗、安全五大板块升级，推进硫酸余热回收（来源：中国有色金属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双闪工艺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世界第二座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旋浮技术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国家科技进步二等奖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水循环利用率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99%以上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总能耗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570kg标煤/吨铜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百度百科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铜冶炼成本以铜精矿（占成本八成以上）、能源（电、煤）、硫酸副产为主。TC下滑直接压缩利润；祥光依托建发供应链锁定原料、平抑成本（来源：中国有色金属报、新浪财经）。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2024年祥光产值301.2亿元、税金4.1亿元（来源：中国有色金属报）。冶炼利润受TC与硫酸价格影响大，2023年硫酸均价237元/吨、同比降58%，挤压利润（来源：新浪财经）。稀贵金属回收贡献重要边际利润。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祥光拥有专用铁路装卸线与80万平米厂区，水电气配套完善；建发控股后治理与资金改善。短板在铜精矿高度对外依赖与环保约束（行业共性研判）。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301.2亿元（+9.3%）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2024税金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4.1亿元（+177.8%）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2025阴极铜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超35万吨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中国有色金属报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硫酸均价(2023)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237元/吨（-58%）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新浪财经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重生产值与税收跃升（本批真实数据补充·来源见正文）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祥光铜业重整后恢复生产，厦门建发投资1.5亿元实施设备整修，2024年实现产值301.2亿元、税收4.1亿元，分别增长9.3%、177.8%（另一口径铜冶炼板块产值275.6亿元、进出口155.6亿元）。阳谷县15家年产值过5亿元工业企业实现产值448.4亿元。（来源：阳谷县政府2025年政府工作报告、2024年政府工作报告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增速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祥光产值（重整口径）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301.2亿元（2024）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同比+9.3%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祥光税收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4.1亿元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同比+177.8%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铜冶炼板块产值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275.6亿元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同比+10.6%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重点工业企业产值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448.4亿元（15家过5亿企业）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县域支撑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一是新能源（光伏、风电、储能、电动车）与电网投资拉动铜长期需求；二是稀贵金属综合回收提升附加值；三是建发控股后治理与资金改善、产能释放。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一是铜精矿对外依存度高（进口2754万吨），资源安全压力大；二是冶炼产能总体过剩、TC下行压缩利润；三是环保与碳约束趋严。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一是铜价大幅波动影响库存与利润；二是矿端紧张导致加工费持续下滑；三是债务与流动性风险（企业已重整，需巩固）。建议套期保值与原料多元化（行业共性研判）。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类别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要点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程度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新能源/稀贵金属/建发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矿依赖/TC下行/环保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中高</w:t>
            </w:r>
          </w:p>
        </w:tc>
      </w:tr>
      <w:tr>
        <w:tc>
          <w:tcPr>
            <w:tcW w:type="dxa" w:w="1984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45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铜价波动/流动性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（一）绿色智能升级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推进2026年生产设施升级改造（零新增占地、盘活存量），围绕冶炼、制酸、环保、能耗、安全五大板块升级，硫酸余热回收先行，满足超低排放（来源：中国有色金属报）。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（二）再生铜与精深加工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改造为「产能提升、再生铜利用、铜精深加工布局」筑牢基础，向下游铜杆、板带延伸，提升价值链（来源：中国有色金属报）。祥光生态工业园集聚深加工企业。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（三）资源保障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依托建发全球供应链开发境内外矿产，保障长期铜资源安全；强化稀贵金属回收技术壁垒（来源：百度百科、中国有色金属报）。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抓手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预期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五大板块升级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超低排放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再生铜/铜杆延伸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价值链提升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资源保障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建发全球供应链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资源安全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（一）技改投资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2026年生产设施升级改造项目（冶炼/制酸/环保/能耗/安全）需要资本开支，以盘活存量资产为主，仍需配套资金（来源：中国有色金属报）。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（二）原料与周转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年处理铜精矿约160万吨，原料占用资金巨大，需供应链金融、信用证与套期保值额度支持（来源：中国有色金属报）。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（三）深加工扩建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向下游铜精深加工延伸、再生铜利用布局需要股权与项目贷款；建议产业基金+银团贷款（行业共性研判）。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方向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工具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中等（盘活存量）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项目贷/专项资金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原料周转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大额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供应链金融/套保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深加工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亿元级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产业基金/银团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阳谷祥光铜业有限公司：位于阳谷县石佛镇祥光路1号，2004年底注册，占地80.28万平方米，员工1600余人；采用世界第二座闪速熔炼+闪速吹炼「双闪」工艺，项目总投资56亿元，设计年产高纯阴极铜（99.9935%）40万吨、黄金20吨、白银600吨、硫酸140万吨；首创「旋浮」铜冶炼技术获国家科技进步二等奖、中国专利奖金奖，单系统处理能力260吨/小时；水循环利用率99%以上。2024年6月厦门建发通过阳谷建发控股67%，2024年阴极铜32.07万吨、产值301.2亿元（+9.3%）、税金4.1亿元，2025年阴极铜超35万吨、年产值300亿元以上。来源：百度百科、祥光官网、中国有色金属报、电企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祥瑞金属科技有限公司：位于阳谷县石佛镇祥光路（祥光生态工业园内），主营低氧铜杆、铜线材等铜精深加工，是祥光阴极铜向下游延伸的核心配套企业，为线缆与漆包线企业提供铜导体原料；公开详细财务数据有限。来源：天眼查、阳谷铜产业园区介绍（公开资料有限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阳谷电缆集团有限公司：始建于1986年，品牌「日辉」，集团旗下15家参控股企业，员工4200人、专业技术人员387人；拥有专利134项（发明专利13项），参与国标/行标/军标21项，建有山东省企业技术中心；产品覆盖35kV及以下交联电缆、电力电缆、控制电缆、通信电缆等20多系列3000多规格，服务国家电网、南方电网、中石化等，参与奥运场馆、港珠澳大桥等重点工程，出口30余个国家和地区。来源：阳谷电缆官网、行业资料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主要数据来源：阳谷县人民政府官网《2024年政府工作报告》及工信局新闻发布会（2023年数据）；中国有色金属报《涅槃重生向新行 链通铜业谱新篇》（2024-2025）；祥光铜业官网、百度百科「阳谷祥光铜业/祥光集团」；工业和信息化部《2023年有色金属行业运行情况》；新华社/东方财富《2023年十种有色金属产量首超7000万吨》；新浪财经铜月度数据跟踪、云南铜业行业表述（2023铜产量/价格）；电企查「阳谷祥光铜业有限公司」工商信息；阳谷电缆集团官网及行业资料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