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山东滨州惠民（绳网）特色产业集群</w:t>
      </w:r>
    </w:p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绳网织造与经编制品制造行业深度分析报告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本报告聚焦绳网中游织造与经编制品（建筑安全网、遮阳网、防护网、体育网、渔业网等），数据来源于惠民县政府公开答复、李庄镇产业报道、企业技改报道及行业研究；数据截至2024年，部分细分领域公开统计有限，已标注「行业共性研判」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执行摘要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绳网织造与经编制品制造是惠民绳网产业的核心环节，将上游丝线经数控经编机、织网机织成网坯，再裁切、缝制、热切为8大系列320余种终端网具（建筑安全网、遮阳网、防护网、农业网、渔业网、体育网、园艺网、养殖网）。惠民县拥有绳网企业4257家、规上89家、加工业户7100余户，2024年产值302亿元、全国份额80%，李庄镇年产约160万吨。智能制造是本轮升级主线：数控经编机转速达传统2—3倍，展鹏网业高速经编机使生产周期由10天缩至5天、单日产量由七八百公斤提升至1.5吨，耐受力+40%、抗撕拉+60%；金冠「1人看3台」效率提升3倍，全县产品合格率由85%升至98%。但建筑绳网受地产下行拖累、低端同质化致利润从十几点降至两三点，倒逼企业向高端经编（深海养殖网、消防网、防坠网）跃升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（行业主要指标）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指标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数值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来源/年份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2024产值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302亿元(+16%)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惠民县(2024)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李庄镇产量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约160万吨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李庄镇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规上企业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89家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县政府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加工户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7100余户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县政府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全国行业产值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超480亿元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行业研究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高端CAGR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11.3%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行业研究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合格率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85%→98%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全县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专利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800余项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集群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产业新城投资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479.23亿元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规划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一、宏观发展环境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（一）政策与标准强制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新修订《建筑施工高处作业安全技术规范》（JGJ80-2023）强制高危场景使用认证绳网，加速低端产能出清、利好合规企业。「十四五」应急装备规划、海洋强国战略、城市更新行动拓展防护、深海、体育用网需求。惠民出台支持新型绳网产业12条、绳网新城规划，争创国家级中小企业特色产业集群（2024年9月入选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（二）区域集群定位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惠民县以李庄镇、姜楼镇为核心，辐射胡集、辛店等镇，涌现绳网特色产业村122个，是全国最大新型绳网生产基地。李庄镇6万人口中超4万人从事绳网，2000多家企业、年产160万吨、占全国80%以上。产业新城规划48个项目、总投资479.23亿元，强化织造环节设备更新与智慧园区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（三）需求结构变化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传统建筑安全网受房地产下行影响需求不振，兴畅化纤建筑绳网占比从90%降至40%；而农业、渔业、体育、消防、深海养殖等新兴场景崛起。安惠消防逃生绳销量增长300%，金冠深海智能网箱订单排至两月后，需求结构正由「地产单核」转向「多元场景」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宏观指标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数值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来源/年份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规上绳网企业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89家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惠民县(2024)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加工业户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7100余户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县政府答复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李庄镇产量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约160万吨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李庄镇报道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特色村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122个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新华社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国家级集群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2024年9月入选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工信部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产业新城投资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479.23亿元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县政府规划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二、产业链结构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（一）织造工艺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主流为经编（ warp knitting ）与织网：丝线经经编机成网，再按密度、目数调整参数。金冠、展鹏等采用数控经编机，电脑调参替代人工扳手调齿轮。安惠拥有密目织网机78台、全自动大型织网机10台、织带机26台，覆盖织网—织带—合绳全流程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（二）后整理与成品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网坯经热切（防散边）、裁剪、缝制（包边、扣眼、绑带）、印刷、检验成为成品。阻燃、抗老化在后整理通过涂层或母料实现。腾龙篷布车间延伸深加工成品，提升单位价值。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（三）产品系列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8大系列320余种：建筑安全防护网、农业/园艺网、渔业网、体育网、防护/劳保网、休闲旅游网、养殖网、生活用网（含航天、军工特种网）。建筑类占比最高但下滑，农业、渔业、体育、消防类上升。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环节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工艺/设备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代表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织造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数控经编机/织网机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金冠/展鹏/安惠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后整理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热切/缝制/涂层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腾龙篷布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产品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8大系列320种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全县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设备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经编机+织带机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安惠78+26台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深加工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篷布/成品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腾龙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原材料—织造—应用全链（本批真实数据补充·来源见正文）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惠民县是全国最大的新型绳网生产基地，国内市场占有率超80%。全县集聚绳网企业4257家、其中规模以上企业89家、加工业户7100余户、从业人员12万余人；2024年绳网产值突破300亿元、同比增长15.38%，产品涵盖建筑、体育、渔业等8个系列320余种，出口德国、日本、美国等103个国家和地区。李庄镇年产各类绳网150万吨以上、产值超160亿元。（来源：惠民县政府2025-07、大众网）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环节/指标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数值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说明</w:t>
            </w:r>
          </w:p>
        </w:tc>
      </w:tr>
      <w:tr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绳网企业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4257家（规上89家）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全国最大基地</w:t>
            </w:r>
          </w:p>
        </w:tc>
      </w:tr>
      <w:tr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全国市占率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80%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惠民绳网</w:t>
            </w:r>
          </w:p>
        </w:tc>
      </w:tr>
      <w:tr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2024产值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300亿元（同比+15.38%）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产业集群</w:t>
            </w:r>
          </w:p>
        </w:tc>
      </w:tr>
      <w:tr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出口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103个国家和地区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8系列320余种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三、市场供需与行业竞争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（一）产量与产能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2023年惠民新型绳网产量达265万吨、产值260亿元（同比+8.33%）；2024年产值302亿元（同比超16%）。李庄镇年产约160万吨。全国绳网行业2023年总产值超480亿元、出口126亿元、占全球份额逾45%，山东（滨州、潍坊）为四大集群之首（另含江苏南通/盐城、浙江宁波/台州、河北安平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（二）竞争格局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呈「金字塔」：顶端为具备材料改性、结构仿真与全链检测能力的龙头（鲁普耐特、神王、海利得及本地金冠、安惠）；中游区域专精特新约200余家；底部大量作坊式厂商面临环保与标准合规压力。惠民本地4200余家企业中，规上仅89家，低端同质化严重、利润薄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（三）增长极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传统渔网与建筑安全网合计占比降至约42%，高端工业用绳网（风电吊装缆绳、深海养殖网、防坠生命线）及特种功能网（阻燃B1级、医用级）年复合增长率达11.3%，为结构升级核心引擎。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市场指标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数值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来源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2023全国产值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超480亿元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行业研究报告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出口额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126亿元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行业研究报告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全球份额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逾45%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行业研究报告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高端增速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CAGR 11.3%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行业研究报告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惠民2024产值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302亿元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县政府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传统占比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降至约42%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行业研究报告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四、产业集群与市场主体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（一）李庄—姜楼双核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李庄镇为全国最大化纤绳网产业基地，年产150万吨、产值突破160亿元、占全国80%，电商3600家。姜楼镇以劳保、绳带见长，安惠绳网坐落于此，11家企业参展第108届劳保展。两镇构成「织造+绳带」双中心，辐射全县122个特色村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（二）龙头织造企业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金冠网具为经编织造与智能网箱龙头，省绳网标委会秘书长单位、100余项专利；安惠绳网为消防逃生绳龙头（3C认证、全国第5家）；展鹏网业为户外防护塑编领军，出口45国、2024年总产值破1.5亿元，新引20余台高速经编机。腾龙化纤转型篷布深加工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（三）中小企业生态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7100余加工户以传统建筑网、遮阳网为主，设备老旧、同质竞争。政府推动「企业+村党支部+农户」红网工坊（全镇32个，带村集体年增收60余万元），并开展技改全覆盖。入园集聚与设备更新是中小户出路。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主体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角色/指标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备注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李庄镇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年产160万吨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全国80%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展鹏网业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出口45国/1.5亿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高速机20+台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安惠绳网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逃生绳3C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姜楼镇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金冠网具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100+专利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标委会秘书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加工户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7100余户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红网工坊32个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五、技术工艺与创新能力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（一）智能织造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数控经编机转速达传统2—3倍，电脑中控替代人工扳手调参，精准适配各国密度/目数标准。展鹏网业高速经编机使生产周期10天→5天、单日产量1.5吨（原七八百公斤）、耐受力+40%、抗撕拉+60%。八匹马塑料引进数控经编机后产量+30%、成本-10%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（二）效率与质量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金冠网具「1人看3台」、效率提升3倍；全县产品合格率由3年前85%升至98%。高端智能化绳网项目（投资2.2亿元）达产年营收1.5亿元，示范带动。AI工艺生成系统按经纬度密度自动输出生产流程，规避人工误差。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（三）创新平台与研发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建成国内首家绳网先进技术研究院、山东首家绳网标准化技术中心、滨州首家生产力促进中心；与东华大学、青岛大学等45所高校合作，53项科研成果从实验室走向生产线；集群研发投入强度达5.68%，累计申请专利800余项、软著50余项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技术指标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提升幅度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主体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经编机转速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2-3倍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展鹏/行业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生产周期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10天→5天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展鹏网业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单日产量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0.8→1.5吨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展鹏网业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耐受力/抗撕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+40%/+60%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展鹏网业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合格率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85%→98%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全县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专利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800余项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集群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（五）省级创新能力与技改政策框架参照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从省级创新与技改政策看，山东省持续加大创新投入：省级科技资金2024年达145.2亿元，连续6年保持高强度投入；深入实施智能化技术改造行动计划，省财政安排技术改造资金6.25亿元，对符合条件的企业给予最高2000万元贷款贴息、最高500万元设备更新补贴，支持关键工序自动化、智能工厂与数字化车间建设。优质企业培育方面，到2025年力争培育专精特新中小企业1万家左右、制造业单项冠军企业1000家左右、产业生态主导型“链主”企业200家左右，构建覆盖创新型中小企业—专精特新—小巨人—单项冠军—领航企业的梯度培育体系。（来源：山东省财政厅，2024；省发展改革委/省工信厅，《先进制造业强省行动计划（2022—2025年）》）（省级框架参照）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省级创新/技改指标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规模/目标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来源/年份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省级科技资金（2024）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145.2亿元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省财政厅，2024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省级技术改造财政支持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6.25亿元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省发展改革委，2025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技改专项贷/设备更新补贴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最高2000万贴息、500万补贴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省发展改革委，2025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专精特新中小企业（到2025）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1万家左右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先进制造业强省行动计划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制造业单项冠军（到2025）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1000家左右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先进制造业强省行动计划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产业生态主导型链主企业（到2025）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200家左右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先进制造业强省行动计划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六、成本盈利与要素保障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（一）制造成本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织造成本中原料丝线占60%—70%，人工15%—25%，能源与折旧15%—20%。设备升级（高速经编机）虽增折旧，但提效降本显著。电商与集中采购（汇绳网）使原料吨省约100元、年节约300余万元。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（二）能源与环保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织造与热切耗能、有VOCs，环保改造压力推高合规成本；园区集中供热治污降本，371家骨干技改年均降煤耗超10万吨。山东电价中等，绿电（内蒙古/宁夏零碳工厂趋势）为未来降本方向。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（三）用工与土地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织造用工充足但高技能设备工短缺；产业园「标准地」出让（2025年供地626亩）、零增地盘活破解土地制约。物流依托滨州近港优势，出口便利。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要素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水平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影响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原料丝线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占60%-70%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价格波动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人工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15%-25%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技工短缺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能源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15%-20%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环保压力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集采降本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吨省100元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汇绳网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土地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供地626亩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标准地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七、机遇、挑战与风险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（一）智能与高端机遇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数控经编机渗透率突破35%、智能化编织装备升级，叠加深海养殖、消防、防坠、体育高端场景CAGR 11.3%，为织造环节打开价值空间。金冠智能网箱、安惠逃生绳已验证高端路径。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（二）地产下行与内卷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房地产下行致建筑绳网需求不振，低端产能严重过剩，「内卷」使利润从十几点降至两三点（姜楼镇协会语）。中小户若无差异化，将被淘汰或整合。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（三）标准与品牌短板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高端人才难引进、品牌知名度不高、国际认证（UL/EN/CCS）门槛高。展鹏曾困于渠道与国际认证，经政府组织广交会、迪拜展及标准培育破局。需持续补标准与品牌短板。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风险/机遇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表现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应对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机遇-高端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CAGR11.3%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深海/消防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风险-地产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需求不振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场景多元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风险-内卷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利润2-3点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差异化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风险-认证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UL/EN门槛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政府助认证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机遇-智能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装备35%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设备更新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（七）省级层面机遇、挑战与风险框架参照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从省级产业环境看，本集群面临三方面宏观态势。机遇：山东省以“链长制”（总链长+链长+链主，19条标志性产业链）推进“融链固链”，绿色低碳高质量发展先行区引导基金规模100亿元、撬动不低于300亿元投资，为升级项目提供资金与场景；省级科技资金2024年145.2亿元、技改专项贷等工具降低创新与技改成本。挑战：双碳约束趋紧，“十四五”期间规模以上工业单位增加值能耗需下降17%左右，重点行业先进产能占比到2027年目标超过60%，节能降碳改造压力大。风险：部分细分领域存在产能过剩与同质化竞争，国际贸易摩擦与原材料价格波动亦对出口型环节形成扰动，需强化产业链韧性与供应链安全。（来源：山东省发展改革委/省工信厅，《先进制造业强省行动计划（2022—2025年）》；省新动能基金/大众日报，2024—2025；省财政厅，2024）（省级框架参照）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省级态势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关键指标/方向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来源/年份</w:t>
            </w:r>
          </w:p>
        </w:tc>
      </w:tr>
      <w:tr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机遇：标志性产业链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19条（链长制）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省工信厅，2025</w:t>
            </w:r>
          </w:p>
        </w:tc>
      </w:tr>
      <w:tr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机遇：绿色引导基金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100亿元（撬动≥300亿）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省新动能基金，2024</w:t>
            </w:r>
          </w:p>
        </w:tc>
      </w:tr>
      <w:tr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机遇：科技/技改资金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145.2亿 / 6.25亿元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省财政厅/发改委，2024-2025</w:t>
            </w:r>
          </w:p>
        </w:tc>
      </w:tr>
      <w:tr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挑战：规上工业能耗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十四五降17%左右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省发展改革委，2025</w:t>
            </w:r>
          </w:p>
        </w:tc>
      </w:tr>
      <w:tr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挑战：先进产能占比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到2027年超过60%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省发展改革委，2025</w:t>
            </w:r>
          </w:p>
        </w:tc>
      </w:tr>
      <w:tr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风险：过剩/贸易/价格波动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需强化产业链韧性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行业共性研判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八、产业升级与发展路径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（一）智转数改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推广数控经编机、AI工艺生成与MES，打造数字化车间（已建金冠等省级数字车间2家、晨星工厂17家）。建设绳网「产业大脑」（省首批试点），实现全流程数据协同、降库存提周转。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（二）高端产品跃升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向深海养殖网、消防逃生、防坠落、体育、军工/航天等高端经编延伸。以金冠、安惠为标杆，推动中小企业从建筑网转向高附加值场景，提升单位价值与利润。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（三）标准与品牌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发挥省绳网标委会（26项标准）与姜楼检测分中心作用，推动「惠民绳网」区域品牌（入选工信部重点培育品牌、好品山东29个）。培育马德里国际商标，从「卖产品」到「卖标准、卖品牌」。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路径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举措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效果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智改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产业大脑/MES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降本提效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高端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深海/消防网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提价值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标准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26项标准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卖标准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品牌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好品山东29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溢价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数字车间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省级2家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示范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（八）省级制造业升级政策框架参照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从省级层面看，山东省以“链长制”（总链长+链长+链主，19条标志性产业链）系统推进制造业升级。《先进制造业强省行动计划（2022—2025年）》明确，到2025年培育专精特新中小企业1万家左右、制造业单项冠军企业1000家左右、产业生态主导型“链主”企业200家左右，打造11条左右标志性产业链；力争到2027年重点行业先进产能占比超过60%，“十四五”期间规模以上工业单位增加值能耗下降17%左右。省财政安排技术改造资金6.25亿元，综合运用“技改专项贷”、设备更新补贴、技改股权投资等政策工具，对符合条件的企业给予最高2000万元贷款贴息、最高500万元设备更新补贴。（来源：山东省发展改革委、省工信厅，《先进制造业强省行动计划（2022—2025年）》《山东省“十四五”制造强省建设规划》，2022—2025）（省级框架参照）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省级升级指标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目标/规模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来源/年份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专精特新中小企业（到2025）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1万家左右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先进制造业强省行动计划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制造业单项冠军企业（到2025）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1000家左右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先进制造业强省行动计划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产业生态主导型链主企业（到2025）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200家左右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先进制造业强省行动计划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标志性产业链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11条左右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先进制造业强省行动计划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重点行业先进产能占比（到2027）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超过60%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省发展改革委，2025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规上工业单位增加值能耗（十四五）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下降17%左右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省发展改革委，2025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省级技术改造财政支持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6.25亿元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省发展改革委，2025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九、潜在可能的融资需求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（一）设备更新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高速经编机单台数十万、整线千万级，展鹏一次引20余台。适合技改贷、设备融资租赁。政府设智能技改补贴，建议扩面。「绳网贷」2024年放贷17.08亿元惠及2200余家可提额。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（二）数字化与平台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产业大脑、数字车间、检测中心投资大，适合专项债/PPP与产业基金。高端智能化绳网项目（2.2亿元）示范引领，可复制。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（三）并购与出海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低端产能整合需并购基金；企业出海（海外仓、国际认证）需跨境融资与信保支持。建议设绳网产业基金，推动「抱团出海」。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融资方向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量级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工具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设备更新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数十万-千万/线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融资租赁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数字平台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千万-亿级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专项债/基金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并购整合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亿元级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产业基金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出海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—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跨境+信保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普惠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17.08亿已贷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绳网贷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（九）省级产业投融资工具参照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从省级产业投融资体系看，山东省已构建多层次资金支持工具。2024年12月，规模100亿元的省级绿色低碳高质量发展先行区建设引导基金完成注册，通过子基金和直接投资撬动不低于300亿元投资规模；省新旧动能转换基金累计投资“十强”产业项目1300多个、金额约1300亿元，带动社会资本投融资超5000亿元，其中绿色低碳相关项目355个、带动社会资本投资1824亿元。省级科技资金2024年达145.2亿元；人民银行济南分行每年安排再贷款专项额度100亿元扩大绿色信贷供给。对企业端，“技改专项贷”与设备更新补贴可对符合条件的项目给予最高2000万元贷款贴息、最高500万元设备更新补贴。（来源：山东省新动能基金管理有限公司/大众日报，2024—2025；山东省财政厅，2024；省发展改革委，2025）（省级框架参照）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省级金融工具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规模/力度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来源/年份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绿色低碳高质量发展先行区引导基金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100亿元（撬动≥300亿）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省新动能基金/大众日报，2024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新旧动能转换基金（十强产业）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投资约1300亿元、带动超5000亿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省新动能基金，2024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绿色低碳相关项目投资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355个、带动1824亿元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省新动能基金，2024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省级科技资金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145.2亿元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省财政厅，2024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绿色再贷款专项额度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100亿元/年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人民银行济南分行，2024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技改专项贷/设备更新补贴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最高2000万贴息、500万补贴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省发展改革委，2025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附件1 三个代表企业简介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山东金冠网具有限公司：经编织造与智能网箱龙头，省绳网标委会秘书长单位、100余项专利；数控经编机「1人看3台」、效率提升3倍；深海养殖智能网箱内嵌5G信号导线，可实时监测水质/温度/盐度，订单排至两月后；防虫网经改性寿命5—8年；链主带动30余家中小微升级。（来源：公司官网/新华社/齐鲁云采直播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山东滨州安惠绳网集团：消防逃生绳龙头，成立于1997年、国家级专精特新「小巨人」、28项专利；设备含密目织网机78台、全自动大型织网机10台、织带机26台；逃生绳获山东首张、全国第5张3C认证，承重2200多公斤、延伸率3.8%，相关产品销量增长300%；参与制定4项行业标准。（来源：公司官网/滨州日报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山东滨州腾龙化纤绳网有限公司：2009年起步，2024年投资3000多万元建全市首家标准化篷布（车篷布）深加工全产业链车间，创建「龙翔织造」品牌；拥有阻燃、防尘、抗氧化专利13项（发明4项），项目达产产能1万吨、新增销售收入1.2亿元，主推阻燃/荧光篷布。（来源：惠民融媒/新华社）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主要数据来源：惠民县人民政府官网：绳网产业提案/建议答复（2024产值302亿、企业4257家、加工业户7100余户）；山东省发改委优化营商环境案例、工信部2024年度中小企业特色产业集群名单；李庄镇政府/新华网：李庄镇年产160万吨、电商3600家、全国80%份额报道（2025-05-21）；滨州日报/新浪财经：安惠绳网逃生绳3C认证、销量增长300%、利润变化；惠民融媒/网易：展鹏网业高速经编机（周期10→5天、产量0.8→1.5吨）技改报道；2026-2032中国绳网行业市场研究报告（全国产值480亿、出口126亿、高端CAGR 11.3%）；新华社、新华财经：金冠智能网箱、合格率85%→98%、研发投入强度5.68%、专利800余项；中国绳网产业大数据平台/惠民绳网产业报道（产业新城48项目、总投资479.23亿元）</w:t>
      </w:r>
    </w:p>
    <w:sectPr w:rsidR="00FC693F" w:rsidRPr="0006063C" w:rsidSect="00034616">
      <w:footerReference w:type="default" r:id="rId9"/>
      <w:pgSz w:w="11906" w:h="16838"/>
      <w:pgMar w:top="2098" w:right="1474" w:bottom="1984" w:left="158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lineRule="exact" w:line="600"/>
      <w:ind w:firstLine="0"/>
      <w:jc w:val="center"/>
    </w:pPr>
    <w:r>
      <w:rPr>
        <w:rFonts w:ascii="宋体" w:hAnsi="宋体" w:eastAsia="宋体"/>
        <w:b w:val="0"/>
        <w:color w:val="000000"/>
        <w:sz w:val="28"/>
      </w:rPr>
      <w:t xml:space="preserve">— </w:t>
    </w:r>
    <w:r>
      <w:rPr>
        <w:rFonts w:ascii="Times New Roman" w:hAnsi="Times New Roman" w:eastAsia="Times New Roman"/>
        <w:b w:val="0"/>
        <w:color w:val="000000"/>
        <w:sz w:val="28"/>
      </w:rPr>
      <w:fldChar w:fldCharType="begin"/>
      <w:instrText xml:space="preserve">PAGE</w:instrText>
      <w:fldChar w:fldCharType="end"/>
    </w:r>
    <w:r>
      <w:rPr>
        <w:rFonts w:ascii="宋体" w:hAnsi="宋体" w:eastAsia="宋体"/>
        <w:b w:val="0"/>
        <w:color w:val="000000"/>
        <w:sz w:val="28"/>
      </w:rPr>
      <w:t xml:space="preserve"> —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