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山东济宁高新区(一体化道路机械智能制造)特色产业集群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道路机械主机行业深度分析报告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份报告聚焦济宁高新区道路机械主机环节，以山推工程机械股份有限公司（000680）为代表，数据来源于山推股份2023年年度报告、济宁高新区官网、新华网、山东商报等公开资料，数据截至2023年（部分集群数据截至2024—2026年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是中国六大工程机械生产基地之一（与徐州、常州、长沙、厦门、柳州并列），济宁高新区以山推股份、小松山推为龙头，形成大中小机型全覆盖、本地配套化率超70%的道路机械与工程机械集群。山推股份（000680）是国内推土机行业领军企业，推土机产品市场占有率长期保持65%以上，并实现「销售收入、销售台量、市场占有率、出口创汇、利润」五个第一，推土机产量连续20年居全球第一。2023年公司营业收入105.41亿元、同比增长5.43%，归母净利润7.65亿元、同比增长21.16%，出口收入58.78亿元、同比增长33.73%、占比达55.77%；主机产品收入67.66亿元（占64.18%）。公司通过突破工作装置自动控制、机群协同无人施工控制、智慧施工综合调度平台三大核心技术，综合施工效率提升50%以上，引领行业智能化升级。道路机械主机作为集群链主环节，对上下游拉动作用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山推2023营业收入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105.41亿元(+5.43%)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7.65亿元(+21.16%)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58.78亿元(+33.73%)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55.77%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主机产品收入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67.66亿元(占64.18%)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推土机市占率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推土机产量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连续20年全球第一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员工总数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5657人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18.44%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济宁高新区聚集企业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500余家(规上154家)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（一）国家战略与政策导向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机械行业是我国装备工业的重要组成部分，广泛应用于建筑、水利、电力、道路、矿山、港口等工程领域，属投资驱动型行业，与宏观经济及固定资产投资高度相关（来源：山推股份2023年报）。国家「十四五」规划强调智能制造、交通强国与新型城镇化，持续拉动道路机械需求；山东省实施工程机械产业「千亿工程」，济宁市集中优势资源拉长产业链条，为道路机械主机提供政策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济宁市与徐州、常州、长沙、厦门、柳州市并称为中国工程机械行业六大生产基地（来源：新华网、 sdnews）。济宁高新区是核心承载区，聚集企业500余家、规上企业154家，形成以山推股份、小松山推为龙头的工程机械产业链，是国内工程机械产业链最完整的区域之一，也是国内最大的推土机生产基地和道路机械、混凝土机械生产基地（来源：济宁高新区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中国工程机械基地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六大之一（含济宁）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新华网/山东商报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济宁高新区聚集企业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500余家（规上154家）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济宁高新区官网/2023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本地配套化率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山东商报/2026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推土机产量地位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连续20年全球第一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新华网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山推推土机市占率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65%以上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（一）上游：钢材与核心零部件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道路机械主机上游为钢铁行业、发动机及液压件等零部件制造业。钢材、零部件价格直接影响主机成本与品质。济宁高新区通过「链长制」梳理产业链图谱，引进培育液压件、发动机等「专精特新」配套企业，提升区域加工精度与品质（来源：济宁高新区官网）。山推钢材需求涵盖板材、管材等多领域，与本地钢企建立常态化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（二）中游：道路机械主机研制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股份主营推土机、压路机、平地机、摊铺机、铣刨机、混凝土机械、装载机等主机产品及履带底盘总成、传动部件等核心零部件。2023年工程机械主机产品收入67.66亿元，占营业收入64.18%（来源：山推股份2023年报）。公司是国内推土机行业领军企业，系最早一批上市的工程机械知名企业，注册地址为济宁市高新区327国道58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（三）下游：基建与矿山等应用场景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道路机械下游包括交通运输、水利、水电、能源、建筑及矿山等。2023年国内行业处下行周期，但受全球局部战争、贸易摩擦窗口期及矿山大宗商品价格稳定影响，出口工程机械市场持续上升（来源：山推股份2023年报）。济宁高新区道路机械主机依托「一带一路」与矿山场景（如新疆矿山魔方项目）拓展海内外市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钢材、发动机、液压件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本地配套企业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推土机/压路机/平地机/摊铺机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山推主机收入67.66亿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交通/水利/矿山/港口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国内+出口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（一）行业周期与出口高增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国内工程机械行业处于下行周期，主要产品销售台量较大下滑；但出口整体保持高速增长（来源：山推股份2023年报）。山推股份出口收入58.78亿元、同比增长33.73%，出口收入占比达55.77%，并实现挖掘机、装载机出口新突破，海外成为增长主引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（二）推土机竞争格局与龙头地位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土机技术壁垒强、生产呈多品种小批量特点，行业进入门槛高，呈现由山推股份等少数企业主导的格局（来源：山推股份2023年报）。山推在中国推土机行业多年保持「销售收入、销售台量、市场占有率、出口创汇、利润」五个第一，市场占有率达65%以上（来源：济宁高新区官网），产品舒适性、智能化、稳定性国内领先并达国际先进水平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山推2023营收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105.41亿元(+5.43%)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7.65亿元(+21.16%)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58.78亿元(+33.73%)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出口占比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55.77%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推土机市占率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65%以上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（一）集群规模与配套体系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济宁高新区已集聚全省25%的规模以上工程机械企业，形成以山推股份、小松机械、重汽商用车等为链主的企业群，集聚规上整机生产企业22家、零部件配套企业118家（来源：山东商报/ sdnews）。本地配套化率从60%提升至超70%，是国内工程机械产业链最完整的区域之一。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（二）市场主体与链主带动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股份为集群链主，推土机产量连续20年居全球第一；小松山推为中日合资挖掘机龙头。围绕挖掘机研发生产配套企业已超220家，采购半径压缩至30公里以内，当地采购率超80%（来源：济宁高新区官网/2026）。链主带动形成「基础产业—关键零部件—系统总成—整机装备」集聚区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规上整机企业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零部件配套企业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118家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全省规上工程机械企业占比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25%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sdnews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挖掘机配套企业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超220家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当地采购率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超80%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（一）智能化三大核心技术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股份通过突破工作装置自动控制技术、机群协同无人施工控制技术、智慧施工综合调度平台三大核心技术，实现综合施工效率提升50%以上，引领工程机械行业智能化转型升级（来源：济宁高新区官网）。公司加速向大吨位产品转型，大马力产品逐步实现国产化替代，新能源产品完成多台新产品开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（二）研发制造与人才基础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山推股份员工总数5657人，人均创收186.33万元、人均创利13.53万元（来源：山推股份2023年报/新浪财经）。公司牵头联合29家单位成立山东省工程机械智能装备创新创业共同体，推动信息化、智能化、绿色化设备改造，国家级/省级两化融合贯标试点企业分别4家、10家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技术/平台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三大核心技术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自动控制/无人施工/调度平台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施工效率+50%以上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创新创业共同体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山推牵头29家单位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协同创新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两化融合贯标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国家级4家、省级10家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数字化转型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（一）盈利与成本结构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山推股份营业收入105.41亿元，归母净利润7.65亿元，扣非净利润7.02亿元（同比+176.53%），毛利率18.44%（同比+3.75个百分点），净利率7.29%（来源：2023年报/新浪财经）。出口高增长与产品结构优化（大吨位、高附加值）推动盈利改善；前五大客户销售占比28.89%，前五大供应商采购占比38.19%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（二）要素保障与本地配套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宁高新区本地配套化率超70%、采购半径30公里、当地采购率超80%，显著降低物流与协作成本（来源：济宁高新区官网）。政府通过技改奖补（设备投资最高10%补贴、贷款贴息35%以上）激励企业升级（来源：济宁高新区官网/2026）。雄厚产业配套与政策供给为主机企业降本增效提供要素保障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105.41亿元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7.65亿元(+21.16%)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2023年报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18.44%(+3.75pct)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超70%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山东商报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技改贴息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贷款贴息35%以上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济宁高新区官网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（一）发展机遇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出口与「一带一路」市场高增长，山推出口占比已超55%；二是新能源工程机械（电动装载机、挖掘机）与智能化施工场景拓展；三是国内矿山、水利等基建需求稳健；四是济宁高新区小松全球智能制造基地等重大项目落地，强化集群能级（来源：济宁高新区官网、山东商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工程机械行业强周期，国内需求波动大；二是核心零部件（高端液压件、发动机）仍部分依赖进口，存在供应链风险；三是行业价格竞争与产能过剩；四是国四排放标准切换后市场接受过程及环保约束。企业需以技术壁垒、全球化与产品高端化对冲周期（来源：山推股份2023年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类型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应对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出口高增、新能源、智能施工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全球化+高端化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行业周期、价格竞争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大吨位转型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核心零部件依赖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补链强链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（一）向大吨位与新能源转型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股份加速向高利润、高附加值的大吨位产品转型，大马力产品实现国产化替代，新能源产品完成多台开发，大吨位装载机和静液压装载机实现销售新进展（来源：山推股份2023年报/雪球）。产品结构的优化直接改善毛利率与盈利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（二）智慧施工与矿山场景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一体化智慧施工聚焦土方、道路、矿山场景，新疆矿山魔方项目成型，打响市场化第一枪（来源：雪球）。通过智慧施工综合调度平台与机群协同，从「卖设备」向「卖施工解决方案」升级，延伸价值链、提升客户黏性，是道路机械主机升级的核心路径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大吨位/新能源产品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提毛利率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智慧施工平台/矿山魔方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卖解决方案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出口占比超55%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分散周期风险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（一）研发与智能化改造融资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道路机械主机企业突破自动控制、无人施工、新能源整机需持续研发投入，适合运用政策性科创贷款、设备更新改造专项再贷款及股权融资。济宁高新区对企业设备投资最高给予10%财政补贴、技改贷款贴息35%以上，可降低融资成本（来源：济宁高新区官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（二）产能扩张与海外布局融资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股份出口高增长带动海外产能与渠道建设需求；小松全球智能制造产业基地（总投资106亿元）等重大项目需要项目贷、产业基金支持。链主企业可通过供应链金融赋能220余家配套中小企业，整体提升集群资金效率与抗风险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场景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研发技改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智能/新能源主机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科创贷、贴息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重大项目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小松基地106亿等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项目贷、产业基金</w:t>
            </w:r>
          </w:p>
        </w:tc>
      </w:tr>
      <w:tr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配套企业220+家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推工程机械股份有限公司（000680）：注册于济宁市高新区327国道58号，国内推土机行业领军企业、最早一批上市工程机械企业；2023年营业收入105.41亿元（+5.43%）、归母净利润7.65亿元（+21.16%）、出口收入58.78亿元（+33.73%，占比55.77%）；推土机市场占有率65%以上、产量连续20年全球第一，保持销售收入/台量/占有率/出口创汇/利润五个第一；主营推土机、压路机、平地机、摊铺机、铣刨机、混凝土机械等主机及履带底盘等核心零部件；突破三大智能化核心技术、施工效率提升50%以上；控股股东山东重工集团（24.28%）、潍柴动力（15.77%）（来源：2023年报、济宁高新区官网、新华网、新浪财经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小松山推工程机械有限公司：1995年7月中日合资成立，注册济宁市高新区孟子大道277号，主营液压挖掘机和零部件，是济宁高新区道路机械与工程机械集群核心龙头之一；2010年销售收入过百亿元，2021年营业收入28.51亿元；股东为山推股份30%、小松（中国）30%、小松制作所30%、住友商事10%（来源：山东省外办、天眼查、中国证券报关联交易公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重工集团有限公司（集群控股链主）：持有山推股份24.28%股份，为山东省属国有资本投资运营公司，旗下涵盖潍柴动力、山推股份等工程机械与动力装备板块，是济宁道路机械主机集群的资本与产业协同核心（来源：山推股份2023年报十大股东）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主要数据来源：山推工程机械股份有限公司2023年年度报告（000680），巨潮资讯网 cninfo.com.cn，2024-03；济宁高新区管委会：《济宁高新区：全力打造高端装备产业高地》，jnhn.gov.cn，2023-12-05；山东商报/今日头条：《从产线聚集到覆盖全球看济宁高新区工程机械产业集群》，2026-05；新华网山东：《搭平台 强链主 济宁激活产业协同新动能》，sd.xinhuanet.com，2025-04-20；山东省委外办：《小松山推：见证中外企业合作共赢发展篇章》，wb.shandong.gov.cn，2021-06-18；新浪财经/雪球：山推股份2023年报解读报道，2024-03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