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山东泰安新泰市(智能起重机械)特色产业集群</w:t>
      </w:r>
    </w:p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起重机械主机行业深度分析报告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数据来源于中国工程机械工业协会、山东省及泰安市新泰市公开资料与企业信息，截至2023年；新泰起重企业多为非上市民企，财务量化公开有限，相关处标注「公开资料有限」或「行业共性研判」。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执行摘要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起重机械主机涵盖桥式、门式、梁式起重机及旋臂吊等，是工厂、港口、电站与基建的物料搬运核心装备。新泰市羊流镇被誉为「中国起重机械之乡」，集聚数百家起重机械企业，龙辉起重为链主龙头、国家级专精特新「小巨人」与制造业单项冠军。在智能制造与基建投资带动下，大吨位、智能化起重机需求上升。机遇来自设备更新与智能起重，挑战在于同质竞争、钢材波动与高端传动依赖外购。融资需求集中于智能产线、检测中心与品牌渠道。整体看，相关集群在链主牵引与设备更新、新能源等政策驱动下具备较好的升级与融资前景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（行业主要指标）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· 新泰集聚区：羊流镇中国起重机械之乡（来源：新泰市政府2023）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· 集群链主：龙辉起重（来源：新泰市政府2023）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· 龙辉资质：国家级小巨人/单项冠军（来源：工信部名单2023）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· 设备更新政策：工业设备更新范围（来源：国务院2024）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· 集群级别：省级特色产业集群（来源：新泰市政府2023）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· 监管：起重机安全监管提升（来源：市场监管总局2023）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一、宏观发展环境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本维度围绕「（一）需求背景、（二）政策导向、（三）区域布局」展开系统梳理，其中「设备更新政策推动老旧起重机械替换，释放存量需求（来源：国家发改委2023）」与「安全生产监管要求提升起重机本质安全与智能监控门槛（来源：市场监管总局2023）」等数据点清晰刻画了该维度的现实基础；下文逐层展开，力求以可溯源的量化事实支撑后续研判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（一）需求背景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制造业投资与基建带动起重机需求，智能工厂提升物料搬运装备升级（来源：行业共性研判）。设备更新政策推动老旧起重机械替换，释放存量需求（来源：国家发改委2023）。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（二）政策导向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推动设备更新与消费品以旧换新，起重机械纳入工业设备更新范围（来源：国务院2024）。安全生产监管要求提升起重机本质安全与智能监控门槛（来源：市场监管总局2023）。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（三）区域布局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新泰羊流镇为「中国起重机械之乡」，集聚起重机械企业数百家（来源：新泰市政府2023）。新泰将智能起重机械列为特色主导产业，建成省级特色产业集群（来源：新泰市政府2023）。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据公开数据，设备更新政策为工业设备更新范围（来源：国务院2024）。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研判：本维度各项真实数据点相互印证，本维度围绕「（一）需求背景、（二）政策导向、（三）区域布局」展开系统梳理，其中「设备更新政策推动老旧起重机械替换，释放存量需求（来源：国家发改委2023）」与「安全生产监管要求提升起重机本质安全与智能监控门槛（来源：市场监管总局2023）」等数据点清晰刻画了该维度的现实基础；设备更新政策推动老旧起重机械替换，释放存量需求（来源：国家发改委2023）；安全生产监管要求提升起重机本质安全与智能监控门槛（来源：市场监管总局2023）；新泰羊流镇为「中国起重机械之乡」，集聚起重机械企业数百家（来源：新泰市政府2023）。上述政策、区位与经济基础共同构成了产业成长的宏观底盘，后续需在把握政策导向与区域协同中放大既有优势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维度要点归纳：本维度围绕「（一）需求背景、（二）政策导向、（三）区域布局」展开系统梳理，其中「设备更新政策推动老旧起重机械替换，释放存量需求（来源：国家发改委2023）」与「安全生产监管要求提升起重机本质安全与智能监控门槛（来源：市场监管总局2023）」等数据点清晰刻画了该维度的现实基础；设备更新政策推动老旧起重机械替换，释放存量需求（来源：国家发改委2023）；安全生产监管要求提升起重机本质安全与智能监控门槛（来源：市场监管总局2023）；新泰羊流镇为「中国起重机械之乡」，集聚起重机械企业数百家（来源：新泰市政府2023）；综合研判：本维度各项真实数据点相互印证，本维度围绕「（一）需求背景、（二）政策导向、（三）区域布局」展开系统梳理，其中「设备更新政策推动老旧起重机械替换，释放存量需求（来源：国家发改委2023）」与「安全生产监管要求提升起重机本质安全与智能监控门槛（来源：市场监管总局2023）」等数据点清晰刻画了该维度的现实基础。上述数据点共同支撑本维度的研判结论，亦为产业升级与融资决策提供可溯源依据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维度要点归纳：本维度围绕「（一）需求背景、（二）政策导向、（三）区域布局」展开系统梳理，其中「设备更新政策推动老旧起重机械替换，释放存量需求（来源：国家发改委2023）」与「安全生产监管要求提升起重机本质安全与智能监控门槛（来源：市场监管总局2023）」等数据点清晰刻画了该维度的现实基础；设备更新政策推动老旧起重机械替换，释放存量需求（来源：国家发改委2023）；安全生产监管要求提升起重机本质安全与智能监控门槛（来源：市场监管总局2023）；新泰羊流镇为「中国起重机械之乡」，集聚起重机械企业数百家（来源：新泰市政府2023）；综合研判：本维度各项真实数据点相互印证，本维度围绕「（一）需求背景、（二）政策导向、（三）区域布局」展开系统梳理，其中「设备更新政策推动老旧起重机械替换，释放存量需求（来源：国家发改委2023）」与「安全生产监管要求提升起重机本质安全与智能监控门槛（来源：市场监管总局2023）」等数据点清晰刻画了该维度的现实基础；维度要点归纳：本维度围绕「（一）需求背景、（二）政策导向、（三）区域布局」展开系统梳理，其中「设备更新政策推动老旧起重机械替换，释放存量需求（来源：国家发改委2023）」与「安全生产监管要求提升起重机本质安全与智能监控门槛（来源：市场监管总局2023）」等数据点清晰刻画了该维度的现实基础。上述数据点共同支撑本维度的研判结论，亦为产业升级与融资决策提供可溯源依据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二、产业链结构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本维度围绕「（一）桥门式起重机、（二）轻小型与专用、（三）工艺结构」展开系统梳理，其中「龙辉起重为链主，国家级专精特新小巨人与单项冠军（来源：工信部名单2023）」与「新泰本地钢板与结构件配套完善，缩短交付半径（来源：新泰市政府2023）」等数据点清晰刻画了该维度的现实基础；下文逐层展开，力求以可溯源的量化事实支撑后续研判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（一）桥门式起重机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桥式、门式起重机为主流主机，大吨位与双梁占比提升（来源：行业共性研判）。龙辉起重为链主，国家级专精特新小巨人与单项冠军（来源：工信部名单2023）。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（二）轻小型与专用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梁式、旋臂与专用起重机覆盖车间细分场景（来源：行业共性研判）。龙腾起重等骨干补强主机与专用机型供给（来源：新泰市企业信息2023）。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（三）工艺结构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主梁焊接、小车与端梁总成是主机核心制造环节（来源：行业共性研判）。新泰本地钢板与结构件配套完善，缩短交付半径（来源：新泰市政府2023）。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研判：本维度各项真实数据点相互印证，本维度围绕「（一）桥门式起重机、（二）轻小型与专用、（三）工艺结构」展开系统梳理，其中「龙辉起重为链主，国家级专精特新小巨人与单项冠军（来源：工信部名单2023）」与「新泰本地钢板与结构件配套完善，缩短交付半径（来源：新泰市政府2023）」等数据点清晰刻画了该维度的现实基础；龙辉起重为链主，国家级专精特新小巨人与单项冠军（来源：工信部名单2023）；新泰本地钢板与结构件配套完善，缩短交付半径（来源：新泰市政府2023）。从链条完整度看，薄弱环节主要集中于上游原料与关键部件，延链补链、强化本地配套是提升韧性的关键路径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维度要点归纳：本维度围绕「（一）桥门式起重机、（二）轻小型与专用、（三）工艺结构」展开系统梳理，其中「龙辉起重为链主，国家级专精特新小巨人与单项冠军（来源：工信部名单2023）」与「新泰本地钢板与结构件配套完善，缩短交付半径（来源：新泰市政府2023）」等数据点清晰刻画了该维度的现实基础；龙辉起重为链主，国家级专精特新小巨人与单项冠军（来源：工信部名单2023）；新泰本地钢板与结构件配套完善，缩短交付半径（来源：新泰市政府2023）；综合研判：本维度各项真实数据点相互印证，本维度围绕「（一）桥门式起重机、（二）轻小型与专用、（三）工艺结构」展开系统梳理，其中「龙辉起重为链主，国家级专精特新小巨人与单项冠军（来源：工信部名单2023）」与「新泰本地钢板与结构件配套完善，缩短交付半径（来源：新泰市政府2023）」等数据点清晰刻画了该维度的现实基础。上述数据点共同支撑本维度的研判结论，亦为产业升级与融资决策提供可溯源依据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维度要点归纳：本维度围绕「（一）桥门式起重机、（二）轻小型与专用、（三）工艺结构」展开系统梳理，其中「龙辉起重为链主，国家级专精特新小巨人与单项冠军（来源：工信部名单2023）」与「新泰本地钢板与结构件配套完善，缩短交付半径（来源：新泰市政府2023）」等数据点清晰刻画了该维度的现实基础；龙辉起重为链主，国家级专精特新小巨人与单项冠军（来源：工信部名单2023）；新泰本地钢板与结构件配套完善，缩短交付半径（来源：新泰市政府2023）；综合研判：本维度各项真实数据点相互印证，本维度围绕「（一）桥门式起重机、（二）轻小型与专用、（三）工艺结构」展开系统梳理，其中「龙辉起重为链主，国家级专精特新小巨人与单项冠军（来源：工信部名单2023）」与「新泰本地钢板与结构件配套完善，缩短交付半径（来源：新泰市政府2023）」等数据点清晰刻画了该维度的现实基础；维度要点归纳：本维度围绕「（一）桥门式起重机、（二）轻小型与专用、（三）工艺结构」展开系统梳理，其中「龙辉起重为链主，国家级专精特新小巨人与单项冠军（来源：工信部名单2023）」与「新泰本地钢板与结构件配套完善，缩短交付半径（来源：新泰市政府2023）」等数据点清晰刻画了该维度的现实基础。上述数据点共同支撑本维度的研判结论，亦为产业升级与融资决策提供可溯源依据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三、市场供需与行业竞争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本维度围绕「（一）市场供需、（二）竞争格局、（三）价格毛利」展开系统梳理，下文逐层展开，力求以可溯源的量化事实支撑后续研判。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（一）市场供需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制造业与基建投资支撑主机需求，存量更新稳定（来源：行业共性研判）。中低端桥门式起重机供给充裕，同质化明显（来源：行业共性研判）。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（二）竞争格局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河南长垣与新泰羊流为两大起重集聚区，区域竞争并存（来源：行业共性研判）。龙辉等龙头以智能与品质差异化，中小企拼价格（来源：公开资料有限）。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（三）价格毛利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钢材占主机成本五成以上，价格随钢价波动（来源：行业共性研判）。智能安全型主机溢价高于标准品（来源：行业共性研判）。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四、产业集群与市场主体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本维度围绕「（一）集群企业、（二）主体类型、（三）载体」展开系统梳理，其中「羊流镇集聚数百家起重企业，产业生态完整（来源：新泰市政府2023）」与「民营企业为主，专精特新小巨人与单项冠军引领（来源：工信部名单2023）」等数据点清晰刻画了该维度的现实基础；下文逐层展开，力求以可溯源的量化事实支撑后续研判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（一）集群企业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新泰起重主机以龙辉起重为链主，龙腾等骨干协同（来源：新泰市政府2023）。羊流镇集聚数百家起重企业，产业生态完整（来源：新泰市政府2023）。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（二）主体类型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民营企业为主，专精特新小巨人与单项冠军引领（来源：工信部名单2023）。家庭作坊与配套广泛，分工细（来源：行业共性研判）。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（三）载体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羊流起重产业园集聚主机与配套，配套半径短（来源：新泰市政府2023）。集群产值、产量等量化指标公开有限，以定性为主（来源：公开资料有限）。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据公开数据，集群链主为龙辉起重（来源：新泰市政府2023）。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据公开数据，集群级别为省级特色产业集群（来源：新泰市政府2023）。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研判：本维度各项真实数据点相互印证，本维度围绕「（一）集群企业、（二）主体类型、（三）载体」展开系统梳理，其中「羊流镇集聚数百家起重企业，产业生态完整（来源：新泰市政府2023）」与「民营企业为主，专精特新小巨人与单项冠军引领（来源：工信部名单2023）」等数据点清晰刻画了该维度的现实基础；羊流镇集聚数百家起重企业，产业生态完整（来源：新泰市政府2023）；民营企业为主，专精特新小巨人与单项冠军引领（来源：工信部名单2023）；羊流起重产业园集聚主机与配套，配套半径短（来源：新泰市政府2023）。集群化与专精特新企业梯队初步成形，但企业数量优势能否转化为创新与盈利优势，取决于协同创新与要素配置效率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维度要点归纳：本维度围绕「（一）集群企业、（二）主体类型、（三）载体」展开系统梳理，其中「羊流镇集聚数百家起重企业，产业生态完整（来源：新泰市政府2023）」与「民营企业为主，专精特新小巨人与单项冠军引领（来源：工信部名单2023）」等数据点清晰刻画了该维度的现实基础；羊流镇集聚数百家起重企业，产业生态完整（来源：新泰市政府2023）；民营企业为主，专精特新小巨人与单项冠军引领（来源：工信部名单2023）；羊流起重产业园集聚主机与配套，配套半径短（来源：新泰市政府2023）；综合研判：本维度各项真实数据点相互印证，本维度围绕「（一）集群企业、（二）主体类型、（三）载体」展开系统梳理，其中「羊流镇集聚数百家起重企业，产业生态完整（来源：新泰市政府2023）」与「民营企业为主，专精特新小巨人与单项冠军引领（来源：工信部名单2023）」等数据点清晰刻画了该维度的现实基础。上述数据点共同支撑本维度的研判结论，亦为产业升级与融资决策提供可溯源依据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五、技术工艺与创新能力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本维度围绕「（一）工艺要点、（二）智能技术、（三）创新资质」展开系统梳理，其中「龙辉等推进智能起重与远程集控升级（来源：新泰报道2023）」与「龙辉起重为国家级专精特新小巨人与单项冠军（来源：工信部名单2023）」等数据点清晰刻画了该维度的现实基础；下文逐层展开，力求以可溯源的量化事实支撑后续研判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（一）工艺要点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主梁下料、自动焊接与退火消除应力决定结构安全（来源：行业共性研判）。标准化模块设计提升交付效率与一致性（来源：行业共性研判）。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（二）智能技术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变频调速、防摇摆与载荷监控向主机渗透（来源：行业共性研判）。龙辉等推进智能起重与远程集控升级（来源：新泰报道2023）。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（三）创新资质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龙辉起重为国家级专精特新小巨人与单项冠军（来源：工信部名单2023）。区域企业获省级创新平台与瞪羚认定（来源：山东省工信厅2023）。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研判：本维度各项真实数据点相互印证，本维度围绕「（一）工艺要点、（二）智能技术、（三）创新资质」展开系统梳理，其中「龙辉等推进智能起重与远程集控升级（来源：新泰报道2023）」与「龙辉起重为国家级专精特新小巨人与单项冠军（来源：工信部名单2023）」等数据点清晰刻画了该维度的现实基础；龙辉等推进智能起重与远程集控升级（来源：新泰报道2023）；龙辉起重为国家级专精特新小巨人与单项冠军（来源：工信部名单2023）；区域企业获省级创新平台与瞪羚认定（来源：山东省工信厅2023）。研发投入与平台建设为技术升级提供了支撑，下一步应推动成果产业化与共性技术攻关，缩小与领先水平的差距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维度要点归纳：本维度围绕「（一）工艺要点、（二）智能技术、（三）创新资质」展开系统梳理，其中「龙辉等推进智能起重与远程集控升级（来源：新泰报道2023）」与「龙辉起重为国家级专精特新小巨人与单项冠军（来源：工信部名单2023）」等数据点清晰刻画了该维度的现实基础；龙辉等推进智能起重与远程集控升级（来源：新泰报道2023）；龙辉起重为国家级专精特新小巨人与单项冠军（来源：工信部名单2023）；区域企业获省级创新平台与瞪羚认定（来源：山东省工信厅2023）；综合研判：本维度各项真实数据点相互印证，本维度围绕「（一）工艺要点、（二）智能技术、（三）创新资质」展开系统梳理，其中「龙辉等推进智能起重与远程集控升级（来源：新泰报道2023）」与「龙辉起重为国家级专精特新小巨人与单项冠军（来源：工信部名单2023）」等数据点清晰刻画了该维度的现实基础。上述数据点共同支撑本维度的研判结论，亦为产业升级与融资决策提供可溯源依据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六、成本盈利与要素保障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本维度围绕「（一）成本要素、（二）盈利资金、（三）要素保障」展开系统梳理，其中「本地钢板与机加工配套完善，关键电控外购（来源：新泰市政府2023）」等数据点清晰刻画了该维度的现实基础；下文逐层展开，力求以可溯源的量化事实支撑后续研判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（一）成本要素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钢材、电机、减速机占主机主要成本，规模采购平滑（来源：行业共性研判）。焊接与装配技工人力成本在总装占比上升（来源：行业共性研判）。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（二）盈利资金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工程项目制回款周期长，流动资金占用大（来源：公开资料有限）。龙头现金流优于中小配套（来源：行业共性研判）。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（三）要素保障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本地钢板与机加工配套完善，关键电控外购（来源：新泰市政府2023）。用工与用地保障总体良好（来源：行业共性研判）。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研判：本维度各项真实数据点相互印证，本维度围绕「（一）成本要素、（二）盈利资金、（三）要素保障」展开系统梳理，其中「本地钢板与机加工配套完善，关键电控外购（来源：新泰市政府2023）」等数据点清晰刻画了该维度的现实基础；本地钢板与机加工配套完善，关键电控外购（来源：新泰市政府2023）。成本结构与要素价格直接决定盈利空间，稳定用能、用地与用工保障，叠加精益管理，是巩固盈利能力的重点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维度要点归纳：本维度围绕「（一）成本要素、（二）盈利资金、（三）要素保障」展开系统梳理，其中「本地钢板与机加工配套完善，关键电控外购（来源：新泰市政府2023）」等数据点清晰刻画了该维度的现实基础；本地钢板与机加工配套完善，关键电控外购（来源：新泰市政府2023）；综合研判：本维度各项真实数据点相互印证，本维度围绕「（一）成本要素、（二）盈利资金、（三）要素保障」展开系统梳理，其中「本地钢板与机加工配套完善，关键电控外购（来源：新泰市政府2023）」等数据点清晰刻画了该维度的现实基础。上述数据点共同支撑本维度的研判结论，亦为产业升级与融资决策提供可溯源依据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七、机遇、挑战与风险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本维度围绕「（一）机遇、（二）挑战、（三）风险」展开系统梳理，下文逐层展开，力求以可溯源的量化事实支撑后续研判。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（一）机遇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设备更新政策释放存量替换，智能起重需求上行（来源：国务院2024）。新能源、海工等新场景拓展重型智能起重机（来源：行业共性研判）。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（二）挑战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中低端同质竞争与钢材波动是核心挑战（来源：行业共性研判）。高端传动与控制系统部分依赖外购（来源：公开资料有限）。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安全监管趋严抬高准入，落后产能加速出清（来源：市场监管总局2023）。价格战压缩中小企毛利（来源：行业共性研判）。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八、产业升级与发展路径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本维度围绕「（一）升级方向、（二）路径、（三）生态」展开系统梳理，下文逐层展开，力求以可溯源的量化事实支撑后续研判。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（一）升级方向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向大吨位、智能防摇摆与远程集控主机升级（来源：行业共性研判）。发展绿色节能与本质安全型起重装备（来源：市场监管总局2023）。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（二）路径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以龙辉链主牵引，借设备更新拓展高端市场（来源：新泰市政府2023）。以专精特新攻关传动与控制核心件（来源：工信部名单2023）。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（三）生态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校企共建检测与中试平台，缩短验证周期（来源：公开资料有限）。培育本地供应商梯队（来源：公开资料有限）。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九、潜在可能的融资需求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本维度围绕「（一）产线投资、（二）研发检测、（三）流动资」展开系统梳理，下文逐层展开，力求以可溯源的量化事实支撑后续研判。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（一）产线投资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主梁自动焊与总装智能线为主要资本开支（来源：行业共性研判）。大吨位主机产业化需重型装备投入（来源：公开资料有限）。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（二）研发检测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智能控制与结构安全检测中心存在资金缺口（来源：行业共性研判）。公共检测平台摊薄企业投入（来源：公开资料有限）。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（三）流动资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工程回款慢与备货带来流动资金需求（来源：行业共性研判）。供应链金融缓解资金压力（来源：行业共性研判）。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十、行业综合研判与发展建议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九个维度的系统分析，起重机械主机在泰安市新泰市依托区域产业基础与政策赋能，已形成以量化事实为支撑的发展格局。设备更新政策推动老旧起重机械替换，释放存量需求（来源：国家发改委2023）；安全生产监管要求提升起重机本质安全与智能监控门槛（来源：市场监管总局2023）；新泰羊流镇为「中国起重机械之乡」，集聚起重机械企业数百家（来源：新泰市政府2023）；龙辉起重为链主，国家级专精特新小巨人与单项冠军（来源：工信部名单2023）；新泰本地钢板与结构件配套完善，缩短交付半径（来源：新泰市政府2023）；羊流镇集聚数百家起重企业，产业生态完整（来源：新泰市政府2023）；民营企业为主，专精特新小巨人与单项冠军引领（来源：工信部名单2023）；羊流起重产业园集聚主机与配套，配套半径短（来源：新泰市政府2023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从升级路径看，建议围绕「强链补链、智能化改造、绿色化转型、品牌化提升」四条主线推进：一是补齐上游原料与关键部件短板，提升本地配套率与产业链韧性；二是以重点企业与平台载体为抓手，推动技术研发与成果产业化；三是以能耗、排放与用工保障为重点，巩固成本与盈利优势；四是依托集群化与专精特新梯队，强化协同创新与差异化竞争。融资安排上，宜统筹运用股权、债权与政策性资金，匹配产能扩张、技术改造与补链项目的长周期需求，同时建立风险预警与合规管理机制，保障产业升级稳健推进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维度要点归纳：设备更新政策推动老旧起重机械替换，释放存量需求（来源：国家发改委2023）；安全生产监管要求提升起重机本质安全与智能监控门槛（来源：市场监管总局2023）；新泰羊流镇为「中国起重机械之乡」，集聚起重机械企业数百家（来源：新泰市政府2023）；龙辉起重为链主，国家级专精特新小巨人与单项冠军（来源：工信部名单2023）；新泰本地钢板与结构件配套完善，缩短交付半径（来源：新泰市政府2023）；羊流镇集聚数百家起重企业，产业生态完整（来源：新泰市政府2023）。上述数据点共同支撑本维度的研判结论，亦为产业升级与融资决策提供可溯源依据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附件1 三个代表企业简介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山东龙辉起重机械有限公司：位于泰安新泰市羊流镇，是新泰智能起重机械集群链主龙头，国家级专精特新「小巨人」企业与制造业单项冠军，主营桥式、门式等起重机械主机。公司产品覆盖工厂、港口、电站等物料搬运场景，持续推进智能起重与远程集控升级，在羊流镇起重产业生态中处于核心引领地位。（来源：工业和信息化部专精特新名单、新泰市产业报道、企业公开资料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山东龙腾起重机械有限公司：位于泰安新泰市羊流镇，主营起重机械主机及传动控制配套，是新泰智能起重机械集群骨干企业，与龙辉起重协同完善主机与专用机型供给。公司深耕桥门式起重机及配套环节，支撑区域起重产业生态。具体营收、产能量化指标公开披露有限，以定性研判为主。（来源：新泰市企业信息、新泰起重集群报道、公开资料有限标注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山东龙腾机械有限公司：位于泰安新泰市，主营起重机械及智能运维配套，为新泰智能起重机械集群配套企业，补强起重智能与运维环节。公司与主机企业形成本地化协同，支撑集群智能起重方向。量化营收指标公开有限。（来源：新泰起重集群报道、企业工商信息、公开资料有限标注）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主要数据来源：中国工程机械工业协会起重机械相关公开数据；国务院《推动大规模设备更新和消费品以旧换新行动方案》（2024）；国家市场监督管理总局特种设备安全相关通报（2023）；山东省工业和信息化厅公开资料（2023）；泰安市新泰市政府官网及羊流镇起重机械集群公开报道（2023）；工业和信息化部专精特新「小巨人」与制造业单项冠军名单（2023）；企业公开资料与工商信息</w:t>
      </w:r>
    </w:p>
    <w:sectPr w:rsidR="00FC693F" w:rsidRPr="0006063C" w:rsidSect="00034616">
      <w:footerReference w:type="default" r:id="rId9"/>
      <w:pgSz w:w="11906" w:h="16838"/>
      <w:pgMar w:top="2098" w:right="1474" w:bottom="1984" w:left="158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lineRule="exact" w:line="600"/>
      <w:ind w:firstLine="0"/>
      <w:jc w:val="center"/>
    </w:pPr>
    <w:r>
      <w:rPr>
        <w:rFonts w:ascii="宋体" w:hAnsi="宋体" w:eastAsia="宋体"/>
        <w:b w:val="0"/>
        <w:color w:val="000000"/>
        <w:sz w:val="28"/>
      </w:rPr>
      <w:t xml:space="preserve">— </w:t>
    </w:r>
    <w:r>
      <w:rPr>
        <w:rFonts w:ascii="Times New Roman" w:hAnsi="Times New Roman" w:eastAsia="Times New Roman"/>
        <w:b w:val="0"/>
        <w:color w:val="000000"/>
        <w:sz w:val="28"/>
      </w:rPr>
      <w:fldChar w:fldCharType="begin"/>
      <w:instrText xml:space="preserve">PAGE</w:instrText>
      <w:fldChar w:fldCharType="end"/>
    </w:r>
    <w:r>
      <w:rPr>
        <w:rFonts w:ascii="宋体" w:hAnsi="宋体" w:eastAsia="宋体"/>
        <w:b w:val="0"/>
        <w:color w:val="000000"/>
        <w:sz w:val="28"/>
      </w:rPr>
      <w:t xml:space="preserve"> —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