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智能包装与轻工专用装备行业深度分析报告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淄川区素有「建材之乡」美誉，包装专用设备与轻工专用装备制造积淀深厚，集聚淄博盘古机械、淄博隆泰机械科技、山东千川自动化、淄博科越包装设备等10余家包装设备企业，形成以粉体包装机械、食用菌自动化生产线、智能包装产线为代表的轻工专用装备集群。盘古机械是国内粉体包装成套设备专业制造商，自主研发回转式6—14嘴水泥包装机，产品出口俄罗斯、印尼、哈萨克斯坦；隆泰机械专注食用菌自动化设备，2022年营收3000余万元，获评山东省瞪羚企业与专精特新中小企业；淄川正实施工业经济「233」攀升行动计划，打造10个特色产业和60家高成长企业两大集群，推动包装与轻工专用装备向智能化、自动化升级，并依托淄川经济开发区承载智能包装装备企业集聚发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淄川包装设备企业：10余家（来源：2023年顺企网）</w:t>
      </w:r>
    </w:p>
    <w:p>
      <w:pPr>
        <w:spacing w:lineRule="exact" w:line="600" w:before="0" w:after="0"/>
        <w:ind w:firstLine="420"/>
        <w:jc w:val="both"/>
      </w:pPr>
      <w:r>
        <w:rPr>
          <w:rFonts w:ascii="仿宋_GB2312" w:hAnsi="仿宋_GB2312" w:eastAsia="仿宋_GB2312"/>
          <w:b w:val="0"/>
          <w:color w:val="000000"/>
          <w:sz w:val="32"/>
        </w:rPr>
        <w:t>· 隆泰机械2022营收：3000余万元（来源：2022年隆泰资料）</w:t>
      </w:r>
    </w:p>
    <w:p>
      <w:pPr>
        <w:spacing w:lineRule="exact" w:line="600" w:before="0" w:after="0"/>
        <w:ind w:firstLine="420"/>
        <w:jc w:val="both"/>
      </w:pPr>
      <w:r>
        <w:rPr>
          <w:rFonts w:ascii="仿宋_GB2312" w:hAnsi="仿宋_GB2312" w:eastAsia="仿宋_GB2312"/>
          <w:b w:val="0"/>
          <w:color w:val="000000"/>
          <w:sz w:val="32"/>
        </w:rPr>
        <w:t>· 隆泰研发团队：15人（来源：2023年隆泰资料）</w:t>
      </w:r>
    </w:p>
    <w:p>
      <w:pPr>
        <w:spacing w:lineRule="exact" w:line="600" w:before="0" w:after="0"/>
        <w:ind w:firstLine="420"/>
        <w:jc w:val="both"/>
      </w:pPr>
      <w:r>
        <w:rPr>
          <w:rFonts w:ascii="仿宋_GB2312" w:hAnsi="仿宋_GB2312" w:eastAsia="仿宋_GB2312"/>
          <w:b w:val="0"/>
          <w:color w:val="000000"/>
          <w:sz w:val="32"/>
        </w:rPr>
        <w:t>· 淄川特色产业集群：10个（来源：2025年淄川区）</w:t>
      </w:r>
    </w:p>
    <w:p>
      <w:pPr>
        <w:spacing w:lineRule="exact" w:line="600" w:before="0" w:after="0"/>
        <w:ind w:firstLine="420"/>
        <w:jc w:val="both"/>
      </w:pPr>
      <w:r>
        <w:rPr>
          <w:rFonts w:ascii="仿宋_GB2312" w:hAnsi="仿宋_GB2312" w:eastAsia="仿宋_GB2312"/>
          <w:b w:val="0"/>
          <w:color w:val="000000"/>
          <w:sz w:val="32"/>
        </w:rPr>
        <w:t>· 淄川高成长企业：60家（来源：2025年淄川区）</w:t>
      </w:r>
    </w:p>
    <w:p>
      <w:pPr>
        <w:spacing w:lineRule="exact" w:line="600" w:before="0" w:after="0"/>
        <w:ind w:firstLine="420"/>
        <w:jc w:val="both"/>
      </w:pPr>
      <w:r>
        <w:rPr>
          <w:rFonts w:ascii="仿宋_GB2312" w:hAnsi="仿宋_GB2312" w:eastAsia="仿宋_GB2312"/>
          <w:b w:val="0"/>
          <w:color w:val="000000"/>
          <w:sz w:val="32"/>
        </w:rPr>
        <w:t>· 盘古机械成立：2012年（来源：2012年盘古资料）</w:t>
      </w:r>
    </w:p>
    <w:p>
      <w:pPr>
        <w:spacing w:lineRule="exact" w:line="600" w:before="0" w:after="0"/>
        <w:ind w:firstLine="420"/>
        <w:jc w:val="both"/>
      </w:pPr>
      <w:r>
        <w:rPr>
          <w:rFonts w:ascii="仿宋_GB2312" w:hAnsi="仿宋_GB2312" w:eastAsia="仿宋_GB2312"/>
          <w:b w:val="0"/>
          <w:color w:val="000000"/>
          <w:sz w:val="32"/>
        </w:rPr>
        <w:t>· 隆泰专利：55项（来源：2025年隆泰资料）</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区内集聚盘古机械、隆泰机械、千川自动化等10余家包装设备企业（来源：2023年顺企网）」与「2025年淄川出台工业经济「233」攀升行动计划打造特色产业（来源：2025年淄川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淄川区素有建材之乡美誉、包装专用设备制造积淀深厚（来源：2023年淄川名录）。区内集聚盘古机械、隆泰机械、千川自动化等10余家包装设备企业（来源：2023年顺企网）。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2025年淄川出台工业经济「233」攀升行动计划打造特色产业（来源：2025年淄川区）。计划打造10个特色产业和60家高成长企业两大集群（来源：2025年淄川区）。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淄川经济开发区承载智能包装装备企业集聚发展（来源：2023年淄川政务）。区内建有标准化工厂与产业配套服务体系（来源：2024年淄川工信）。淄川设立专项资金支持企业技术改造与智能工厂建设（来源：2023年淄川报道）。</w:t>
      </w:r>
    </w:p>
    <w:p>
      <w:pPr>
        <w:spacing w:lineRule="exact" w:line="600" w:before="0" w:after="0"/>
        <w:ind w:firstLine="420"/>
        <w:jc w:val="both"/>
      </w:pPr>
      <w:r>
        <w:rPr>
          <w:rFonts w:ascii="仿宋_GB2312" w:hAnsi="仿宋_GB2312" w:eastAsia="仿宋_GB2312"/>
          <w:b w:val="0"/>
          <w:color w:val="000000"/>
          <w:sz w:val="32"/>
        </w:rPr>
        <w:t>据公开数据，隆泰机械2022营收为3000余万元（来源：2022年隆泰资料）。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区内集聚盘古机械、隆泰机械、千川自动化等10余家包装设备企业（来源：2023年顺企网）」与「2025年淄川出台工业经济「233」攀升行动计划打造特色产业（来源：2025年淄川区）」等数据点清晰刻画了该维度的现实基础；区内集聚盘古机械、隆泰机械、千川自动化等10余家包装设备企业（来源：2023年顺企网）；2025年淄川出台工业经济「233」攀升行动计划打造特色产业（来源：2025年淄川区）；计划打造10个特色产业和60家高成长企业两大集群（来源：2025年淄川区）；区内建有标准化工厂与产业配套服务体系（来源：2024年淄川工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区内集聚盘古机械、隆泰机械、千川自动化等10余家包装设备企业（来源：2023年顺企网）」与「2025年淄川出台工业经济「233」攀升行动计划打造特色产业（来源：2025年淄川区）」等数据点清晰刻画了该维度的现实基础；区内集聚盘古机械、隆泰机械、千川自动化等10余家包装设备企业（来源：2023年顺企网）；2025年淄川出台工业经济「233」攀升行动计划打造特色产业（来源：2025年淄川区）；计划打造10个特色产业和60家高成长企业两大集群（来源：2025年淄川区）；区内建有标准化工厂与产业配套服务体系（来源：2024年淄川工信）；淄川设立专项资金支持企业技术改造与智能工厂建设（来源：2023年淄川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中游整机制造、下游应用」展开系统梳理，其中「包装机械依赖钢材、电气元件、传感器等基础配套（来源：2023年盘古资料）」与「淄川机械加工产业完善为零部件本地配套提供支撑（来源：2023年淄川产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包装机械依赖钢材、电气元件、传感器等基础配套（来源：2023年盘古资料）。淄川机械加工产业完善为零部件本地配套提供支撑（来源：2023年淄川产业）。</w:t>
      </w:r>
    </w:p>
    <w:p>
      <w:pPr>
        <w:spacing w:lineRule="exact" w:line="600" w:before="120" w:after="120"/>
        <w:ind w:firstLine="420"/>
        <w:jc w:val="left"/>
      </w:pPr>
      <w:r>
        <w:rPr>
          <w:rFonts w:ascii="楷体_GB2312" w:hAnsi="楷体_GB2312" w:eastAsia="楷体_GB2312"/>
          <w:b w:val="0"/>
          <w:color w:val="000000"/>
          <w:sz w:val="32"/>
        </w:rPr>
        <w:t>中游整机制造</w:t>
      </w:r>
    </w:p>
    <w:p>
      <w:pPr>
        <w:spacing w:lineRule="exact" w:line="600" w:before="0" w:after="0"/>
        <w:ind w:firstLine="420"/>
        <w:jc w:val="both"/>
      </w:pPr>
      <w:r>
        <w:rPr>
          <w:rFonts w:ascii="仿宋_GB2312" w:hAnsi="仿宋_GB2312" w:eastAsia="仿宋_GB2312"/>
          <w:b w:val="0"/>
          <w:color w:val="000000"/>
          <w:sz w:val="32"/>
        </w:rPr>
        <w:t>盘古机械自主研发回转式6—14嘴水泥包装机成套设备（来源：2012年盘古资料）。隆泰机械生产全自动木耳香菇装袋生产线（来源：2023年隆泰资料）。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粉体包装机应用于建材、化工、冶金、矿山等粉体行业（来源：2023年盘古资料）。食用菌自动化线服务现代农业与食品加工（来源：2023年隆泰资料）。智能包装产线拓展至食品、医药、日化等轻工领域（来源：2024年淄川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中游整机制造、下游应用」展开系统梳理，其中「包装机械依赖钢材、电气元件、传感器等基础配套（来源：2023年盘古资料）」与「淄川机械加工产业完善为零部件本地配套提供支撑（来源：2023年淄川产业）」等数据点清晰刻画了该维度的现实基础；包装机械依赖钢材、电气元件、传感器等基础配套（来源：2023年盘古资料）；淄川机械加工产业完善为零部件本地配套提供支撑（来源：2023年淄川产业）；盘古机械自主研发回转式6—14嘴水泥包装机成套设备（来源：2012年盘古资料）。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部件、中游整机制造、下游应用」展开系统梳理，其中「包装机械依赖钢材、电气元件、传感器等基础配套（来源：2023年盘古资料）」与「淄川机械加工产业完善为零部件本地配套提供支撑（来源：2023年淄川产业）」等数据点清晰刻画了该维度的现实基础；包装机械依赖钢材、电气元件、传感器等基础配套（来源：2023年盘古资料）；淄川机械加工产业完善为零部件本地配套提供支撑（来源：2023年淄川产业）；盘古机械自主研发回转式6—14嘴水泥包装机成套设备（来源：2012年盘古资料）；综合研判：本维度各项真实数据点相互印证，本维度围绕「上游部件、中游整机制造、下游应用」展开系统梳理，其中「包装机械依赖钢材、电气元件、传感器等基础配套（来源：2023年盘古资料）」与「淄川机械加工产业完善为零部件本地配套提供支撑（来源：2023年淄川产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淄川包装设备企业达10余家形成较完整供给体系（来源：2023年顺企网）」与「盘古机械厂房8000平方米、核心研发团队20年以上经验（来源：2023年盘古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淄川包装设备企业达10余家形成较完整供给体系（来源：2023年顺企网）。盘古机械厂房8000平方米、核心研发团队20年以上经验（来源：2023年盘古资料）。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建材与矿物粉体包装自动化需求稳定增长（来源：2023年盘古资料）。食用菌工厂化栽培带动自动化装袋设备需求（来源：2023年隆泰资料）。</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盘古机械以粉体包装专业制造形成差异化优势（来源：2023年盘古资料）。隆泰机械市场占有率全国领先、获瞪羚与专精特新（来源：2023年隆泰资料）。淄川包装企业抱团拓展海内外市场（来源：2023年淄川名录）。</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淄川包装设备企业达10余家形成较完整供给体系（来源：2023年顺企网）」与「盘古机械厂房8000平方米、核心研发团队20年以上经验（来源：2023年盘古资料）」等数据点清晰刻画了该维度的现实基础；淄川包装设备企业达10余家形成较完整供给体系（来源：2023年顺企网）；盘古机械厂房8000平方米、核心研发团队20年以上经验（来源：2023年盘古资料）。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盘古机械为粉体包装成套设备专业制造商、出口多国（来源：2023年盘古资料）」与「隆泰机械2022年营收3000余万元、连续三年增长（来源：2022年隆泰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淄川形成以盘古、隆泰、千川为代表的包装装备集群（来源：2023年淄川名录）。淄川经济开发区集聚包装与轻工专用装备企业（来源：2023年淄川政务）。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盘古机械为粉体包装成套设备专业制造商、出口多国（来源：2023年盘古资料）。隆泰机械2022年营收3000余万元、连续三年增长（来源：2022年隆泰资料）。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隆泰机械获评省瞪羚企业与专精特新中小企业（来源：2023年隆泰资料）。隆泰拥有专利55项、通过三体系认证（来源：2025年隆泰资料）。淄川将包装装备纳入10个特色产业重点培育（来源：2025年淄川区）。</w:t>
      </w:r>
    </w:p>
    <w:p>
      <w:pPr>
        <w:spacing w:lineRule="exact" w:line="600" w:before="0" w:after="0"/>
        <w:ind w:firstLine="420"/>
        <w:jc w:val="both"/>
      </w:pPr>
      <w:r>
        <w:rPr>
          <w:rFonts w:ascii="仿宋_GB2312" w:hAnsi="仿宋_GB2312" w:eastAsia="仿宋_GB2312"/>
          <w:b w:val="0"/>
          <w:color w:val="000000"/>
          <w:sz w:val="32"/>
        </w:rPr>
        <w:t>据公开数据，淄川包装设备企业为10余家（来源：2023年顺企网）。</w:t>
      </w:r>
    </w:p>
    <w:p>
      <w:pPr>
        <w:spacing w:lineRule="exact" w:line="600" w:before="0" w:after="0"/>
        <w:ind w:firstLine="420"/>
        <w:jc w:val="both"/>
      </w:pPr>
      <w:r>
        <w:rPr>
          <w:rFonts w:ascii="仿宋_GB2312" w:hAnsi="仿宋_GB2312" w:eastAsia="仿宋_GB2312"/>
          <w:b w:val="0"/>
          <w:color w:val="000000"/>
          <w:sz w:val="32"/>
        </w:rPr>
        <w:t>据公开数据，淄川特色产业集群为10个（来源：2025年淄川区）。</w:t>
      </w:r>
    </w:p>
    <w:p>
      <w:pPr>
        <w:spacing w:lineRule="exact" w:line="600" w:before="0" w:after="0"/>
        <w:ind w:firstLine="420"/>
        <w:jc w:val="both"/>
      </w:pPr>
      <w:r>
        <w:rPr>
          <w:rFonts w:ascii="仿宋_GB2312" w:hAnsi="仿宋_GB2312" w:eastAsia="仿宋_GB2312"/>
          <w:b w:val="0"/>
          <w:color w:val="000000"/>
          <w:sz w:val="32"/>
        </w:rPr>
        <w:t>据公开数据，淄川高成长企业为60家（来源：2025年淄川区）。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盘古机械为粉体包装成套设备专业制造商、出口多国（来源：2023年盘古资料）」与「隆泰机械2022年营收3000余万元、连续三年增长（来源：2022年隆泰资料）」等数据点清晰刻画了该维度的现实基础；盘古机械为粉体包装成套设备专业制造商、出口多国（来源：2023年盘古资料）；隆泰机械2022年营收3000余万元、连续三年增长（来源：2022年隆泰资料）；隆泰拥有专利55项、通过三体系认证（来源：2025年隆泰资料）；淄川将包装装备纳入10个特色产业重点培育（来源：2025年淄川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智能化」展开系统梳理，其中「隆泰机械全自动线提升装袋效率与一致性（来源：2023年隆泰资料）」与「淄川设立专项资金支持数字化车间与智能工厂建设（来源：2023年淄川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盘古机械自主研发回转式水泥包装机全自动微机控制（来源：2012年盘古资料）。隆泰机械掌握食用菌全自动装袋线智能控制技术（来源：2023年隆泰资料）。</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盘古机械包装机袋重合格率高、性能稳定（来源：2023年盘古资料）。隆泰机械全自动线提升装袋效率与一致性（来源：2023年隆泰资料）。</w:t>
      </w:r>
    </w:p>
    <w:p>
      <w:pPr>
        <w:spacing w:lineRule="exact" w:line="600" w:before="120" w:after="120"/>
        <w:ind w:firstLine="420"/>
        <w:jc w:val="left"/>
      </w:pPr>
      <w:r>
        <w:rPr>
          <w:rFonts w:ascii="楷体_GB2312" w:hAnsi="楷体_GB2312" w:eastAsia="楷体_GB2312"/>
          <w:b w:val="0"/>
          <w:color w:val="000000"/>
          <w:sz w:val="32"/>
        </w:rPr>
        <w:t>智能化</w:t>
      </w:r>
    </w:p>
    <w:p>
      <w:pPr>
        <w:spacing w:lineRule="exact" w:line="600" w:before="0" w:after="0"/>
        <w:ind w:firstLine="420"/>
        <w:jc w:val="both"/>
      </w:pPr>
      <w:r>
        <w:rPr>
          <w:rFonts w:ascii="仿宋_GB2312" w:hAnsi="仿宋_GB2312" w:eastAsia="仿宋_GB2312"/>
          <w:b w:val="0"/>
          <w:color w:val="000000"/>
          <w:sz w:val="32"/>
        </w:rPr>
        <w:t>淄川设立专项资金支持数字化车间与智能工厂建设（来源：2023年淄川报道）。千川自动化提供工业自动控制系统与机器人集成（来源：2023年千川资料）。包装产线向自动化、智能化方向升级（来源：2024年淄川工信）。</w:t>
      </w:r>
    </w:p>
    <w:p>
      <w:pPr>
        <w:spacing w:lineRule="exact" w:line="600" w:before="0" w:after="0"/>
        <w:ind w:firstLine="420"/>
        <w:jc w:val="both"/>
      </w:pPr>
      <w:r>
        <w:rPr>
          <w:rFonts w:ascii="仿宋_GB2312" w:hAnsi="仿宋_GB2312" w:eastAsia="仿宋_GB2312"/>
          <w:b w:val="0"/>
          <w:color w:val="000000"/>
          <w:sz w:val="32"/>
        </w:rPr>
        <w:t>据公开数据，隆泰研发团队为15人（来源：2023年隆泰资料）。</w:t>
      </w:r>
    </w:p>
    <w:p>
      <w:pPr>
        <w:spacing w:lineRule="exact" w:line="600" w:before="0" w:after="0"/>
        <w:ind w:firstLine="420"/>
        <w:jc w:val="both"/>
      </w:pPr>
      <w:r>
        <w:rPr>
          <w:rFonts w:ascii="仿宋_GB2312" w:hAnsi="仿宋_GB2312" w:eastAsia="仿宋_GB2312"/>
          <w:b w:val="0"/>
          <w:color w:val="000000"/>
          <w:sz w:val="32"/>
        </w:rPr>
        <w:t>据公开数据，隆泰专利为55项（来源：2025年隆泰资料）。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智能化」展开系统梳理，其中「隆泰机械全自动线提升装袋效率与一致性（来源：2023年隆泰资料）」与「淄川设立专项资金支持数字化车间与智能工厂建设（来源：2023年淄川报道）」等数据点清晰刻画了该维度的现实基础；隆泰机械全自动线提升装袋效率与一致性（来源：2023年隆泰资料）；淄川设立专项资金支持数字化车间与智能工厂建设（来源：2023年淄川报道）；千川自动化提供工业自动控制系统与机器人集成（来源：2023年千川资料）；包装产线向自动化、智能化方向升级（来源：2024年淄川工信）。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淄川「233」计划培育60家高成长企业需资本支撑（来源：2025年淄川区）」与「淄川钢材与机械加工配套完善降低制造成本（来源：2023年淄川产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淄川「233」计划培育60家高成长企业需资本支撑（来源：2025年淄川区）。隆泰机械持续投入自动化生产线与研发设备（来源：2023年隆泰资料）。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淄川钢材与机械加工配套完善降低制造成本（来源：2023年淄川产业）。专项技改资金支持降低企业智能化改造成本（来源：2023年淄川报道）。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隆泰机械2022年营收3000余万元、盈利能力稳步提升（来源：2022年隆泰资料）。盘古机械出口业务提升盈利空间（来源：2023年盘古资料）。智能包装装备附加值高于传统包装机械（来源：2024年淄川工信）。</w:t>
      </w:r>
    </w:p>
    <w:p>
      <w:pPr>
        <w:spacing w:lineRule="exact" w:line="600" w:before="0" w:after="0"/>
        <w:ind w:firstLine="420"/>
        <w:jc w:val="both"/>
      </w:pPr>
      <w:r>
        <w:rPr>
          <w:rFonts w:ascii="仿宋_GB2312" w:hAnsi="仿宋_GB2312" w:eastAsia="仿宋_GB2312"/>
          <w:b w:val="0"/>
          <w:color w:val="000000"/>
          <w:sz w:val="32"/>
        </w:rPr>
        <w:t>据公开数据，隆泰机械2022营收为3000余万元（来源：2022年隆泰资料）。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淄川「233」计划培育60家高成长企业需资本支撑（来源：2025年淄川区）」与「淄川钢材与机械加工配套完善降低制造成本（来源：2023年淄川产业）」等数据点清晰刻画了该维度的现实基础；淄川「233」计划培育60家高成长企业需资本支撑（来源：2025年淄川区）；淄川钢材与机械加工配套完善降低制造成本（来源：2023年淄川产业）；专项技改资金支持降低企业智能化改造成本（来源：2023年淄川报道）；隆泰机械2022年营收3000余万元、盈利能力稳步提升（来源：2022年隆泰资料）。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其中「智能制造与农业现代化推动包装装备需求升级（来源：2024年淄川工信）」与「原材料与用工成本上升压缩利润（来源：2023年盘古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智能制造与农业现代化推动包装装备需求升级（来源：2024年淄川工信）。一带一路带动包装机械出口增长（来源：2023年盘古资料）。</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高端数控与智能控制核心部件仍依赖外购（来源：2024年行业分析）。产品迭代快需持续研发投入（来源：2023年隆泰资料）。</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国内包装机械同质化竞争加剧价格承压（来源：2024年行业分析）。原材料与用工成本上升压缩利润（来源：2023年盘古资料）。海外认证壁垒影响出口拓展（来源：2023年盘古资料）。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竞争风险」展开系统梳理，其中「智能制造与农业现代化推动包装装备需求升级（来源：2024年淄川工信）」与「原材料与用工成本上升压缩利润（来源：2023年盘古资料）」等数据点清晰刻画了该维度的现实基础；智能制造与农业现代化推动包装装备需求升级（来源：2024年淄川工信）；原材料与用工成本上升压缩利润（来源：2023年盘古资料）。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延链补链、高端化路径、升级路径」展开系统梳理，其中「以盘古、隆泰为链主带动配套企业发展（来源：2025年淄川区）」与「引导包装装备向高附加值智能产线升级（来源：2024年淄川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延链补链</w:t>
      </w:r>
    </w:p>
    <w:p>
      <w:pPr>
        <w:spacing w:lineRule="exact" w:line="600" w:before="0" w:after="0"/>
        <w:ind w:firstLine="420"/>
        <w:jc w:val="both"/>
      </w:pPr>
      <w:r>
        <w:rPr>
          <w:rFonts w:ascii="仿宋_GB2312" w:hAnsi="仿宋_GB2312" w:eastAsia="仿宋_GB2312"/>
          <w:b w:val="0"/>
          <w:color w:val="000000"/>
          <w:sz w:val="32"/>
        </w:rPr>
        <w:t>推动包装机械向上游自控系统与下游产线集成延伸（来源：2024年淄川工信）。以盘古、隆泰为链主带动配套企业发展（来源：2025年淄川区）。</w:t>
      </w:r>
    </w:p>
    <w:p>
      <w:pPr>
        <w:spacing w:lineRule="exact" w:line="600" w:before="120" w:after="120"/>
        <w:ind w:firstLine="420"/>
        <w:jc w:val="left"/>
      </w:pPr>
      <w:r>
        <w:rPr>
          <w:rFonts w:ascii="楷体_GB2312" w:hAnsi="楷体_GB2312" w:eastAsia="楷体_GB2312"/>
          <w:b w:val="0"/>
          <w:color w:val="000000"/>
          <w:sz w:val="32"/>
        </w:rPr>
        <w:t>高端化路径</w:t>
      </w:r>
    </w:p>
    <w:p>
      <w:pPr>
        <w:spacing w:lineRule="exact" w:line="600" w:before="0" w:after="0"/>
        <w:ind w:firstLine="420"/>
        <w:jc w:val="both"/>
      </w:pPr>
      <w:r>
        <w:rPr>
          <w:rFonts w:ascii="仿宋_GB2312" w:hAnsi="仿宋_GB2312" w:eastAsia="仿宋_GB2312"/>
          <w:b w:val="0"/>
          <w:color w:val="000000"/>
          <w:sz w:val="32"/>
        </w:rPr>
        <w:t>支持企业建设数字化车间与智能工厂（来源：2023年淄川报道）。引导包装装备向高附加值智能产线升级（来源：2024年淄川工信）。</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实施「233」攀升行动计划培育特色产业（来源：2025年淄川区）。建立工业运行推进与企业难题化解闭环机制（来源：2025年淄川区）。打造10个特色产业和60家高成长企业集群（来源：2025年淄川区）。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延链补链、高端化路径、升级路径」展开系统梳理，其中「以盘古、隆泰为链主带动配套企业发展（来源：2025年淄川区）」与「引导包装装备向高附加值智能产线升级（来源：2024年淄川工信）」等数据点清晰刻画了该维度的现实基础；以盘古、隆泰为链主带动配套企业发展（来源：2025年淄川区）；引导包装装备向高附加值智能产线升级（来源：2024年淄川工信）；实施「233」攀升行动计划培育特色产业（来源：2025年淄川区）；打造10个特色产业和60家高成长企业集群（来源：2025年淄川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隆泰机械扩产与研发需配套流动资金（来源：2023年隆泰资料）」与「包装企业技改项目存在设备购置资金需求（来源：2024年淄川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淄川「233」计划需产业与金融协同投入（来源：2025年淄川区）。智能包装企业智能化改造需固定资产融资（来源：2023年淄川报道）。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隆泰机械扩产与研发需配套流动资金（来源：2023年隆泰资料）。包装企业技改项目存在设备购置资金需求（来源：2024年淄川工信）。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争取专项资金与技改补贴降低融资成本（来源：2023年淄川报道）。鼓励企业通过银行授信与股权融资组合（来源：2024年淄川工信）。淄川建立政银企对接支持高成长企业（来源：2025年淄川区）。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隆泰机械扩产与研发需配套流动资金（来源：2023年隆泰资料）」与「包装企业技改项目存在设备购置资金需求（来源：2024年淄川工信）」等数据点清晰刻画了该维度的现实基础；隆泰机械扩产与研发需配套流动资金（来源：2023年隆泰资料）；包装企业技改项目存在设备购置资金需求（来源：2024年淄川工信）；争取专项资金与技改补贴降低融资成本（来源：2023年淄川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包装与轻工专用装备在淄博市淄川区依托区域产业基础与政策赋能，已形成以量化事实为支撑的发展格局。区内集聚盘古机械、隆泰机械、千川自动化等10余家包装设备企业（来源：2023年顺企网）；2025年淄川出台工业经济「233」攀升行动计划打造特色产业（来源：2025年淄川区）；计划打造10个特色产业和60家高成长企业两大集群（来源：2025年淄川区）；区内建有标准化工厂与产业配套服务体系（来源：2024年淄川工信）；淄川设立专项资金支持企业技术改造与智能工厂建设（来源：2023年淄川报道）；包装机械依赖钢材、电气元件、传感器等基础配套（来源：2023年盘古资料）；淄川机械加工产业完善为零部件本地配套提供支撑（来源：2023年淄川产业）；盘古机械自主研发回转式6—14嘴水泥包装机成套设备（来源：2012年盘古资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淄博盘古机械厂坐落于淄川区昆仑镇四维工业园，是国内生产粉体包装成套设备的专业制造商，厂房面积8000平方米，核心产品包括PHY型6—14嘴回转式水泥包装机、BGY/BGL固定式与BCH敞口式包装机，采用全自动微机控制、性能稳定、袋重合格率高，可对石膏粉、滑石粉、碳酸钙、氧化铝粉等数十种矿物粉体实现自动包装，产品畅销全国并出口俄罗斯、印尼、哈萨克斯坦等国家和地区，是淄川智能包装装备的骨干企业。</w:t>
      </w:r>
    </w:p>
    <w:p>
      <w:pPr>
        <w:spacing w:lineRule="exact" w:line="600" w:before="0" w:after="0"/>
        <w:ind w:firstLine="420"/>
        <w:jc w:val="both"/>
      </w:pPr>
      <w:r>
        <w:rPr>
          <w:rFonts w:ascii="仿宋_GB2312" w:hAnsi="仿宋_GB2312" w:eastAsia="仿宋_GB2312"/>
          <w:b w:val="0"/>
          <w:color w:val="000000"/>
          <w:sz w:val="32"/>
        </w:rPr>
        <w:t>淄博隆泰机械科技有限公司2015年12月成立于淄川经济开发区，注册资本1500万元，专注食用菌自动化生产线与智能化设备研发生产，主要产品为全自动木耳、香菇装袋生产线。截至2023年员工85人、研发团队15人，2022年营业收入3000余万元、连续三年跳跃式增长，获评国家高新技术企业、山东省瞪羚企业与专精特新中小企业，拥有专利55项，通过ISO9001/14001/45001体系认证，是淄川轻工专用装备的隐形冠军。</w:t>
      </w:r>
    </w:p>
    <w:p>
      <w:pPr>
        <w:spacing w:lineRule="exact" w:line="600" w:before="0" w:after="0"/>
        <w:ind w:firstLine="420"/>
        <w:jc w:val="both"/>
      </w:pPr>
      <w:r>
        <w:rPr>
          <w:rFonts w:ascii="仿宋_GB2312" w:hAnsi="仿宋_GB2312" w:eastAsia="仿宋_GB2312"/>
          <w:b w:val="0"/>
          <w:color w:val="000000"/>
          <w:sz w:val="32"/>
        </w:rPr>
        <w:t>山东千川自动化设备有限公司位于淄川区双杨镇，经营范围涵盖工业自动控制系统装置制造、包装专用设备制造与销售、智能机器人研发与销售、数控机床制造等，为淄川智能包装与轻工专用装备提供自动化控制与产线集成配套。公司与盘古机械、隆泰机械等本地包装设备企业形成协同，推动粉体包装、食用菌自动化等产线向数字化、智能化升级，是淄川「233」攀升行动计划中智能包装装备产业链的重要配套力量。</w:t>
      </w:r>
    </w:p>
    <w:p>
      <w:pPr>
        <w:spacing w:lineRule="exact" w:line="600" w:before="0" w:after="0"/>
        <w:jc w:val="left"/>
      </w:pPr>
      <w:r>
        <w:rPr>
          <w:rFonts w:ascii="仿宋_GB2312" w:hAnsi="仿宋_GB2312" w:eastAsia="仿宋_GB2312"/>
          <w:b w:val="0"/>
          <w:color w:val="000000"/>
          <w:sz w:val="28"/>
        </w:rPr>
        <w:t>主要数据来源：淄川区包装设备企业名录；淄博隆泰机械科技资料；淄川区政府工业经济报道；淄博盘古机械厂官网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