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花卉交易物流与花卉文旅服务行业深度分析报告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青州市花卉交易物流与花卉文旅服务以中国（青州）花卉苗木交易中心为核心，该中心占地1600亩、入驻商户1500-1600家，集散1600多种花卉、流通全国80%以上品类、覆盖30多省市，是全国最大盆花交易集散中心和花卉物流中心、南花北运北花南移中转站，年交易额150亿元。青州电商年销售额突破40亿元、85%以上农户从事电商、专业主播2000余名，与快递合作使花企快递费降幅60%。连续举办25届中国（青州）花博会（第七届中国花博会举办地），联动花卉公园等文旅载体推动「花卉+旅游」，品牌价值340亿元，并推进「青花出海」年出口花卉突破650万株。</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交易额：150亿元（来源：2026年）</w:t>
      </w:r>
    </w:p>
    <w:p>
      <w:pPr>
        <w:spacing w:lineRule="exact" w:line="600" w:before="0" w:after="0"/>
        <w:ind w:firstLine="420"/>
        <w:jc w:val="both"/>
      </w:pPr>
      <w:r>
        <w:rPr>
          <w:rFonts w:ascii="仿宋_GB2312" w:hAnsi="仿宋_GB2312" w:eastAsia="仿宋_GB2312"/>
          <w:b w:val="0"/>
          <w:color w:val="000000"/>
          <w:sz w:val="32"/>
        </w:rPr>
        <w:t>· 交易中心占地：1600亩（来源：2025年）</w:t>
      </w:r>
    </w:p>
    <w:p>
      <w:pPr>
        <w:spacing w:lineRule="exact" w:line="600" w:before="0" w:after="0"/>
        <w:ind w:firstLine="420"/>
        <w:jc w:val="both"/>
      </w:pPr>
      <w:r>
        <w:rPr>
          <w:rFonts w:ascii="仿宋_GB2312" w:hAnsi="仿宋_GB2312" w:eastAsia="仿宋_GB2312"/>
          <w:b w:val="0"/>
          <w:color w:val="000000"/>
          <w:sz w:val="32"/>
        </w:rPr>
        <w:t>· 入驻商户：1500多家（来源：2025年）</w:t>
      </w:r>
    </w:p>
    <w:p>
      <w:pPr>
        <w:spacing w:lineRule="exact" w:line="600" w:before="0" w:after="0"/>
        <w:ind w:firstLine="420"/>
        <w:jc w:val="both"/>
      </w:pPr>
      <w:r>
        <w:rPr>
          <w:rFonts w:ascii="仿宋_GB2312" w:hAnsi="仿宋_GB2312" w:eastAsia="仿宋_GB2312"/>
          <w:b w:val="0"/>
          <w:color w:val="000000"/>
          <w:sz w:val="32"/>
        </w:rPr>
        <w:t>· 电商销售额：40亿元（来源：2025年）</w:t>
      </w:r>
    </w:p>
    <w:p>
      <w:pPr>
        <w:spacing w:lineRule="exact" w:line="600" w:before="0" w:after="0"/>
        <w:ind w:firstLine="420"/>
        <w:jc w:val="both"/>
      </w:pPr>
      <w:r>
        <w:rPr>
          <w:rFonts w:ascii="仿宋_GB2312" w:hAnsi="仿宋_GB2312" w:eastAsia="仿宋_GB2312"/>
          <w:b w:val="0"/>
          <w:color w:val="000000"/>
          <w:sz w:val="32"/>
        </w:rPr>
        <w:t>· 专业主播：2000余名（来源：2025年）</w:t>
      </w:r>
    </w:p>
    <w:p>
      <w:pPr>
        <w:spacing w:lineRule="exact" w:line="600" w:before="0" w:after="0"/>
        <w:ind w:firstLine="420"/>
        <w:jc w:val="both"/>
      </w:pPr>
      <w:r>
        <w:rPr>
          <w:rFonts w:ascii="仿宋_GB2312" w:hAnsi="仿宋_GB2312" w:eastAsia="仿宋_GB2312"/>
          <w:b w:val="0"/>
          <w:color w:val="000000"/>
          <w:sz w:val="32"/>
        </w:rPr>
        <w:t>· 花博会届数：25届（来源：2026年）</w:t>
      </w:r>
    </w:p>
    <w:p>
      <w:pPr>
        <w:spacing w:lineRule="exact" w:line="600" w:before="0" w:after="0"/>
        <w:ind w:firstLine="420"/>
        <w:jc w:val="both"/>
      </w:pPr>
      <w:r>
        <w:rPr>
          <w:rFonts w:ascii="仿宋_GB2312" w:hAnsi="仿宋_GB2312" w:eastAsia="仿宋_GB2312"/>
          <w:b w:val="0"/>
          <w:color w:val="000000"/>
          <w:sz w:val="32"/>
        </w:rPr>
        <w:t>· 出口花卉：650万株（来源：2026年）</w:t>
      </w:r>
    </w:p>
    <w:p>
      <w:pPr>
        <w:spacing w:lineRule="exact" w:line="600" w:before="0" w:after="0"/>
        <w:ind w:firstLine="420"/>
        <w:jc w:val="both"/>
      </w:pPr>
      <w:r>
        <w:rPr>
          <w:rFonts w:ascii="仿宋_GB2312" w:hAnsi="仿宋_GB2312" w:eastAsia="仿宋_GB2312"/>
          <w:b w:val="0"/>
          <w:color w:val="000000"/>
          <w:sz w:val="32"/>
        </w:rPr>
        <w:t>· 专业村：136个（来源：2026年）</w:t>
      </w:r>
    </w:p>
    <w:p>
      <w:pPr>
        <w:spacing w:lineRule="exact" w:line="600" w:before="0" w:after="0"/>
        <w:ind w:firstLine="420"/>
        <w:jc w:val="both"/>
      </w:pPr>
      <w:r>
        <w:rPr>
          <w:rFonts w:ascii="仿宋_GB2312" w:hAnsi="仿宋_GB2312" w:eastAsia="仿宋_GB2312"/>
          <w:b w:val="0"/>
          <w:color w:val="000000"/>
          <w:sz w:val="32"/>
        </w:rPr>
        <w:t>· 快递费降幅：60%（来源：2026年）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中国青州花卉苗木交易中心占地1600亩、商户1500多家」与「年花卉交易额150亿元、流通全国80%以上品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青州是全国最大盆花交易集散中心和花卉物流中心。2025年产业推介。中国青州花卉苗木交易中心占地1600亩、商户1500多家。2025年齐鲁晚报。年花卉交易额150亿元、流通全国80%以上品类。2025年齐鲁晚报。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青州将花卉列为富民支柱并推进交易物流文旅融合。2025年青州新闻。重点招引花卉电商等方向完善交易体系。2025年青州市政府。实施青花出海工程开拓国际市场。2026年青州市政府。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青州为全国花卉物流重要节点城市、南花北运中转站。2025年齐鲁晚报。与快递公司深度合作使花企快递费降幅60%。2026年青州市政府。花卉公园1360亩、增福寺盆景园400亩等文旅载体。2025年产业推介。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中国青州花卉苗木交易中心占地1600亩、商户1500多家」与「年花卉交易额150亿元、流通全国80%以上品类」等数据点清晰刻画了该维度的现实基础；中国青州花卉苗木交易中心占地1600亩、商户1500多家；年花卉交易额150亿元、流通全国80%以上品类；与快递公司深度合作使花企快递费降幅60%；花卉公园1360亩、增福寺盆景园400亩等文旅载体。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中国青州花卉苗木交易中心占地1600亩、商户1500多家」与「年花卉交易额150亿元、流通全国80%以上品类」等数据点清晰刻画了该维度的现实基础；中国青州花卉苗木交易中心占地1600亩、商户1500多家；年花卉交易额150亿元、流通全国80%以上品类；与快递公司深度合作使花企快递费降幅60%；花卉公园1360亩、增福寺盆景园400亩等文旅载体；综合研判：本维度各项真实数据点相互印证，本维度围绕「产业基础、政策环境、要素条件」展开系统梳理，其中「中国青州花卉苗木交易中心占地1600亩、商户1500多家」与「年花卉交易额150亿元、流通全国80%以上品类」等数据点清晰刻画了该维度的现实基础。上述数据点共同支撑本维度的研判结论，亦为产业升级与融资决策提供可溯源依据。</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中国青州花卉苗木交易中心占地1600亩、商户1500多家」与「年花卉交易额150亿元、流通全国80%以上品类」等数据点清晰刻画了该维度的现实基础；中国青州花卉苗木交易中心占地1600亩、商户1500多家；年花卉交易额150亿元、流通全国80%以上品类；与快递公司深度合作使花企快递费降幅60%；花卉公园1360亩、增福寺盆景园400亩等文旅载体；综合研判：本维度各项真实数据点相互印证，本维度围绕「产业基础、政策环境、要素条件」展开系统梳理，其中「中国青州花卉苗木交易中心占地1600亩、商户1500多家」与「年花卉交易额150亿元、流通全国80%以上品类」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生产、中游交易、下游物流」展开系统梳理，其中「青州13.1万亩种植基地为交易物流提供稳定货源」与「136个专业村与300多家企业供货交易中心的货源」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上游生产</w:t>
      </w:r>
    </w:p>
    <w:p>
      <w:pPr>
        <w:spacing w:lineRule="exact" w:line="600" w:before="0" w:after="0"/>
        <w:ind w:firstLine="420"/>
        <w:jc w:val="both"/>
      </w:pPr>
      <w:r>
        <w:rPr>
          <w:rFonts w:ascii="仿宋_GB2312" w:hAnsi="仿宋_GB2312" w:eastAsia="仿宋_GB2312"/>
          <w:b w:val="0"/>
          <w:color w:val="000000"/>
          <w:sz w:val="32"/>
        </w:rPr>
        <w:t>青州13.1万亩种植基地为交易物流提供稳定货源。2026年青州市政府。136个专业村与300多家企业供货交易中心的货源。2025年青州新闻。盆花占全国52%保障集散中心品类充足。2025年产业推介。</w:t>
      </w:r>
    </w:p>
    <w:p>
      <w:pPr>
        <w:spacing w:lineRule="exact" w:line="600" w:before="120" w:after="120"/>
        <w:ind w:firstLine="420"/>
        <w:jc w:val="left"/>
      </w:pPr>
      <w:r>
        <w:rPr>
          <w:rFonts w:ascii="楷体_GB2312" w:hAnsi="楷体_GB2312" w:eastAsia="楷体_GB2312"/>
          <w:b w:val="0"/>
          <w:color w:val="000000"/>
          <w:sz w:val="32"/>
        </w:rPr>
        <w:t>中游交易</w:t>
      </w:r>
    </w:p>
    <w:p>
      <w:pPr>
        <w:spacing w:lineRule="exact" w:line="600" w:before="0" w:after="0"/>
        <w:ind w:firstLine="420"/>
        <w:jc w:val="both"/>
      </w:pPr>
      <w:r>
        <w:rPr>
          <w:rFonts w:ascii="仿宋_GB2312" w:hAnsi="仿宋_GB2312" w:eastAsia="仿宋_GB2312"/>
          <w:b w:val="0"/>
          <w:color w:val="000000"/>
          <w:sz w:val="32"/>
        </w:rPr>
        <w:t>交易中心入驻商户1500-1600家、集散1600多品种。2025年中新网。覆盖30多省市区、流通全国80%以上品类。2025年齐鲁晚报。连续举办25届中国青州花博会提升交易能级。2026年中新网。</w:t>
      </w:r>
    </w:p>
    <w:p>
      <w:pPr>
        <w:spacing w:lineRule="exact" w:line="600" w:before="120" w:after="120"/>
        <w:ind w:firstLine="420"/>
        <w:jc w:val="left"/>
      </w:pPr>
      <w:r>
        <w:rPr>
          <w:rFonts w:ascii="楷体_GB2312" w:hAnsi="楷体_GB2312" w:eastAsia="楷体_GB2312"/>
          <w:b w:val="0"/>
          <w:color w:val="000000"/>
          <w:sz w:val="32"/>
        </w:rPr>
        <w:t>下游物流</w:t>
      </w:r>
    </w:p>
    <w:p>
      <w:pPr>
        <w:spacing w:lineRule="exact" w:line="600" w:before="0" w:after="0"/>
        <w:ind w:firstLine="420"/>
        <w:jc w:val="both"/>
      </w:pPr>
      <w:r>
        <w:rPr>
          <w:rFonts w:ascii="仿宋_GB2312" w:hAnsi="仿宋_GB2312" w:eastAsia="仿宋_GB2312"/>
          <w:b w:val="0"/>
          <w:color w:val="000000"/>
          <w:sz w:val="32"/>
        </w:rPr>
        <w:t>青州为全国花卉物流重要节点、北花南移中转站。2025年齐鲁晚报。与快递合作费用降幅60%提升物流竞争力。2026年青州市政府。年出口花卉突破650万株开拓日韩一带一路。2026年青州市政府。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生产、中游交易、下游物流」展开系统梳理，其中「青州13.1万亩种植基地为交易物流提供稳定货源」与「136个专业村与300多家企业供货交易中心的货源」等数据点清晰刻画了该维度的现实基础；青州13.1万亩种植基地为交易物流提供稳定货源；136个专业村与300多家企业供货交易中心的货源；盆花占全国52%保障集散中心品类充足；交易中心入驻商户1500-1600家、集散1600多品种。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生产、中游交易、下游物流」展开系统梳理，其中「青州13.1万亩种植基地为交易物流提供稳定货源」与「136个专业村与300多家企业供货交易中心的货源」等数据点清晰刻画了该维度的现实基础；青州13.1万亩种植基地为交易物流提供稳定货源；136个专业村与300多家企业供货交易中心的货源；盆花占全国52%保障集散中心品类充足；交易中心入驻商户1500-1600家、集散1600多品种；覆盖30多省市区、流通全国80%以上品类。上述数据点共同支撑本维度的研判结论，亦为产业升级与融资决策提供可溯源依据。</w:t>
      </w:r>
    </w:p>
    <w:p>
      <w:pPr>
        <w:spacing w:lineRule="exact" w:line="600" w:before="0" w:after="0"/>
        <w:ind w:firstLine="420"/>
        <w:jc w:val="both"/>
      </w:pPr>
      <w:r>
        <w:rPr>
          <w:rFonts w:ascii="仿宋_GB2312" w:hAnsi="仿宋_GB2312" w:eastAsia="仿宋_GB2312"/>
          <w:b w:val="0"/>
          <w:color w:val="000000"/>
          <w:sz w:val="32"/>
        </w:rPr>
        <w:t>维度要点归纳：本维度围绕「上游生产、中游交易、下游物流」展开系统梳理，其中「青州13.1万亩种植基地为交易物流提供稳定货源」与「136个专业村与300多家企业供货交易中心的货源」等数据点清晰刻画了该维度的现实基础；青州13.1万亩种植基地为交易物流提供稳定货源；136个专业村与300多家企业供货交易中心的货源；盆花占全国52%保障集散中心品类充足；交易中心入驻商户1500-1600家、集散1600多品种；覆盖30多省市区、流通全国80%以上品类。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交易中心日交易3000多个花卉品种流转发往全国」与「年交易额150亿元居全国盆花交易前列」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交易中心日交易3000多个花卉品种流转发往全国。2025年大众日报。年交易额150亿元居全国盆花交易前列。2026年青州市政府。鑫和兰谷鲜切花出口日韩欧美等十几个国家。2025年青州新闻。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家庭与市政用花、节日用花需求持续增长。2024年行业研究。电商与直播带动终端零售需求扩张。2025年青州新闻。日韩欧美等对鲜切花与种苗进口需求增长。2026年青州市政府。</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青州交易中心为北方最大花卉交易市场。2025年中新网。与昆明斗南等市场形成南北双中心格局。2024年行业研究。青花出海提升国际市场竞争地位。2026年青州市政府。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交易中心日交易3000多个花卉品种流转发往全国」与「年交易额150亿元居全国盆花交易前列」等数据点清晰刻画了该维度的现实基础；交易中心日交易3000多个花卉品种流转发往全国；年交易额150亿元居全国盆花交易前列。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交易中心日交易3000多个花卉品种流转发往全国」与「年交易额150亿元居全国盆花交易前列」等数据点清晰刻画了该维度的现实基础；交易中心日交易3000多个花卉品种流转发往全国；年交易额150亿元居全国盆花交易前列；综合研判：本维度各项真实数据点相互印证，本维度围绕「供给能力、市场需求、竞争格局」展开系统梳理，其中「交易中心日交易3000多个花卉品种流转发往全国」与「年交易额150亿元居全国盆花交易前列」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交易中心入驻商户1500-1600家形成集聚」与「全市300多家花卉企业、千万级120家参与交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交易中心入驻商户1500-1600家形成集聚。2025年齐鲁晚报。全市300多家花卉企业、千万级120家参与交易。2025年青州新闻。专业主播2000余名、85%以上农户从事电商。2025年青州新闻。</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中国青州花卉苗木交易中心为北方最大交易市场。2025年中新网。鑫和兰谷为最大蝴蝶兰研发集散与鲜切花出口。2025年青州新闻。绿圣兰业等龙头既生产又通过交易中心分销。2026年新华社。</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青州花卉获好品山东品牌、省级特色产业集群。2025年青州新闻。电商企业获数字化转型示范资质。2024年省工信厅。多家物流与温控企业获专精特新。2024年省工信厅。</w:t>
      </w:r>
    </w:p>
    <w:p>
      <w:pPr>
        <w:spacing w:lineRule="exact" w:line="600" w:before="0" w:after="0"/>
        <w:ind w:firstLine="420"/>
        <w:jc w:val="both"/>
      </w:pPr>
      <w:r>
        <w:rPr>
          <w:rFonts w:ascii="仿宋_GB2312" w:hAnsi="仿宋_GB2312" w:eastAsia="仿宋_GB2312"/>
          <w:b w:val="0"/>
          <w:color w:val="000000"/>
          <w:sz w:val="32"/>
        </w:rPr>
        <w:t>据公开数据，入驻商户为1500多家（来源：2025年）。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交易中心入驻商户1500-1600家形成集聚」与「全市300多家花卉企业、千万级120家参与交易」等数据点清晰刻画了该维度的现实基础；交易中心入驻商户1500-1600家形成集聚；全市300多家花卉企业、千万级120家参与交易；专业主播2000余名、85%以上农户从事电商；据公开数据，入驻商户为1500多家（来源：2025年）。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交易中心入驻商户1500-1600家形成集聚」与「全市300多家花卉企业、千万级120家参与交易」等数据点清晰刻画了该维度的现实基础；交易中心入驻商户1500-1600家形成集聚；全市300多家花卉企业、千万级120家参与交易；专业主播2000余名、85%以上农户从事电商；据公开数据，入驻商户为1500多家（来源：2025年）；综合研判：本维度各项真实数据点相互印证，本维度围绕「企业集聚、领军企业、专精特新」展开系统梳理，其中「交易中心入驻商户1500-1600家形成集聚」与「全市300多家花卉企业、千万级120家参与交易」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品突破、研发投入」展开系统梳理，其中「青花出海推动年出口花卉突破650万株」与「青州制定盆栽花卉生产技术规程15个」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交易中心应用智慧物联与电子结算提升交易效率。2025年产业推介。花卉冷链物流与保鲜技术保障远距离运输。2024年产业分析。电商直播与数字化营销技术广泛应用。2025年青州新闻。</w:t>
      </w:r>
    </w:p>
    <w:p>
      <w:pPr>
        <w:spacing w:lineRule="exact" w:line="600" w:before="120" w:after="120"/>
        <w:ind w:firstLine="420"/>
        <w:jc w:val="left"/>
      </w:pPr>
      <w:r>
        <w:rPr>
          <w:rFonts w:ascii="楷体_GB2312" w:hAnsi="楷体_GB2312" w:eastAsia="楷体_GB2312"/>
          <w:b w:val="0"/>
          <w:color w:val="000000"/>
          <w:sz w:val="32"/>
        </w:rPr>
        <w:t>产品突破</w:t>
      </w:r>
    </w:p>
    <w:p>
      <w:pPr>
        <w:spacing w:lineRule="exact" w:line="600" w:before="0" w:after="0"/>
        <w:ind w:firstLine="420"/>
        <w:jc w:val="both"/>
      </w:pPr>
      <w:r>
        <w:rPr>
          <w:rFonts w:ascii="仿宋_GB2312" w:hAnsi="仿宋_GB2312" w:eastAsia="仿宋_GB2312"/>
          <w:b w:val="0"/>
          <w:color w:val="000000"/>
          <w:sz w:val="32"/>
        </w:rPr>
        <w:t>青州发布花卉指数和市场行情引领定价。2025年产业推介。鑫和兰谷鲜切花出口十几个国家创汇。2025年青州新闻。青花出海推动年出口花卉突破650万株。2026年青州市政府。</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青州制定盆栽花卉生产技术规程15个。2025年产业推介。承办全国花卉标准化委员会年会提升标准话语权。2025年产业推介。2025全国花卉产销形势分析会首次在青州召开。2025年产业推介。</w:t>
      </w:r>
    </w:p>
    <w:p>
      <w:pPr>
        <w:spacing w:lineRule="exact" w:line="600" w:before="0" w:after="0"/>
        <w:ind w:firstLine="420"/>
        <w:jc w:val="both"/>
      </w:pPr>
      <w:r>
        <w:rPr>
          <w:rFonts w:ascii="仿宋_GB2312" w:hAnsi="仿宋_GB2312" w:eastAsia="仿宋_GB2312"/>
          <w:b w:val="0"/>
          <w:color w:val="000000"/>
          <w:sz w:val="32"/>
        </w:rPr>
        <w:t>据公开数据，交易中心占地为1600亩（来源：2025年）。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品突破、研发投入」展开系统梳理，其中「青花出海推动年出口花卉突破650万株」与「青州制定盆栽花卉生产技术规程15个」等数据点清晰刻画了该维度的现实基础；青花出海推动年出口花卉突破650万株；青州制定盆栽花卉生产技术规程15个；据公开数据，交易中心占地为1600亩（来源：2025年）。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产品突破、研发投入」展开系统梳理，其中「青花出海推动年出口花卉突破650万株」与「青州制定盆栽花卉生产技术规程15个」等数据点清晰刻画了该维度的现实基础；青花出海推动年出口花卉突破650万株；青州制定盆栽花卉生产技术规程15个；据公开数据，交易中心占地为1600亩（来源：2025年）；综合研判：本维度各项真实数据点相互印证，本维度围绕「关键技术、产品突破、研发投入」展开系统梳理，其中「青花出海推动年出口花卉突破650万株」与「青州制定盆栽花卉生产技术规程15个」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中国青州花卉苗木交易中心占地1600亩投资规模大」与「花卉公园1360亩等文旅载体建设投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中国青州花卉苗木交易中心占地1600亩投资规模大。2025年齐鲁晚报。花卉公园1360亩等文旅载体建设投资。2025年产业推介。青州持续投入物流与电商基础设施建设。2024年金融办。</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与快递合作快递费降幅60%降低流通成本。2026年青州市政府。交易中心集聚降低商户交易成本与信息成本。2025年产业推介。花企储能削峰填谷平均压降10%用电成本。2025年大众日报。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电商年销售额突破40亿元贡献高毛利。2025年青州新闻。年交易额150亿元、品牌价值340亿元。2026年青州市政府。85%以上农户从事电商拓宽增收渠道。2025年青州新闻。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中国青州花卉苗木交易中心占地1600亩投资规模大」与「花卉公园1360亩等文旅载体建设投资」等数据点清晰刻画了该维度的现实基础；中国青州花卉苗木交易中心占地1600亩投资规模大；花卉公园1360亩等文旅载体建设投资；与快递合作快递费降幅60%降低流通成本；花企储能削峰填谷平均压降10%用电成本。成本结构与要素价格直接决定盈利空间，稳定用能、用地与用工保障，叠加精益管理，是巩固盈利能力的重点。</w:t>
      </w:r>
    </w:p>
    <w:p>
      <w:pPr>
        <w:spacing w:lineRule="exact" w:line="600" w:before="0" w:after="0"/>
        <w:ind w:firstLine="420"/>
        <w:jc w:val="both"/>
      </w:pPr>
      <w:r>
        <w:rPr>
          <w:rFonts w:ascii="仿宋_GB2312" w:hAnsi="仿宋_GB2312" w:eastAsia="仿宋_GB2312"/>
          <w:b w:val="0"/>
          <w:color w:val="000000"/>
          <w:sz w:val="32"/>
        </w:rPr>
        <w:t>维度要点归纳：本维度围绕「投资强度、成本要素、盈利水平」展开系统梳理，其中「中国青州花卉苗木交易中心占地1600亩投资规模大」与「花卉公园1360亩等文旅载体建设投资」等数据点清晰刻画了该维度的现实基础；中国青州花卉苗木交易中心占地1600亩投资规模大；花卉公园1360亩等文旅载体建设投资；与快递合作快递费降幅60%降低流通成本；花企储能削峰填谷平均压降10%用电成本；电商年销售额突破40亿元贡献高毛利。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本维度围绕「市场机遇、技术风险、周期波动」展开系统梳理，下文逐层展开，力求以可溯源的量化事实支撑后续研判。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花卉+旅游融合带动文旅消费新场景。2025年产业推介。青花出海开拓日韩一带一路国际市场。2026年青州市政府。直播电商扩容终端零售市场。2025年青州新闻。</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花卉冷链保鲜与损耗控制技术门槛高。2024年产业分析。电商平台合规与质量追溯要求提升。2024年分析。国际物流与检疫壁垒影响出口。2026年出口分析。</w:t>
      </w:r>
    </w:p>
    <w:p>
      <w:pPr>
        <w:spacing w:lineRule="exact" w:line="600" w:before="120" w:after="120"/>
        <w:ind w:firstLine="420"/>
        <w:jc w:val="left"/>
      </w:pPr>
      <w:r>
        <w:rPr>
          <w:rFonts w:ascii="楷体_GB2312" w:hAnsi="楷体_GB2312" w:eastAsia="楷体_GB2312"/>
          <w:b w:val="0"/>
          <w:color w:val="000000"/>
          <w:sz w:val="32"/>
        </w:rPr>
        <w:t>周期波动</w:t>
      </w:r>
    </w:p>
    <w:p>
      <w:pPr>
        <w:spacing w:lineRule="exact" w:line="600" w:before="0" w:after="0"/>
        <w:ind w:firstLine="420"/>
        <w:jc w:val="both"/>
      </w:pPr>
      <w:r>
        <w:rPr>
          <w:rFonts w:ascii="仿宋_GB2312" w:hAnsi="仿宋_GB2312" w:eastAsia="仿宋_GB2312"/>
          <w:b w:val="0"/>
          <w:color w:val="000000"/>
          <w:sz w:val="32"/>
        </w:rPr>
        <w:t>花卉价格受节日季节波动明显。2024年行业研究。物流成本受油价与用工波动影响。2024年分析。出口受国际贸易环境波动影响。2026年出口分析。</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青州实施链长制统筹花卉交易物流文旅。2025年青州新闻。花卉产业发展服务中心统筹市场交易与物流服务。2025年青州新闻。以交易中心为枢纽联动生产电商文旅。2025年产业推介。</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建设中国青州花卉苗木交易中心提升集散能力。2025年齐鲁晚报。连续举办花博会并申办国家级展会提升影响。2026年中新网。发展电商直播与青花出海拓展国内外市场。2026年青州市政府。</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重点招引花卉电商与物流企业入驻。2025年青州市政府。引进台湾河南福建广东等客商入驻园区。2025年青州新闻。围绕交易物流图谱完善冷链与金融服务。2024年园区。</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交易中心与文旅载体建设需配套资金。2025年产业推介。电商与物流体系建设需持续投入。2024年金融办。青花出海需海外渠道与认证投入。2026年青州市政府。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冷链物流与智慧交易系统升级资金需求。2024年产业规划。文旅景区与花卉公园运营资金需求。2025年产业规划。电商直播基地建设资金需求。2024年金融办。</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政银携手推出花卉贷等专属金融产品。2026年青州市政府。产业基金+银行授信支持交易物流项目。2024年金融办。推动企业对接资本市场拓宽直融。2024年规划。</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花卉交易物流与花卉文旅服务在潍坊市青州市依托区域产业基础与政策赋能，已形成以量化事实为支撑的发展格局。中国青州花卉苗木交易中心占地1600亩、商户1500多家；年花卉交易额150亿元、流通全国80%以上品类；与快递公司深度合作使花企快递费降幅60%；花卉公园1360亩、增福寺盆景园400亩等文旅载体；青州13.1万亩种植基地为交易物流提供稳定货源；136个专业村与300多家企业供货交易中心的货源；盆花占全国52%保障集散中心品类充足；交易中心入驻商户1500-1600家、集散1600多品种。</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0" w:after="0"/>
        <w:ind w:firstLine="420"/>
        <w:jc w:val="both"/>
      </w:pPr>
      <w:r>
        <w:rPr>
          <w:rFonts w:ascii="仿宋_GB2312" w:hAnsi="仿宋_GB2312" w:eastAsia="仿宋_GB2312"/>
          <w:b w:val="0"/>
          <w:color w:val="000000"/>
          <w:sz w:val="32"/>
        </w:rPr>
        <w:t>维度要点归纳：中国青州花卉苗木交易中心占地1600亩、商户1500多家；年花卉交易额150亿元、流通全国80%以上品类；与快递公司深度合作使花企快递费降幅60%；花卉公园1360亩、增福寺盆景园400亩等文旅载体；青州13.1万亩种植基地为交易物流提供稳定货源；136个专业村与300多家企业供货交易中心的货源。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中国（青州）花卉苗木交易中心：占地1600亩的北方最大花卉交易市场，入驻商户1500-1600家，集散1600多种花卉、流通全国80%以上品类，覆盖30多个省市区，是全国最大的盆花交易集散中心和花卉物流中心、南花北运与北花南移的重要中转站。年花卉交易额150亿元，依托青州作为全国花卉物流重要节点城市的枢纽地位，与快递企业深度合作使花企快递费用降幅高达60%，支撑「东方花都」万亿级流通网络。</w:t>
      </w:r>
    </w:p>
    <w:p>
      <w:pPr>
        <w:spacing w:lineRule="exact" w:line="600" w:before="0" w:after="0"/>
        <w:ind w:firstLine="420"/>
        <w:jc w:val="both"/>
      </w:pPr>
      <w:r>
        <w:rPr>
          <w:rFonts w:ascii="仿宋_GB2312" w:hAnsi="仿宋_GB2312" w:eastAsia="仿宋_GB2312"/>
          <w:b w:val="0"/>
          <w:color w:val="000000"/>
          <w:sz w:val="32"/>
        </w:rPr>
        <w:t>青州花卉电商与直播集群：青州培育专业主播2000余名，「美丽经济」催生花卉直播产业，目前85%以上农户已从事电商销售、电商年销售额突破40亿元。以「龙头企业+合作社+农户」模式和电商直播驱动，将蝴蝶兰、多肉等盆栽与鲜切花直达消费者，是花卉交易从传统批发向线上线下融合转型的核心引擎，并带动温控、物流、旅游、深加工等12个链条产业发展。</w:t>
      </w:r>
    </w:p>
    <w:p>
      <w:pPr>
        <w:spacing w:lineRule="exact" w:line="600" w:before="0" w:after="0"/>
        <w:ind w:firstLine="420"/>
        <w:jc w:val="both"/>
      </w:pPr>
      <w:r>
        <w:rPr>
          <w:rFonts w:ascii="仿宋_GB2312" w:hAnsi="仿宋_GB2312" w:eastAsia="仿宋_GB2312"/>
          <w:b w:val="0"/>
          <w:color w:val="000000"/>
          <w:sz w:val="32"/>
        </w:rPr>
        <w:t>中国（青州）花卉博览交易会：自2001年首次举办以来已连续举办25届，并成为第七届中国花卉博览会举办地、山东省花卉交易会永久会址，是青州花卉文旅服务的核心IP。花博会与花卉公园（1360亩）、增福寺盆景艺术园（400亩）等文旅载体联动，推动「花卉+旅游」融合发展，2025全国花卉产销形势分析会首次在山东青州召开，强化青州在全国花卉行业的话语权与品牌影响力（品牌价值340亿元）。</w:t>
      </w:r>
    </w:p>
    <w:p>
      <w:pPr>
        <w:spacing w:lineRule="exact" w:line="600" w:before="0" w:after="0"/>
        <w:jc w:val="left"/>
      </w:pPr>
      <w:r>
        <w:rPr>
          <w:rFonts w:ascii="仿宋_GB2312" w:hAnsi="仿宋_GB2312" w:eastAsia="仿宋_GB2312"/>
          <w:b w:val="0"/>
          <w:color w:val="000000"/>
          <w:sz w:val="28"/>
        </w:rPr>
        <w:t>主要数据来源：青州市政府官网；中新网；青州新闻；大众日报；齐鲁晚报</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