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花卉种苗繁育与设施栽培行业深度分析报告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青州市花卉种苗繁育与设施栽培是千亿花卉集群的「芯片」环节。全市年繁育种苗可达1.2亿株，亚泰农业年产种苗1亿株、多肉种苗占全国80%、冷凉花卉种苗全国第一，拥有山东省首家花卉院士工作站、省花卉技术创新中心等10家研发机构，与中国农科院等15所院校合作，攻克26种高档花卉种苗生产技术、培育引进新品种170余个，自主培育青州仙子兰、青州雪峰、青州金凤等自主知识产权新品种。全市智能温室1238万平米、温室建设和温控设施生产量占全国70%、出口第一，智慧物联网覆盖70%以上，黄楼街道温室企业418家、份额占全国30%以上，设施栽培规模化智能化支撑高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年繁种苗：1.2亿株（来源：2026年）</w:t>
      </w:r>
    </w:p>
    <w:p>
      <w:pPr>
        <w:spacing w:lineRule="exact" w:line="600" w:before="0" w:after="0"/>
        <w:ind w:firstLine="420"/>
        <w:jc w:val="both"/>
      </w:pPr>
      <w:r>
        <w:rPr>
          <w:rFonts w:ascii="仿宋_GB2312" w:hAnsi="仿宋_GB2312" w:eastAsia="仿宋_GB2312"/>
          <w:b w:val="0"/>
          <w:color w:val="000000"/>
          <w:sz w:val="32"/>
        </w:rPr>
        <w:t>· 亚泰种苗：1亿株（来源：2025年）</w:t>
      </w:r>
    </w:p>
    <w:p>
      <w:pPr>
        <w:spacing w:lineRule="exact" w:line="600" w:before="0" w:after="0"/>
        <w:ind w:firstLine="420"/>
        <w:jc w:val="both"/>
      </w:pPr>
      <w:r>
        <w:rPr>
          <w:rFonts w:ascii="仿宋_GB2312" w:hAnsi="仿宋_GB2312" w:eastAsia="仿宋_GB2312"/>
          <w:b w:val="0"/>
          <w:color w:val="000000"/>
          <w:sz w:val="32"/>
        </w:rPr>
        <w:t>· 多肉种苗占全国：80%（来源：2025年）</w:t>
      </w:r>
    </w:p>
    <w:p>
      <w:pPr>
        <w:spacing w:lineRule="exact" w:line="600" w:before="0" w:after="0"/>
        <w:ind w:firstLine="420"/>
        <w:jc w:val="both"/>
      </w:pPr>
      <w:r>
        <w:rPr>
          <w:rFonts w:ascii="仿宋_GB2312" w:hAnsi="仿宋_GB2312" w:eastAsia="仿宋_GB2312"/>
          <w:b w:val="0"/>
          <w:color w:val="000000"/>
          <w:sz w:val="32"/>
        </w:rPr>
        <w:t>· 研发机构：10家（来源：2025年）</w:t>
      </w:r>
    </w:p>
    <w:p>
      <w:pPr>
        <w:spacing w:lineRule="exact" w:line="600" w:before="0" w:after="0"/>
        <w:ind w:firstLine="420"/>
        <w:jc w:val="both"/>
      </w:pPr>
      <w:r>
        <w:rPr>
          <w:rFonts w:ascii="仿宋_GB2312" w:hAnsi="仿宋_GB2312" w:eastAsia="仿宋_GB2312"/>
          <w:b w:val="0"/>
          <w:color w:val="000000"/>
          <w:sz w:val="32"/>
        </w:rPr>
        <w:t>· 科研院校：15所（来源：2025年）</w:t>
      </w:r>
    </w:p>
    <w:p>
      <w:pPr>
        <w:spacing w:lineRule="exact" w:line="600" w:before="0" w:after="0"/>
        <w:ind w:firstLine="420"/>
        <w:jc w:val="both"/>
      </w:pPr>
      <w:r>
        <w:rPr>
          <w:rFonts w:ascii="仿宋_GB2312" w:hAnsi="仿宋_GB2312" w:eastAsia="仿宋_GB2312"/>
          <w:b w:val="0"/>
          <w:color w:val="000000"/>
          <w:sz w:val="32"/>
        </w:rPr>
        <w:t>· 智能温室：1238万平米（来源：2025年）</w:t>
      </w:r>
    </w:p>
    <w:p>
      <w:pPr>
        <w:spacing w:lineRule="exact" w:line="600" w:before="0" w:after="0"/>
        <w:ind w:firstLine="420"/>
        <w:jc w:val="both"/>
      </w:pPr>
      <w:r>
        <w:rPr>
          <w:rFonts w:ascii="仿宋_GB2312" w:hAnsi="仿宋_GB2312" w:eastAsia="仿宋_GB2312"/>
          <w:b w:val="0"/>
          <w:color w:val="000000"/>
          <w:sz w:val="32"/>
        </w:rPr>
        <w:t>· 温室设施占全国：70%（来源：2025年）</w:t>
      </w:r>
    </w:p>
    <w:p>
      <w:pPr>
        <w:spacing w:lineRule="exact" w:line="600" w:before="0" w:after="0"/>
        <w:ind w:firstLine="420"/>
        <w:jc w:val="both"/>
      </w:pPr>
      <w:r>
        <w:rPr>
          <w:rFonts w:ascii="仿宋_GB2312" w:hAnsi="仿宋_GB2312" w:eastAsia="仿宋_GB2312"/>
          <w:b w:val="0"/>
          <w:color w:val="000000"/>
          <w:sz w:val="32"/>
        </w:rPr>
        <w:t>· 自主新品种：16个（来源：2025年）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青州年繁育种苗可达1.2亿株、是花卉集群芯片环节」与「亚泰农业年产种苗1亿株、多肉种苗占全国80%」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青州年繁育种苗可达1.2亿株、是花卉集群芯片环节。2026年新华社。亚泰农业年产种苗1亿株、多肉种苗占全国80%。2025年齐鲁晚报。青州是全国重要花卉种苗繁育与设施栽培基地。2025年产业推介。</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青州出台14项补贴政策引导企业科技转型。2022年黄楼街道。设立花卉研发专项资金支持种苗技术攻关。2022年黄楼街道。重点招引花卉科研方向强化种苗研发。2025年青州市政府。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全市智能温室1238万平米、物联覆盖70%以上。2025年产业推介。温室建设和温控设施生产量占全国70%、出口第一。2025年产业推介。黄楼街道温室企业418家、份额占全国30%以上。2022年黄楼街道。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青州年繁育种苗可达1.2亿株、是花卉集群芯片环节」与「亚泰农业年产种苗1亿株、多肉种苗占全国80%」等数据点清晰刻画了该维度的现实基础；青州年繁育种苗可达1.2亿株、是花卉集群芯片环节；亚泰农业年产种苗1亿株、多肉种苗占全国80%；青州出台14项补贴政策引导企业科技转型；全市智能温室1238万平米、物联覆盖70%以上。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青州年繁育种苗可达1.2亿株、是花卉集群芯片环节」与「亚泰农业年产种苗1亿株、多肉种苗占全国80%」等数据点清晰刻画了该维度的现实基础；青州年繁育种苗可达1.2亿株、是花卉集群芯片环节；亚泰农业年产种苗1亿株、多肉种苗占全国80%；青州出台14项补贴政策引导企业科技转型；全市智能温室1238万平米、物联覆盖70%以上；温室建设和温控设施生产量占全国70%、出口第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育种、中游繁育、下游设施」展开系统梳理，其中「建成山东省首家花卉院士工作站等10家研发机构」与「攻克26种高档花卉种苗生产技术、育引新品170余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上游育种</w:t>
      </w:r>
    </w:p>
    <w:p>
      <w:pPr>
        <w:spacing w:lineRule="exact" w:line="600" w:before="0" w:after="0"/>
        <w:ind w:firstLine="420"/>
        <w:jc w:val="both"/>
      </w:pPr>
      <w:r>
        <w:rPr>
          <w:rFonts w:ascii="仿宋_GB2312" w:hAnsi="仿宋_GB2312" w:eastAsia="仿宋_GB2312"/>
          <w:b w:val="0"/>
          <w:color w:val="000000"/>
          <w:sz w:val="32"/>
        </w:rPr>
        <w:t>青州与中国农科院等15所院校合作育种。2025年产业推介。建成山东省首家花卉院士工作站等10家研发机构。2025年产业推介。攻克26种高档花卉种苗生产技术、育引新品170余个。2026年腾讯新闻。</w:t>
      </w:r>
    </w:p>
    <w:p>
      <w:pPr>
        <w:spacing w:lineRule="exact" w:line="600" w:before="120" w:after="120"/>
        <w:ind w:firstLine="420"/>
        <w:jc w:val="left"/>
      </w:pPr>
      <w:r>
        <w:rPr>
          <w:rFonts w:ascii="楷体_GB2312" w:hAnsi="楷体_GB2312" w:eastAsia="楷体_GB2312"/>
          <w:b w:val="0"/>
          <w:color w:val="000000"/>
          <w:sz w:val="32"/>
        </w:rPr>
        <w:t>中游繁育</w:t>
      </w:r>
    </w:p>
    <w:p>
      <w:pPr>
        <w:spacing w:lineRule="exact" w:line="600" w:before="0" w:after="0"/>
        <w:ind w:firstLine="420"/>
        <w:jc w:val="both"/>
      </w:pPr>
      <w:r>
        <w:rPr>
          <w:rFonts w:ascii="仿宋_GB2312" w:hAnsi="仿宋_GB2312" w:eastAsia="仿宋_GB2312"/>
          <w:b w:val="0"/>
          <w:color w:val="000000"/>
          <w:sz w:val="32"/>
        </w:rPr>
        <w:t>亚泰农业年产种苗1亿株、蝴蝶兰优品率80%。2025年齐鲁晚报。青州种苗年产突破3000万株降花农成本30%以上。2022年黄楼街道。自主培育青州仙子兰青州雪峰等15个新兰花品种。2025年齐鲁晚报。</w:t>
      </w:r>
    </w:p>
    <w:p>
      <w:pPr>
        <w:spacing w:lineRule="exact" w:line="600" w:before="120" w:after="120"/>
        <w:ind w:firstLine="420"/>
        <w:jc w:val="left"/>
      </w:pPr>
      <w:r>
        <w:rPr>
          <w:rFonts w:ascii="楷体_GB2312" w:hAnsi="楷体_GB2312" w:eastAsia="楷体_GB2312"/>
          <w:b w:val="0"/>
          <w:color w:val="000000"/>
          <w:sz w:val="32"/>
        </w:rPr>
        <w:t>下游设施</w:t>
      </w:r>
    </w:p>
    <w:p>
      <w:pPr>
        <w:spacing w:lineRule="exact" w:line="600" w:before="0" w:after="0"/>
        <w:ind w:firstLine="420"/>
        <w:jc w:val="both"/>
      </w:pPr>
      <w:r>
        <w:rPr>
          <w:rFonts w:ascii="仿宋_GB2312" w:hAnsi="仿宋_GB2312" w:eastAsia="仿宋_GB2312"/>
          <w:b w:val="0"/>
          <w:color w:val="000000"/>
          <w:sz w:val="32"/>
        </w:rPr>
        <w:t>智能温室1238万平米支撑种苗与盆栽生产。2025年产业推介。智慧物联网覆盖70%以上提升设施管理效率。2025年产业推介。花企储能削峰填谷平均压降10%用电成本。2025年大众日报。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育种、中游繁育、下游设施」展开系统梳理，其中「建成山东省首家花卉院士工作站等10家研发机构」与「攻克26种高档花卉种苗生产技术、育引新品170余个」等数据点清晰刻画了该维度的现实基础；建成山东省首家花卉院士工作站等10家研发机构；攻克26种高档花卉种苗生产技术、育引新品170余个；亚泰农业年产种苗1亿株、蝴蝶兰优品率80%；青州种苗年产突破3000万株降花农成本30%以上。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育种、中游繁育、下游设施」展开系统梳理，其中「建成山东省首家花卉院士工作站等10家研发机构」与「攻克26种高档花卉种苗生产技术、育引新品170余个」等数据点清晰刻画了该维度的现实基础；建成山东省首家花卉院士工作站等10家研发机构；攻克26种高档花卉种苗生产技术、育引新品170余个；亚泰农业年产种苗1亿株、蝴蝶兰优品率80%；青州种苗年产突破3000万株降花农成本30%以上；自主培育青州仙子兰青州雪峰等15个新兰花品种。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青州年繁育种苗1.2亿株、亚泰单企1亿株」与「多肉种苗占全国80%、冷凉花卉种苗全国第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青州年繁育种苗1.2亿株、亚泰单企1亿株。2026年新华社。多肉种苗占全国80%、冷凉花卉种苗全国第一。2025年齐鲁晚报。温室建设和温控设施生产量占全国70%、出口第一。2025年产业推介。</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全国花卉种植对优质种苗需求持续增长。2024年行业研究。设施栽培升级带动温室与温控设备需求。2024年产业分析。自主新品种种苗溢价高受市场青睐。2025年产业推介。</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青州冷凉花卉与多肉种苗居全国领先。2025年齐鲁晚报。与云南等种苗基地形成国内多极。2024年行业研究。温室设施生产量占全国70%居龙头。2025年产业推介。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青州年繁育种苗1.2亿株、亚泰单企1亿株」与「多肉种苗占全国80%、冷凉花卉种苗全国第一」等数据点清晰刻画了该维度的现实基础；青州年繁育种苗1.2亿株、亚泰单企1亿株；多肉种苗占全国80%、冷凉花卉种苗全国第一；温室建设和温控设施生产量占全国70%、出口第一；温室设施生产量占全国70%居龙头。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青州年繁育种苗1.2亿株、亚泰单企1亿株」与「多肉种苗占全国80%、冷凉花卉种苗全国第一」等数据点清晰刻画了该维度的现实基础；青州年繁育种苗1.2亿株、亚泰单企1亿株；多肉种苗占全国80%、冷凉花卉种苗全国第一；温室建设和温控设施生产量占全国70%、出口第一；温室设施生产量占全国70%居龙头；综合研判：本维度各项真实数据点相互印证，本维度围绕「供给能力、市场需求、竞争格局」展开系统梳理，其中「青州年繁育种苗1.2亿株、亚泰单企1亿株」与「多肉种苗占全国80%、冷凉花卉种苗全国第一」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黄楼街道集聚温室企业418家、花卉企业120余家」与「全市300多家花卉企业含种苗研发企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黄楼街道集聚温室企业418家、花卉企业120余家。2022年黄楼街道。全市300多家花卉企业含种苗研发企业。2025年青州新闻。落户仙鹤广美等种苗企业9家。2025年产业推介。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亚泰农业全球最大吕氏毛汉尼种植中心、知识产权70余项。2025年齐鲁晚报。山东省花卉技术创新中心等10家研发机构。2025年产业推介。绿圣兰业等龙头既育种又生产盆栽。2026年新华社。</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绿圣兰业科隆园艺等10余家企业由生产向科技型转型。2022年黄楼街道。多家企业获高新技术企业资质。2024年省工信厅。青州花卉获省级特色产业集群与好品山东。2025年青州新闻。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黄楼街道集聚温室企业418家、花卉企业120余家」与「全市300多家花卉企业含种苗研发企业」等数据点清晰刻画了该维度的现实基础；黄楼街道集聚温室企业418家、花卉企业120余家；全市300多家花卉企业含种苗研发企业；落户仙鹤广美等种苗企业9家；亚泰农业全球最大吕氏毛汉尼种植中心、知识产权70余项。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黄楼街道集聚温室企业418家、花卉企业120余家」与「全市300多家花卉企业含种苗研发企业」等数据点清晰刻画了该维度的现实基础；黄楼街道集聚温室企业418家、花卉企业120余家；全市300多家花卉企业含种苗研发企业；落户仙鹤广美等种苗企业9家；亚泰农业全球最大吕氏毛汉尼种植中心、知识产权70余项；山东省花卉技术创新中心等10家研发机构。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自主培育青州金凤云门素等16个新品种」与「亚泰培育青州仙子兰青州雪峰等15个新兰花」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青州掌握蝴蝶兰组培与基因编辑改良性状技术。2026年腾讯新闻。通过组织培养基因导入创制蝴蝶兰全新花色。2026年腾讯新闻。智能环控自动喷滴灌遮光系统替代传统经验。2025年大众日报。</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自主培育青州金凤云门素等16个新品种。2022年黄楼街道。亚泰培育青州仙子兰青州雪峰等15个新兰花。2025年齐鲁晚报。攻克26种高档花卉种苗生产技术实现国产替代。2026年腾讯新闻。</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亚泰承担13项科研项目、获知识产权70余项。2025年齐鲁晚报。青州与中国农科院等15所院校产学研合作。2025年产业推介。成立全国唯一现代花卉行业产教融合共同体。2025年产业推介。</w:t>
      </w:r>
    </w:p>
    <w:p>
      <w:pPr>
        <w:spacing w:lineRule="exact" w:line="600" w:before="0" w:after="0"/>
        <w:ind w:firstLine="420"/>
        <w:jc w:val="both"/>
      </w:pPr>
      <w:r>
        <w:rPr>
          <w:rFonts w:ascii="仿宋_GB2312" w:hAnsi="仿宋_GB2312" w:eastAsia="仿宋_GB2312"/>
          <w:b w:val="0"/>
          <w:color w:val="000000"/>
          <w:sz w:val="32"/>
        </w:rPr>
        <w:t>据公开数据，研发机构为10家（来源：2025年）。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自主培育青州金凤云门素等16个新品种」与「亚泰培育青州仙子兰青州雪峰等15个新兰花」等数据点清晰刻画了该维度的现实基础；自主培育青州金凤云门素等16个新品种；亚泰培育青州仙子兰青州雪峰等15个新兰花；亚泰承担13项科研项目、获知识产权70余项；据公开数据，研发机构为10家（来源：2025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自主培育青州金凤云门素等16个新品种」与「亚泰培育青州仙子兰青州雪峰等15个新兰花」等数据点清晰刻画了该维度的现实基础；自主培育青州金凤云门素等16个新品种；亚泰培育青州仙子兰青州雪峰等15个新兰花；亚泰承担13项科研项目、获知识产权70余项；据公开数据，研发机构为10家（来源：2025年）；综合研判：本维度各项真实数据点相互印证，本维度围绕「关键技术、产品突破、研发投入」展开系统梳理，其中「自主培育青州金凤云门素等16个新品种」与「亚泰培育青州仙子兰青州雪峰等15个新兰花」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亚泰建1000余亩全产业链园区投资规模大」与「国网2020-2025新建956台配变、线路5725公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亚泰建1000余亩全产业链园区投资规模大。2025年齐鲁晚报。国网2020-2025新建956台配变、线路5725公里。2025年大众日报。智能温室1238万平米建设投资规模大。2025年产业推介。</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智慧物联网覆盖70%以上降低人工管理成本。2025年产业推介。储能削峰填谷平均压降10%用电成本。2025年大众日报。种苗本地化降低花农外购成本30%以上。2022年黄楼街道。</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亚泰蝴蝶兰优品率80%、合格率95%高于全国。2025年齐鲁晚报。自主新品种种苗溢价高提升盈利。2025年产业推介。温室设施出口全国第一贡献外汇。2025年产业推介。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亚泰建1000余亩全产业链园区投资规模大」与「国网2020-2025新建956台配变、线路5725公里」等数据点清晰刻画了该维度的现实基础；亚泰建1000余亩全产业链园区投资规模大；国网2020-2025新建956台配变、线路5725公里；智能温室1238万平米建设投资规模大；智慧物联网覆盖70%以上降低人工管理成本。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亚泰建1000余亩全产业链园区投资规模大」与「国网2020-2025新建956台配变、线路5725公里」等数据点清晰刻画了该维度的现实基础；亚泰建1000余亩全产业链园区投资规模大；国网2020-2025新建956台配变、线路5725公里；智能温室1238万平米建设投资规模大；智慧物联网覆盖70%以上降低人工管理成本；储能削峰填谷平均压降10%用电成本。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本维度围绕「技术机遇、技术风险、周期波动」展开系统梳理，下文逐层展开，力求以可溯源的量化事实支撑后续研判。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技术机遇</w:t>
      </w:r>
    </w:p>
    <w:p>
      <w:pPr>
        <w:spacing w:lineRule="exact" w:line="600" w:before="0" w:after="0"/>
        <w:ind w:firstLine="420"/>
        <w:jc w:val="both"/>
      </w:pPr>
      <w:r>
        <w:rPr>
          <w:rFonts w:ascii="仿宋_GB2312" w:hAnsi="仿宋_GB2312" w:eastAsia="仿宋_GB2312"/>
          <w:b w:val="0"/>
          <w:color w:val="000000"/>
          <w:sz w:val="32"/>
        </w:rPr>
        <w:t>基因编辑与组织培养推动种苗自主可控。2026年腾讯新闻。青花出海带动种苗出口东南亚日韩。2026年青州市政府。智能温室与物联提升设施栽培效率。2025年产业推介。</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高档花卉种苗技术壁垒高、需持续攻关。2024年产业分析。部分高端品种依赖进口种源需突破。2024年产业分析。设施栽培能耗与病虫害防控要求高。2024年产业分析。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种苗价格受新品种周期与供需波动。2024年行业研究。设施能耗成本受电价波动影响。2024年分析。极端天气影响种苗生产与设施运行。2024年分析。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设山东省花卉技术创新中心等10家研发机构」与「打造5个特色产业带与8个专业园区」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青州实施链长制统筹种苗设施研发。2025年青州新闻。企业立题专家解题政府支持群众受益机制。2022年黄楼街道。花卉产业发展服务中心统筹研发与生产。2025年青州新闻。</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建设山东省花卉技术创新中心等10家研发机构。2025年产业推介。打造5个特色产业带与8个专业园区。2025年产业推介。推动企业由生产型向科技型转型。2022年黄楼街道。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重点招引花卉科研企业入驻。2025年青州市政府。与中国农科院等15所院校开展合作。2025年产业推介。落户仙鹤广美等9家种苗企业补链。2025年产业推介。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设山东省花卉技术创新中心等10家研发机构」与「打造5个特色产业带与8个专业园区」等数据点清晰刻画了该维度的现实基础；建设山东省花卉技术创新中心等10家研发机构；打造5个特色产业带与8个专业园区；落户仙鹤广美等9家种苗企业补链。升级路径应紧扣智能化、绿色化与高端化方向，以重点项目与平台载体为抓手，分步推进产业结构优化。</w:t>
      </w:r>
    </w:p>
    <w:p>
      <w:pPr>
        <w:spacing w:lineRule="exact" w:line="600" w:before="0" w:after="0"/>
        <w:ind w:firstLine="420"/>
        <w:jc w:val="both"/>
      </w:pPr>
      <w:r>
        <w:rPr>
          <w:rFonts w:ascii="仿宋_GB2312" w:hAnsi="仿宋_GB2312" w:eastAsia="仿宋_GB2312"/>
          <w:b w:val="0"/>
          <w:color w:val="000000"/>
          <w:sz w:val="32"/>
        </w:rPr>
        <w:t>维度要点归纳：本维度围绕「链长机制、三大行动、招商路径」展开系统梳理，其中「建设山东省花卉技术创新中心等10家研发机构」与「打造5个特色产业带与8个专业园区」等数据点清晰刻画了该维度的现实基础；建设山东省花卉技术创新中心等10家研发机构；打造5个特色产业带与8个专业园区；落户仙鹤广美等9家种苗企业补链；综合研判：本维度各项真实数据点相互印证，本维度围绕「链长机制、三大行动、招商路径」展开系统梳理，其中「建设山东省花卉技术创新中心等10家研发机构」与「打造5个特色产业带与8个专业园区」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亚泰1000余亩园区与研发中心建设需资金」与「智能温室1238万平米建设需配套资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亚泰1000余亩园区与研发中心建设需资金。2025年齐鲁晚报。智能温室1238万平米建设需配套资金。2025年产业推介。青州种苗研发平台与园区建设资金需求。2025年产业规划。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种苗基因编辑与设施节能研发需持续投入。2025年产业规划。温室企业扩产与出口认证资金需求。2024年金融办。智慧物联与储能配置资金需求。2025年大众日报。</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政银携手推出花卉贷等专属金融产品。2026年青州市政府。产业基金+银行授信支持种苗设施项目。2024年金融办。推动企业对接资本市场拓宽直融。2024年规划。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亚泰1000余亩园区与研发中心建设需资金」与「智能温室1238万平米建设需配套资金」等数据点清晰刻画了该维度的现实基础；亚泰1000余亩园区与研发中心建设需资金；智能温室1238万平米建设需配套资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花卉种苗繁育与设施栽培在潍坊市青州市依托区域产业基础与政策赋能，已形成以量化事实为支撑的发展格局。青州年繁育种苗可达1.2亿株、是花卉集群芯片环节；亚泰农业年产种苗1亿株、多肉种苗占全国80%；青州出台14项补贴政策引导企业科技转型；全市智能温室1238万平米、物联覆盖70%以上；温室建设和温控设施生产量占全国70%、出口第一；黄楼街道温室企业418家、份额占全国30%以上；建成山东省首家花卉院士工作站等10家研发机构；攻克26种高档花卉种苗生产技术、育引新品170余个。</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州市亚泰农业科技有限公司：建有占地1000余亩的现代花卉全产业链园区，是集科研、种苗繁育、生产销售于一体的现代化花卉企业集团，创建山东省花卉技术创新中心、花卉生物技术山东省工程研究中心等平台，与10多家院校合作承担13项科研项目、获知识产权70余项。公司冷凉花卉种苗产量全国第一、多肉植物种苗占全国80%、肉锥属毛汉尼系列世界领先，是全球最大「吕氏毛汉尼」种植中心，年产花卉种苗1亿株、蝴蝶兰优品率80%、合格率95%，自主培育「青州仙子兰」「青州雪峰」等15个新兰花品种。</w:t>
      </w:r>
    </w:p>
    <w:p>
      <w:pPr>
        <w:spacing w:lineRule="exact" w:line="600" w:before="0" w:after="0"/>
        <w:ind w:firstLine="420"/>
        <w:jc w:val="both"/>
      </w:pPr>
      <w:r>
        <w:rPr>
          <w:rFonts w:ascii="仿宋_GB2312" w:hAnsi="仿宋_GB2312" w:eastAsia="仿宋_GB2312"/>
          <w:b w:val="0"/>
          <w:color w:val="000000"/>
          <w:sz w:val="32"/>
        </w:rPr>
        <w:t>青州市花卉产业发展服务中心与研发体系：青州与中国农科院、中国农大等15所科研院校建立稳定合作，建成山东省首家花卉院士工作站、山东省花卉技术创新中心等10家花卉研发机构，成立全国唯一现代花卉行业产教融合共同体。通过基因编辑、组织培养等技术攻克26种高档花卉种苗生产技术、培育引进新品种170余个，年繁育种苗可达1.2亿株，为产业持续注入创新活力，并制定盆栽花卉生产技术规程15个引领标准化。</w:t>
      </w:r>
    </w:p>
    <w:p>
      <w:pPr>
        <w:spacing w:lineRule="exact" w:line="600" w:before="0" w:after="0"/>
        <w:ind w:firstLine="420"/>
        <w:jc w:val="both"/>
      </w:pPr>
      <w:r>
        <w:rPr>
          <w:rFonts w:ascii="仿宋_GB2312" w:hAnsi="仿宋_GB2312" w:eastAsia="仿宋_GB2312"/>
          <w:b w:val="0"/>
          <w:color w:val="000000"/>
          <w:sz w:val="32"/>
        </w:rPr>
        <w:t>青州温室工程与设施栽培集群：全市智能温室面积达1238万平方米，温室建设和温控设施生产量占全国70%、出口量全国第一，智慧物联网使用覆盖率70%以上。黄楼街道集聚温室企业418家、产业份额占全国30%以上，成立温室工程行业联盟探索行业标准；花企通过储能「削峰填谷」平均压降10%用电成本。设施栽培的规模化与智能化是青州盆栽花卉与种苗高产的核心支撑。</w:t>
      </w:r>
    </w:p>
    <w:p>
      <w:pPr>
        <w:spacing w:lineRule="exact" w:line="600" w:before="0" w:after="0"/>
        <w:jc w:val="left"/>
      </w:pPr>
      <w:r>
        <w:rPr>
          <w:rFonts w:ascii="仿宋_GB2312" w:hAnsi="仿宋_GB2312" w:eastAsia="仿宋_GB2312"/>
          <w:b w:val="0"/>
          <w:color w:val="000000"/>
          <w:sz w:val="28"/>
        </w:rPr>
        <w:t>主要数据来源：青州市政府官网；新华社；齐鲁晚报；青州新闻；黄楼街道报道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