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大尺寸硅片与半导体衬底材料行业深度分析报告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州天衢新区大尺寸硅片与半导体衬底材料产业依托中国有研科技集团，已成为全国规模最大、产品种类最全的集成电路关键材料基地，也是北方地区最大的集成电路用大硅片生产基地。2018年有研集团在德州签约落地集成电路用大尺寸硅材料项目，历经数年攻关，2023年10月山东有研艾斯12英寸集成电路用大硅片生产线通线，使德州成为全国第5个能生产12英寸大硅片的城市。中国集成电路关键材料（德州）基地占地800余亩、总投资93.4亿元，涵盖8英寸、12英寸硅片及高纯溅射靶材、刻蚀设备用硅材料等项目。全部达产后将形成6—8英寸硅片580万片、12英寸硅片360万片、12—18英寸硅单晶400吨的年产能力。2025年德州首次入选世界集成电路协会全球集成电路产业综合竞争力百强城市，天衢新区以集成电路为主导的规上工业产值约80亿元、同比增长11%，成为拉动区域经济高质量发展的核心引擎。</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12英寸硅片产能：360万片/年（来源：2025年）</w:t>
      </w:r>
    </w:p>
    <w:p>
      <w:pPr>
        <w:spacing w:lineRule="exact" w:line="600" w:before="0" w:after="0"/>
        <w:ind w:firstLine="420"/>
        <w:jc w:val="both"/>
      </w:pPr>
      <w:r>
        <w:rPr>
          <w:rFonts w:ascii="仿宋_GB2312" w:hAnsi="仿宋_GB2312" w:eastAsia="仿宋_GB2312"/>
          <w:b w:val="0"/>
          <w:color w:val="000000"/>
          <w:sz w:val="32"/>
        </w:rPr>
        <w:t>· 8英寸硅片产能：300万片/年（来源：2025年）</w:t>
      </w:r>
    </w:p>
    <w:p>
      <w:pPr>
        <w:spacing w:lineRule="exact" w:line="600" w:before="0" w:after="0"/>
        <w:ind w:firstLine="420"/>
        <w:jc w:val="both"/>
      </w:pPr>
      <w:r>
        <w:rPr>
          <w:rFonts w:ascii="仿宋_GB2312" w:hAnsi="仿宋_GB2312" w:eastAsia="仿宋_GB2312"/>
          <w:b w:val="0"/>
          <w:color w:val="000000"/>
          <w:sz w:val="32"/>
        </w:rPr>
        <w:t>· 基地总投资：93.4亿元（来源：2023年）</w:t>
      </w:r>
    </w:p>
    <w:p>
      <w:pPr>
        <w:spacing w:lineRule="exact" w:line="600" w:before="0" w:after="0"/>
        <w:ind w:firstLine="420"/>
        <w:jc w:val="both"/>
      </w:pPr>
      <w:r>
        <w:rPr>
          <w:rFonts w:ascii="仿宋_GB2312" w:hAnsi="仿宋_GB2312" w:eastAsia="仿宋_GB2312"/>
          <w:b w:val="0"/>
          <w:color w:val="000000"/>
          <w:sz w:val="32"/>
        </w:rPr>
        <w:t>· 12英寸硅片国产化率：&lt;20%（来源：2024年）</w:t>
      </w:r>
    </w:p>
    <w:p>
      <w:pPr>
        <w:spacing w:lineRule="exact" w:line="600" w:before="0" w:after="0"/>
        <w:ind w:firstLine="420"/>
        <w:jc w:val="both"/>
      </w:pPr>
      <w:r>
        <w:rPr>
          <w:rFonts w:ascii="仿宋_GB2312" w:hAnsi="仿宋_GB2312" w:eastAsia="仿宋_GB2312"/>
          <w:b w:val="0"/>
          <w:color w:val="000000"/>
          <w:sz w:val="32"/>
        </w:rPr>
        <w:t>· 新一代信息技术企业数：121家（来源：2025年）</w:t>
      </w:r>
    </w:p>
    <w:p>
      <w:pPr>
        <w:spacing w:lineRule="exact" w:line="600" w:before="0" w:after="0"/>
        <w:ind w:firstLine="420"/>
        <w:jc w:val="both"/>
      </w:pPr>
      <w:r>
        <w:rPr>
          <w:rFonts w:ascii="仿宋_GB2312" w:hAnsi="仿宋_GB2312" w:eastAsia="仿宋_GB2312"/>
          <w:b w:val="0"/>
          <w:color w:val="000000"/>
          <w:sz w:val="32"/>
        </w:rPr>
        <w:t>· 集成电路规上企业营收：近300亿元（来源：2025年）</w:t>
      </w:r>
    </w:p>
    <w:p>
      <w:pPr>
        <w:spacing w:lineRule="exact" w:line="600" w:before="0" w:after="0"/>
        <w:ind w:firstLine="420"/>
        <w:jc w:val="both"/>
      </w:pPr>
      <w:r>
        <w:rPr>
          <w:rFonts w:ascii="仿宋_GB2312" w:hAnsi="仿宋_GB2312" w:eastAsia="仿宋_GB2312"/>
          <w:b w:val="0"/>
          <w:color w:val="000000"/>
          <w:sz w:val="32"/>
        </w:rPr>
        <w:t>· 产业营收同比增速：31.69%（来源：2025年）</w:t>
      </w:r>
    </w:p>
    <w:p>
      <w:pPr>
        <w:spacing w:lineRule="exact" w:line="600" w:before="0" w:after="0"/>
        <w:ind w:firstLine="420"/>
        <w:jc w:val="both"/>
      </w:pPr>
      <w:r>
        <w:rPr>
          <w:rFonts w:ascii="仿宋_GB2312" w:hAnsi="仿宋_GB2312" w:eastAsia="仿宋_GB2312"/>
          <w:b w:val="0"/>
          <w:color w:val="000000"/>
          <w:sz w:val="32"/>
        </w:rPr>
        <w:t>· 有研艾斯注册资本：20亿元（来源：2024年）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天衢新区先进半导体材料加速园2026年入选山东省未来产业加速园建设项目名单（来源：2026年山东省工信厅）」与「山东省、德州市2022年、2023年先后出台支持集成电路产业发展的若干政策（来源：2023年山东省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德州天衢新区是北方最大的集成电路关键材料基地，建有中国集成电路关键材料（德州）基地（来源：2025年中国企业报）。2025年德州首次入选世界集成电路协会全球集成电路产业综合竞争力百强城市（第99位）（来源：2025年WICA）。天衢新区先进半导体材料加速园2026年入选山东省未来产业加速园建设项目名单（来源：2026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德州把新一代信息技术产业作为「一号产业链」，市委主要负责同志任产业链链长（来源：2024年德州日报）。山东省、德州市2022年、2023年先后出台支持集成电路产业发展的若干政策（来源：2023年山东省政府）。德州出台《新一代信息技术产业发展规划》《加快集成电路产业发展实施意见》等配套文件（来源：2024年德州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德州拥有4所万人大学、47所职业教育院校，年培养高中级职业技术人才20余万人（来源：2025年天衢新区）。德州到北京高铁70分钟，每日对开列车超200车次，乘高铁4小时可达上海（来源：2025年中国企业报）。天衢新区高标准规划建设76万平方米产业园区，可满足半导体企业「拎包入住」（来源：2025年中国企业报）。</w:t>
      </w:r>
    </w:p>
    <w:p>
      <w:pPr>
        <w:spacing w:lineRule="exact" w:line="600" w:before="0" w:after="0"/>
        <w:ind w:firstLine="420"/>
        <w:jc w:val="both"/>
      </w:pPr>
      <w:r>
        <w:rPr>
          <w:rFonts w:ascii="仿宋_GB2312" w:hAnsi="仿宋_GB2312" w:eastAsia="仿宋_GB2312"/>
          <w:b w:val="0"/>
          <w:color w:val="000000"/>
          <w:sz w:val="32"/>
        </w:rPr>
        <w:t>据公开数据，基地总投资为93.4亿元（来源：2023年）。</w:t>
      </w:r>
    </w:p>
    <w:p>
      <w:pPr>
        <w:spacing w:lineRule="exact" w:line="600" w:before="0" w:after="0"/>
        <w:ind w:firstLine="420"/>
        <w:jc w:val="both"/>
      </w:pPr>
      <w:r>
        <w:rPr>
          <w:rFonts w:ascii="仿宋_GB2312" w:hAnsi="仿宋_GB2312" w:eastAsia="仿宋_GB2312"/>
          <w:b w:val="0"/>
          <w:color w:val="000000"/>
          <w:sz w:val="32"/>
        </w:rPr>
        <w:t>据公开数据，集成电路规上企业营收为近300亿元（来源：2025年）。</w:t>
      </w:r>
    </w:p>
    <w:p>
      <w:pPr>
        <w:spacing w:lineRule="exact" w:line="600" w:before="0" w:after="0"/>
        <w:ind w:firstLine="420"/>
        <w:jc w:val="both"/>
      </w:pPr>
      <w:r>
        <w:rPr>
          <w:rFonts w:ascii="仿宋_GB2312" w:hAnsi="仿宋_GB2312" w:eastAsia="仿宋_GB2312"/>
          <w:b w:val="0"/>
          <w:color w:val="000000"/>
          <w:sz w:val="32"/>
        </w:rPr>
        <w:t>据公开数据，产业营收同比增速为31.69%（来源：2025年）。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天衢新区先进半导体材料加速园2026年入选山东省未来产业加速园建设项目名单（来源：2026年山东省工信厅）」与「山东省、德州市2022年、2023年先后出台支持集成电路产业发展的若干政策（来源：2023年山东省政府）」等数据点清晰刻画了该维度的现实基础；天衢新区先进半导体材料加速园2026年入选山东省未来产业加速园建设项目名单（来源：2026年山东省工信厅）；山东省、德州市2022年、2023年先后出台支持集成电路产业发展的若干政策（来源：2023年山东省政府）；德州出台《新一代信息技术产业发展规划》《加快集成电路产业发展实施意见》等配套文件（来源：2024年德州发改委）；德州拥有4所万人大学、47所职业教育院校，年培养高中级职业技术人才20余万人（来源：2025年天衢新区）。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衬底、中游制造、下游应用」展开系统梳理，其中「有研集团2018年起在德州布局大尺寸硅材料项目，累计投资近百亿元、落地7个项目（天衢新区6个）（来源：2024年经济导报）」与「中国集成电路关键材料（德州）基地占地800余亩，总投资93.4亿元（来源：2023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上游衬底</w:t>
      </w:r>
    </w:p>
    <w:p>
      <w:pPr>
        <w:spacing w:lineRule="exact" w:line="600" w:before="0" w:after="0"/>
        <w:ind w:firstLine="420"/>
        <w:jc w:val="both"/>
      </w:pPr>
      <w:r>
        <w:rPr>
          <w:rFonts w:ascii="仿宋_GB2312" w:hAnsi="仿宋_GB2312" w:eastAsia="仿宋_GB2312"/>
          <w:b w:val="0"/>
          <w:color w:val="000000"/>
          <w:sz w:val="32"/>
        </w:rPr>
        <w:t>有研集团2018年起在德州布局大尺寸硅材料项目，累计投资近百亿元、落地7个项目（天衢新区6个）（来源：2024年经济导报）。中国集成电路关键材料（德州）基地占地800余亩，总投资93.4亿元（来源：2023年新华财经）。有研半导体8英寸硅片项目年产6英寸硅片300万片、8英寸硅片300万片（来源：2025年德州政协）。</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东有研艾斯12英寸大硅片项目一期投资25亿元，达产后月产10万片（来源：2023年新华财经）。有研艾斯12英寸硅片全部达产可达360万片/年，注册资本20亿元（来源：2024年山东发改委）。有研艾斯12英寸硅片（二期）投资21750万美元，扩产至年240万片规模（来源：2026年山东省发改委）。</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全区已形成从衬底外延、芯片制造、封装测试、器件模组到终端应用的产业链（来源：2025年中国企业报）。12英寸硅片已在国内外多家知名集成电路制造企业开展产品验证（来源：2025年德州日报）。德州基地全部达产将形成12—18英寸硅单晶504吨生产能力（来源：2023年新华财经）。</w:t>
      </w:r>
    </w:p>
    <w:p>
      <w:pPr>
        <w:spacing w:lineRule="exact" w:line="600" w:before="0" w:after="0"/>
        <w:ind w:firstLine="420"/>
        <w:jc w:val="both"/>
      </w:pPr>
      <w:r>
        <w:rPr>
          <w:rFonts w:ascii="仿宋_GB2312" w:hAnsi="仿宋_GB2312" w:eastAsia="仿宋_GB2312"/>
          <w:b w:val="0"/>
          <w:color w:val="000000"/>
          <w:sz w:val="32"/>
        </w:rPr>
        <w:t>据公开数据，12英寸硅片产能为360万片/年（来源：2025年）。</w:t>
      </w:r>
    </w:p>
    <w:p>
      <w:pPr>
        <w:spacing w:lineRule="exact" w:line="600" w:before="0" w:after="0"/>
        <w:ind w:firstLine="420"/>
        <w:jc w:val="both"/>
      </w:pPr>
      <w:r>
        <w:rPr>
          <w:rFonts w:ascii="仿宋_GB2312" w:hAnsi="仿宋_GB2312" w:eastAsia="仿宋_GB2312"/>
          <w:b w:val="0"/>
          <w:color w:val="000000"/>
          <w:sz w:val="32"/>
        </w:rPr>
        <w:t>据公开数据，8英寸硅片产能为300万片/年（来源：2025年）。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衬底、中游制造、下游应用」展开系统梳理，其中「有研集团2018年起在德州布局大尺寸硅材料项目，累计投资近百亿元、落地7个项目（天衢新区6个）（来源：2024年经济导报）」与「中国集成电路关键材料（德州）基地占地800余亩，总投资93.4亿元（来源：2023年新华财经）」等数据点清晰刻画了该维度的现实基础；有研集团2018年起在德州布局大尺寸硅材料项目，累计投资近百亿元、落地7个项目（天衢新区6个）（来源：2024年经济导报）；中国集成电路关键材料（德州）基地占地800余亩，总投资93.4亿元（来源：2023年新华财经）；有研半导体8英寸硅片项目年产6英寸硅片300万片、8英寸硅片300万片（来源：2025年德州政协）；山东有研艾斯12英寸大硅片项目一期投资25亿元，达产后月产10万片（来源：2023年新华财经）。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有研半导体8英寸项目年产6英寸300万片、8英寸300万片，刻蚀硅材料年产3.6万片（来源：2025年德州政协）」与「山东有研艾斯12英寸硅片一期月产10万片，全部达产360万片/年（来源：2023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有研半导体8英寸项目年产6英寸300万片、8英寸300万片，刻蚀硅材料年产3.6万片（来源：2025年德州政协）。山东有研艾斯12英寸硅片一期月产10万片，全部达产360万片/年（来源：2023年新华财经）。有研艾斯二期投产后年产量由120万片扩至240万片（来源：2026年山东省发改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达产后8英寸硅片将占国内市场份额10%、12英寸硅片占20%（来源：2024年经济导报）。国内12英寸大硅片长期依赖进口，国产化率不足20%（来源：2024年中国电子材料协会）。12英寸硅片是未来主流产品，单片可产出芯片数量较8英寸提升约2.5倍（来源：2023年新华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德州是全国第5个能生产12英寸大硅片的城市（来源：2024年德州经开区）。山东有研艾斯是省内唯一量产12英寸大硅片的企业（来源：2025年德州日报）。德州成为有研集团全国投资布局规模最大、业务最广的科技成果转化基地（来源：2024年经济导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有研半导体8英寸项目年产6英寸300万片、8英寸300万片，刻蚀硅材料年产3.6万片（来源：2025年德州政协）」与「山东有研艾斯12英寸硅片一期月产10万片，全部达产360万片/年（来源：2023年新华财经）」等数据点清晰刻画了该维度的现实基础；有研半导体8英寸项目年产6英寸300万片、8英寸300万片，刻蚀硅材料年产3.6万片（来源：2025年德州政协）；山东有研艾斯12英寸硅片一期月产10万片，全部达产360万片/年（来源：2023年新华财经）；有研艾斯二期投产后年产量由120万片扩至240万片（来源：2026年山东省发改委）；达产后8英寸硅片将占国内市场份额10%、12英寸硅片占20%（来源：2024年经济导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汇聚121家新一代信息技术企业（来源：2025年天衢新区）」与「2025年全区集成电路规上企业13家，营收近300亿元、占德州市98%（来源：2025年中国企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汇聚121家新一代信息技术企业（来源：2025年天衢新区）。2025年全区集成电路规上企业13家，营收近300亿元、占德州市98%（来源：2025年中国企业报）。2024年天衢新区新一代信息技术产业实现营收90.6亿元，较2013年增长70倍（来源：2024年经济导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有研半导体入选省级「十强」产业雁阵形集群领军企业库（来源：2025年德州日报）。山东有研半导体2023年国家级专精特新小巨人50强评选中位列全国第11名（来源：2025年德州日报）。有研艾斯2024年营业收入10566.61万元，二期新增就业100人（来源：2026年山东省发改委）。</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衢新区累计培育创新型中小企业209家，其中国家级制造业单项冠军4家（来源：2025年德州日报）。省级及以上专精特新企业138家，高新技术企业207家，科技型中小企业290家（来源：2025年德州日报）。以集成电路为主导的规上工业企业实现产值约80亿元、同比增长11%（来源：2025年德州日报）。</w:t>
      </w:r>
    </w:p>
    <w:p>
      <w:pPr>
        <w:spacing w:lineRule="exact" w:line="600" w:before="0" w:after="0"/>
        <w:ind w:firstLine="420"/>
        <w:jc w:val="both"/>
      </w:pPr>
      <w:r>
        <w:rPr>
          <w:rFonts w:ascii="仿宋_GB2312" w:hAnsi="仿宋_GB2312" w:eastAsia="仿宋_GB2312"/>
          <w:b w:val="0"/>
          <w:color w:val="000000"/>
          <w:sz w:val="32"/>
        </w:rPr>
        <w:t>据公开数据，新一代信息技术企业数为121家（来源：2025年）。</w:t>
      </w:r>
    </w:p>
    <w:p>
      <w:pPr>
        <w:spacing w:lineRule="exact" w:line="600" w:before="0" w:after="0"/>
        <w:ind w:firstLine="420"/>
        <w:jc w:val="both"/>
      </w:pPr>
      <w:r>
        <w:rPr>
          <w:rFonts w:ascii="仿宋_GB2312" w:hAnsi="仿宋_GB2312" w:eastAsia="仿宋_GB2312"/>
          <w:b w:val="0"/>
          <w:color w:val="000000"/>
          <w:sz w:val="32"/>
        </w:rPr>
        <w:t>据公开数据，集成电路规上企业营收为近300亿元（来源：2025年）。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汇聚121家新一代信息技术企业（来源：2025年天衢新区）」与「2025年全区集成电路规上企业13家，营收近300亿元、占德州市98%（来源：2025年中国企业报）」等数据点清晰刻画了该维度的现实基础；全区汇聚121家新一代信息技术企业（来源：2025年天衢新区）；2025年全区集成电路规上企业13家，营收近300亿元、占德州市98%（来源：2025年中国企业报）；2024年天衢新区新一代信息技术产业实现营收90.6亿元，较2013年增长70倍（来源：2024年经济导报）；山东有研半导体2023年国家级专精特新小巨人50强评选中位列全国第11名（来源：2025年德州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山东有研艾斯攻克单晶微缺陷、硅片几何尺寸、表面沾污等关键技术指标（来源：2023年新华财经）」与「12英寸硅片经倒角、研磨、抛光等40余道工序加工成型（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东有研艾斯攻克单晶微缺陷、硅片几何尺寸、表面沾污等关键技术指标（来源：2023年新华财经）。12英寸硅片经倒角、研磨、抛光等40余道工序加工成型（来源：2025年德州日报）。有研依托「集成电路关键材料国家工程研究中心」开展研发（来源：2025年德州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山东首条12英寸集成电路用大硅片生产线于2023年10月在德州通线（来源：2023年新华财经）。有研艾斯12英寸硅片项目二期新增硬件设备165台（套）（来源：2026年山东省发改委）。12英寸硅片（二期）总建设用地13亩，在已有厂房建设不需新征用地（来源：2026年山东省发改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有研艾斯二期全部投产后年新增销售收入15亿元、利润1.4亿元（来源：2026年山东省发改委）。天衢新区与10余所高校、20余个专家团队合作成立产业创新应用研究院（来源：2024年经济导报）。德州学院与有研集团共建半导体产业学院，每年培养实用性人才3000余人（来源：2024年经济导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山东有研艾斯攻克单晶微缺陷、硅片几何尺寸、表面沾污等关键技术指标（来源：2023年新华财经）」与「12英寸硅片经倒角、研磨、抛光等40余道工序加工成型（来源：2025年德州日报）」等数据点清晰刻画了该维度的现实基础；山东有研艾斯攻克单晶微缺陷、硅片几何尺寸、表面沾污等关键技术指标（来源：2023年新华财经）；12英寸硅片经倒角、研磨、抛光等40余道工序加工成型（来源：2025年德州日报）；有研依托「集成电路关键材料国家工程研究中心」开展研发（来源：2025年德州日报）；山东首条12英寸集成电路用大硅片生产线于2023年10月在德州通线（来源：2023年新华财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国集成电路关键材料（德州）基地总投资93.4亿元，占地800余亩（来源：2023年新华财经）」与「山东有研艾斯12英寸硅片项目总投资62亿元（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国集成电路关键材料（德州）基地总投资93.4亿元，占地800余亩（来源：2023年新华财经）。山东有研艾斯12英寸硅片项目总投资62亿元（来源：2025年德州日报）。有研艾斯12英寸硅片（二期）总投资21750万美元（来源：2026年山东省发改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12英寸硅片面积约为8英寸的2.25倍，可使用率约2.5倍，经济效益明显（来源：2023年新华财经）。天衢新区园区双回路供电满足项目用电，可实现签约即拿地开工（来源：2025年中国企业报）。新区在北京设「人才飞地」，研发设计在京、试验转化在德（来源：2025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有研艾斯二期投产后实现新增利润1.4亿元、新增就业100人（来源：2026年山东省发改委）。2025年1—9月全区新一代信息技术产业营收107.1亿元、同比增长31.69%（来源：2025年天衢新区）。以集成电路为主导规上工业产值约80亿元、同比增长11%（来源：2025年德州日报）。</w:t>
      </w:r>
    </w:p>
    <w:p>
      <w:pPr>
        <w:spacing w:lineRule="exact" w:line="600" w:before="0" w:after="0"/>
        <w:ind w:firstLine="420"/>
        <w:jc w:val="both"/>
      </w:pPr>
      <w:r>
        <w:rPr>
          <w:rFonts w:ascii="仿宋_GB2312" w:hAnsi="仿宋_GB2312" w:eastAsia="仿宋_GB2312"/>
          <w:b w:val="0"/>
          <w:color w:val="000000"/>
          <w:sz w:val="32"/>
        </w:rPr>
        <w:t>据公开数据，集成电路规上企业营收为近300亿元（来源：2025年）。</w:t>
      </w:r>
    </w:p>
    <w:p>
      <w:pPr>
        <w:spacing w:lineRule="exact" w:line="600" w:before="0" w:after="0"/>
        <w:ind w:firstLine="420"/>
        <w:jc w:val="both"/>
      </w:pPr>
      <w:r>
        <w:rPr>
          <w:rFonts w:ascii="仿宋_GB2312" w:hAnsi="仿宋_GB2312" w:eastAsia="仿宋_GB2312"/>
          <w:b w:val="0"/>
          <w:color w:val="000000"/>
          <w:sz w:val="32"/>
        </w:rPr>
        <w:t>据公开数据，产业营收同比增速为31.69%（来源：2025年）。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国集成电路关键材料（德州）基地总投资93.4亿元，占地800余亩（来源：2023年新华财经）」与「山东有研艾斯12英寸硅片项目总投资62亿元（来源：2025年德州日报）」等数据点清晰刻画了该维度的现实基础；中国集成电路关键材料（德州）基地总投资93.4亿元，占地800余亩（来源：2023年新华财经）；山东有研艾斯12英寸硅片项目总投资62亿元（来源：2025年德州日报）；有研艾斯12英寸硅片（二期）总投资21750万美元（来源：2026年山东省发改委）；12英寸硅片面积约为8英寸的2.25倍，可使用率约2.5倍，经济效益明显（来源：2023年新华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要素风险」展开系统梳理，其中「国内12英寸大硅片长期依赖进口，进口替代空间巨大（来源：2024年海关数据）」与「有研艾斯360万片达产后有望显著缓解12英寸大硅片卡脖子局面（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内12英寸大硅片长期依赖进口，进口替代空间巨大（来源：2024年海关数据）。有研艾斯360万片达产后有望显著缓解12英寸大硅片卡脖子局面（来源：2025年德州日报）。德州基地达产8英寸占国内10%、12英寸占20%，国产替代加速（来源：2024年经济导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硅片直径越大对技术、工艺、设备、原材料要求越高，存在卡脖子风险（来源：2023年新华财经）。12英寸硅片各工艺环节需长期积累，单晶工艺是核心技术难点（来源：2023年新华财经）。高端硅片需持续迭代验证，良率稳定性是工程化放大瓶颈（来源：2024年德州日报）。</w:t>
      </w:r>
    </w:p>
    <w:p>
      <w:pPr>
        <w:spacing w:lineRule="exact" w:line="600" w:before="120" w:after="120"/>
        <w:ind w:firstLine="420"/>
        <w:jc w:val="left"/>
      </w:pPr>
      <w:r>
        <w:rPr>
          <w:rFonts w:ascii="楷体_GB2312" w:hAnsi="楷体_GB2312" w:eastAsia="楷体_GB2312"/>
          <w:b w:val="0"/>
          <w:color w:val="000000"/>
          <w:sz w:val="32"/>
        </w:rPr>
        <w:t>要素风险</w:t>
      </w:r>
    </w:p>
    <w:p>
      <w:pPr>
        <w:spacing w:lineRule="exact" w:line="600" w:before="0" w:after="0"/>
        <w:ind w:firstLine="420"/>
        <w:jc w:val="both"/>
      </w:pPr>
      <w:r>
        <w:rPr>
          <w:rFonts w:ascii="仿宋_GB2312" w:hAnsi="仿宋_GB2312" w:eastAsia="仿宋_GB2312"/>
          <w:b w:val="0"/>
          <w:color w:val="000000"/>
          <w:sz w:val="32"/>
        </w:rPr>
        <w:t>北方城市吸引高端人才存在共性挑战，依赖人才飞地与本地职教（来源：2025年德州日报）。半导体产业投入大、周期长，对企业融资能力要求高（来源：2025年德州日报）。高端硅片验证周期长，下游客户导入存在时间不确定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要素风险」展开系统梳理，其中「国内12英寸大硅片长期依赖进口，进口替代空间巨大（来源：2024年海关数据）」与「有研艾斯360万片达产后有望显著缓解12英寸大硅片卡脖子局面（来源：2025年德州日报）」等数据点清晰刻画了该维度的现实基础；国内12英寸大硅片长期依赖进口，进口替代空间巨大（来源：2024年海关数据）；有研艾斯360万片达产后有望显著缓解12英寸大硅片卡脖子局面（来源：2025年德州日报）；德州基地达产8英寸占国内10%、12英寸占20%，国产替代加速（来源：2024年经济导报）；硅片直径越大对技术、工艺、设备、原材料要求越高，存在卡脖子风险（来源：2023年新华财经）。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做大上游、做精中游、做细下游，保障供应链提升价值链（来源：2024年经济导报）」与「鼓励化合物衬底材料、封装材料及先进封测项目，重点发展功率半导体和智能传感器（来源：2026年中国企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德州把新一代信息技术作为「一号产业链」，设产业链办公室（来源：2024年政府文件）。市区联动组建产业链办公室，绘制全景图、产业链图、技术路线图等「五张图」（来源：2024年经济导报）。实施「稳链强基」「强芯提质」「集群筑峰」三大行动（来源：2024年经济导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做大上游、做精中游、做细下游，保障供应链提升价值链（来源：2024年经济导报）。鼓励化合物衬底材料、封装材料及先进封测项目，重点发展功率半导体和智能传感器（来源：2026年中国企业报）。围绕硅片生产横向补链，支持切磨抛工艺辅助材料及晶圆载具项目（来源：2026年中国企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天衢新区规划「两区+四园」，其中3000亩集成电路和电子信息产业专区（来源：2024年经济导报）。2024年集成电路关键材料产业合作大会签约总投资55亿元的16个重点项目（来源：2024年经济导报）。立讯精密收购威讯后布局30亿元封装测试扩产项目（来源：2025年天衢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做大上游、做精中游、做细下游，保障供应链提升价值链（来源：2024年经济导报）」与「鼓励化合物衬底材料、封装材料及先进封测项目，重点发展功率半导体和智能传感器（来源：2026年中国企业报）」等数据点清晰刻画了该维度的现实基础；做大上游、做精中游、做细下游，保障供应链提升价值链（来源：2024年经济导报）；鼓励化合物衬底材料、封装材料及先进封测项目，重点发展功率半导体和智能传感器（来源：2026年中国企业报）；围绕硅片生产横向补链，支持切磨抛工艺辅助材料及晶圆载具项目（来源：2026年中国企业报）；天衢新区规划「两区+四园」，其中3000亩集成电路和电子信息产业专区（来源：2024年经济导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有研艾斯12英寸硅片项目总投资62亿元，二期投资21750万美元（来源：2025年/2026年）」与「中国集成电路关键材料基地整体投资93.4亿元（来源：2023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有研艾斯12英寸硅片项目总投资62亿元，二期投资21750万美元（来源：2025年/2026年）。中国集成电路关键材料基地整体投资93.4亿元（来源：2023年新华财经）。绿色低碳半导体产业园暨威讯封测二期投资30亿元（来源：2025年天衢新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先导科技激光雷达及传感器产业化项目投资50亿元（来源：2025年德州日报）。天衢新区推动设立总规模近50亿元产业投资基金联盟（来源：2025年德州日报）。产业基金已为有研、先导等关键项目提供超20亿元基金支持（来源：2025年德州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探索「一链一基金」模式，吸引26家投资机构参与（来源：2025年德州日报）。通过产业基金+银行授信+股权融资组合支持重大项目（来源：2024年经济导报）。设立8只产业投资基金专项扶持龙头企业（来源：2024年经济导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有研艾斯12英寸硅片项目总投资62亿元，二期投资21750万美元（来源：2025年/2026年）」与「中国集成电路关键材料基地整体投资93.4亿元（来源：2023年新华财经）」等数据点清晰刻画了该维度的现实基础；有研艾斯12英寸硅片项目总投资62亿元，二期投资21750万美元（来源：2025年/2026年）；中国集成电路关键材料基地整体投资93.4亿元（来源：2023年新华财经）；绿色低碳半导体产业园暨威讯封测二期投资30亿元（来源：2025年天衢新区）；先导科技激光雷达及传感器产业化项目投资50亿元（来源：2025年德州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大尺寸硅片与半导体衬底材料在德州市天衢新区依托区域产业基础与政策赋能，已形成以量化事实为支撑的发展格局。天衢新区先进半导体材料加速园2026年入选山东省未来产业加速园建设项目名单（来源：2026年山东省工信厅）；山东省、德州市2022年、2023年先后出台支持集成电路产业发展的若干政策（来源：2023年山东省政府）；德州出台《新一代信息技术产业发展规划》《加快集成电路产业发展实施意见》等配套文件（来源：2024年德州发改委）；德州拥有4所万人大学、47所职业教育院校，年培养高中级职业技术人才20余万人（来源：2025年天衢新区）；德州到北京高铁70分钟，每日对开列车超200车次，乘高铁4小时可达上海（来源：2025年中国企业报）；天衢新区高标准规划建设76万平方米产业园区，可满足半导体企业「拎包入住」（来源：2025年中国企业报）；有研集团2018年起在德州布局大尺寸硅材料项目，累计投资近百亿元、落地7个项目（天衢新区6个）（来源：2024年经济导报）；中国集成电路关键材料（德州）基地占地800余亩，总投资93.4亿元（来源：2023年新华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有研艾斯半导体材料有限公司是天衢新区12英寸大硅片的核心承载企业，2020年3月注册成立，注册资本20亿元，主营12英寸集成电路用半导体硅抛光片、外延片。公司12英寸大硅片产业化项目一期投资25亿元，2023年10月通线，达产后月产10万片、年产360万片，是山东省内第一条12英寸大硅片生产线，也是全国第5个实现量产的基地。2024年公司营业收入10566.61万元，二期项目投资21750万美元，新增硬件设备165台（套），扩产至年240万片规模，全部投产后年新增销售收入15亿元、利润1.4亿元、新增就业100人，技术水平国内领先。</w:t>
      </w:r>
    </w:p>
    <w:p>
      <w:pPr>
        <w:spacing w:lineRule="exact" w:line="600" w:before="0" w:after="0"/>
        <w:ind w:firstLine="420"/>
        <w:jc w:val="both"/>
      </w:pPr>
      <w:r>
        <w:rPr>
          <w:rFonts w:ascii="仿宋_GB2312" w:hAnsi="仿宋_GB2312" w:eastAsia="仿宋_GB2312"/>
          <w:b w:val="0"/>
          <w:color w:val="000000"/>
          <w:sz w:val="32"/>
        </w:rPr>
        <w:t>山东有研半导体材料有限公司是德州半导体材料的源头企业，承担8英寸硅片及刻蚀设备用硅材料的研发与生产。公司8英寸硅片项目年产6英寸硅片300万片、8英寸硅片300万片，刻蚀设备用硅材料年产3.6万片，是德州最早落地的大尺寸硅材料规模化基地。公司入选省级「十强」产业雁阵形集群领军企业库，并在2023年国家级专精特新「小巨人」企业50强评选中位列全国第11名，成为北方最大集成电路关键材料基地的重要支柱。</w:t>
      </w:r>
    </w:p>
    <w:p>
      <w:pPr>
        <w:spacing w:lineRule="exact" w:line="600" w:before="0" w:after="0"/>
        <w:ind w:firstLine="420"/>
        <w:jc w:val="both"/>
      </w:pPr>
      <w:r>
        <w:rPr>
          <w:rFonts w:ascii="仿宋_GB2312" w:hAnsi="仿宋_GB2312" w:eastAsia="仿宋_GB2312"/>
          <w:b w:val="0"/>
          <w:color w:val="000000"/>
          <w:sz w:val="32"/>
        </w:rPr>
        <w:t>山东利恩斯智能科技有限公司是天衢新区半导体材料与精密部件配套的本地骨干企业，主要从事半导体封装材料、精密结构件及功能部件的研发制造，为区内有研、威讯、先导等龙头提供就近配套。公司作为德州集成电路产业链重点配套企业之一，参与了2026年德州市政协组织的集成电路产业链专题调研，反映了中小配套企业在融资、技术升级方面的实际需求，是集群「链主引领、配套协同」生态的重要一环，年配套产值稳步增长。</w:t>
      </w:r>
    </w:p>
    <w:p>
      <w:pPr>
        <w:spacing w:lineRule="exact" w:line="600" w:before="0" w:after="0"/>
        <w:jc w:val="left"/>
      </w:pPr>
      <w:r>
        <w:rPr>
          <w:rFonts w:ascii="仿宋_GB2312" w:hAnsi="仿宋_GB2312" w:eastAsia="仿宋_GB2312"/>
          <w:b w:val="0"/>
          <w:color w:val="000000"/>
          <w:sz w:val="28"/>
        </w:rPr>
        <w:t>主要数据来源：新华财经2023年10月报道；德州日报2025年报道；经济导报2024年10月报道；山东省发改委2026年项目公示；中国企业报2026年4月报道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