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商用车整车与专用车制造行业深度分析报告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莱芜区商用车整车与专用车制造以山东重工（济南莱芜）绿色智造产业城为引擎，中国重汽集团济南卡车股份有限公司莱芜工厂为链主，是济南市「黄河流域先进制造业中心」的核心支撑。中国重汽智能网联（新能源）重卡项目总投资150亿元、占地3106亩、建筑面积100万平方米，一期年产能10万辆整车，达产可实现收入350亿元、税收25亿元。2025年莱芜工厂总装车间每5分钟下线一辆重卡，两条线日产出320辆，2025年1-7月整车生产突破7万辆、同比增长17%。莱芜区围绕车身、底盘、电气设备及新能源四大矩阵46个细分领域延链补链，已集聚72家配套企业，构建起「整车+汽车零部件+物流」全产业链，2024年链条产值突破350亿元、2025年突破420亿元、今年有望达500亿元，高端装备产业集群入选山东省特色产业集群，目标5年形成千亿产值、百家企业、二十亿税收的整车产业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重卡项目总投资：150亿元（来源：2020年）</w:t>
      </w:r>
    </w:p>
    <w:p>
      <w:pPr>
        <w:spacing w:lineRule="exact" w:line="600" w:before="0" w:after="0"/>
        <w:ind w:firstLine="420"/>
        <w:jc w:val="both"/>
      </w:pPr>
      <w:r>
        <w:rPr>
          <w:rFonts w:ascii="仿宋_GB2312" w:hAnsi="仿宋_GB2312" w:eastAsia="仿宋_GB2312"/>
          <w:b w:val="0"/>
          <w:color w:val="000000"/>
          <w:sz w:val="32"/>
        </w:rPr>
        <w:t>· 重卡项目年产能：10万辆整车（来源：2020年）</w:t>
      </w:r>
    </w:p>
    <w:p>
      <w:pPr>
        <w:spacing w:lineRule="exact" w:line="600" w:before="0" w:after="0"/>
        <w:ind w:firstLine="420"/>
        <w:jc w:val="both"/>
      </w:pPr>
      <w:r>
        <w:rPr>
          <w:rFonts w:ascii="仿宋_GB2312" w:hAnsi="仿宋_GB2312" w:eastAsia="仿宋_GB2312"/>
          <w:b w:val="0"/>
          <w:color w:val="000000"/>
          <w:sz w:val="32"/>
        </w:rPr>
        <w:t>· 重卡项目达产收入：350亿元（来源：2020年）</w:t>
      </w:r>
    </w:p>
    <w:p>
      <w:pPr>
        <w:spacing w:lineRule="exact" w:line="600" w:before="0" w:after="0"/>
        <w:ind w:firstLine="420"/>
        <w:jc w:val="both"/>
      </w:pPr>
      <w:r>
        <w:rPr>
          <w:rFonts w:ascii="仿宋_GB2312" w:hAnsi="仿宋_GB2312" w:eastAsia="仿宋_GB2312"/>
          <w:b w:val="0"/>
          <w:color w:val="000000"/>
          <w:sz w:val="32"/>
        </w:rPr>
        <w:t>· 2025年1-7月整车产量：7万辆（来源：2025年）</w:t>
      </w:r>
    </w:p>
    <w:p>
      <w:pPr>
        <w:spacing w:lineRule="exact" w:line="600" w:before="0" w:after="0"/>
        <w:ind w:firstLine="420"/>
        <w:jc w:val="both"/>
      </w:pPr>
      <w:r>
        <w:rPr>
          <w:rFonts w:ascii="仿宋_GB2312" w:hAnsi="仿宋_GB2312" w:eastAsia="仿宋_GB2312"/>
          <w:b w:val="0"/>
          <w:color w:val="000000"/>
          <w:sz w:val="32"/>
        </w:rPr>
        <w:t>· 2024年汽车产业链产值：350亿元（来源：2025年）</w:t>
      </w:r>
    </w:p>
    <w:p>
      <w:pPr>
        <w:spacing w:lineRule="exact" w:line="600" w:before="0" w:after="0"/>
        <w:ind w:firstLine="420"/>
        <w:jc w:val="both"/>
      </w:pPr>
      <w:r>
        <w:rPr>
          <w:rFonts w:ascii="仿宋_GB2312" w:hAnsi="仿宋_GB2312" w:eastAsia="仿宋_GB2312"/>
          <w:b w:val="0"/>
          <w:color w:val="000000"/>
          <w:sz w:val="32"/>
        </w:rPr>
        <w:t>· 2025年汽车产业链产值：420亿元（来源：2026年）</w:t>
      </w:r>
    </w:p>
    <w:p>
      <w:pPr>
        <w:spacing w:lineRule="exact" w:line="600" w:before="0" w:after="0"/>
        <w:ind w:firstLine="420"/>
        <w:jc w:val="both"/>
      </w:pPr>
      <w:r>
        <w:rPr>
          <w:rFonts w:ascii="仿宋_GB2312" w:hAnsi="仿宋_GB2312" w:eastAsia="仿宋_GB2312"/>
          <w:b w:val="0"/>
          <w:color w:val="000000"/>
          <w:sz w:val="32"/>
        </w:rPr>
        <w:t>· 集聚配套企业数：72家（来源：2026年）</w:t>
      </w:r>
    </w:p>
    <w:p>
      <w:pPr>
        <w:spacing w:lineRule="exact" w:line="600" w:before="0" w:after="0"/>
        <w:ind w:firstLine="420"/>
        <w:jc w:val="both"/>
      </w:pPr>
      <w:r>
        <w:rPr>
          <w:rFonts w:ascii="仿宋_GB2312" w:hAnsi="仿宋_GB2312" w:eastAsia="仿宋_GB2312"/>
          <w:b w:val="0"/>
          <w:color w:val="000000"/>
          <w:sz w:val="32"/>
        </w:rPr>
        <w:t>· 重汽试验检测中心投资：18.5亿元（来源：2026年）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莱芜区2024年工业总产值实现1307亿元、总量居济南市第2位（来源：2025年莱芜区新闻发布会）」与「2025年莱芜区地区生产总值突破1057.4亿元、一季度增长5.9%（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芜区2024年工业总产值实现1307亿元、总量居济南市第2位（来源：2025年莱芜区新闻发布会）。2025年莱芜区地区生产总值突破1057.4亿元、一季度增长5.9%（来源：2026年大众日报）。山东重工（济南莱芜）绿色智造产业城为省级重点产业城、莱芜汽车产业引擎（来源：2025年济南日报）。莱芜区获评山东省工业强县与民营经济高质量发展先进区（来源：2025年莱芜区）。2024年莱芜区工业总产值1307亿元、规模以上工业增加值增长4.1%（来源：2025年莱芜区）。莱芜区规上工业企业数字化转型覆盖率达到80%（来源：2026年莱芜区计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芜区锚定黄河流域先进制造业中心、省会城市副中心双定位（来源：2025年莱芜区新闻发布会）。汽车产业纳入全区3+2重点产业、高端装备产业集群入选山东省特色产业集群（来源：2025年莱芜区）。莱芜区实施生态立区、工业强区、创新兴区三大战略（来源：2025年莱芜区）。莱芜区构建企业全生命周期24小时企业管家服务体系（来源：2025年莱芜区）。汽车产业目标5年形成千亿产值、百家企业、二十亿税收整车集群（来源：2025年济南日报）。莱芜区出台人才新政双30条、累计引进青年人才1.4万名（来源：2025年莱芜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近三年全区累计争取上级各类资金27.4亿元、设备更新再贷款39.3亿元（来源：2025年莱芜区）。莱芜区三年完成供地3100亩、培育高新技术企业406家（来源：2025年莱芜区）。全区主导产业数控化率达到90%以上、建成国家级绿色工业园区（来源：2025年莱芜区）。莱芜区5G基站达到5080个、泰禾生化等17家企业获评省级晨星工厂（来源：2026年莱芜区计划）。莱芜区三年全社会研发投入达85亿元、年均增长6%（来源：2025年莱芜区）。莱芜区累计培育市级以上重点实验室及新型研发机构31家（来源：2025年莱芜区）。</w:t>
      </w:r>
    </w:p>
    <w:p>
      <w:pPr>
        <w:spacing w:lineRule="exact" w:line="600" w:before="0" w:after="0"/>
        <w:ind w:firstLine="420"/>
        <w:jc w:val="both"/>
      </w:pPr>
      <w:r>
        <w:rPr>
          <w:rFonts w:ascii="仿宋_GB2312" w:hAnsi="仿宋_GB2312" w:eastAsia="仿宋_GB2312"/>
          <w:b w:val="0"/>
          <w:color w:val="000000"/>
          <w:sz w:val="32"/>
        </w:rPr>
        <w:t>据公开数据，重卡项目总投资为150亿元（来源：2020年）。</w:t>
      </w:r>
    </w:p>
    <w:p>
      <w:pPr>
        <w:spacing w:lineRule="exact" w:line="600" w:before="0" w:after="0"/>
        <w:ind w:firstLine="420"/>
        <w:jc w:val="both"/>
      </w:pPr>
      <w:r>
        <w:rPr>
          <w:rFonts w:ascii="仿宋_GB2312" w:hAnsi="仿宋_GB2312" w:eastAsia="仿宋_GB2312"/>
          <w:b w:val="0"/>
          <w:color w:val="000000"/>
          <w:sz w:val="32"/>
        </w:rPr>
        <w:t>据公开数据，2024年汽车产业链产值为350亿元（来源：2025年）。</w:t>
      </w:r>
    </w:p>
    <w:p>
      <w:pPr>
        <w:spacing w:lineRule="exact" w:line="600" w:before="0" w:after="0"/>
        <w:ind w:firstLine="420"/>
        <w:jc w:val="both"/>
      </w:pPr>
      <w:r>
        <w:rPr>
          <w:rFonts w:ascii="仿宋_GB2312" w:hAnsi="仿宋_GB2312" w:eastAsia="仿宋_GB2312"/>
          <w:b w:val="0"/>
          <w:color w:val="000000"/>
          <w:sz w:val="32"/>
        </w:rPr>
        <w:t>据公开数据，2025年汽车产业链产值为420亿元（来源：2026年）。</w:t>
      </w:r>
    </w:p>
    <w:p>
      <w:pPr>
        <w:spacing w:lineRule="exact" w:line="600" w:before="0" w:after="0"/>
        <w:ind w:firstLine="420"/>
        <w:jc w:val="both"/>
      </w:pPr>
      <w:r>
        <w:rPr>
          <w:rFonts w:ascii="仿宋_GB2312" w:hAnsi="仿宋_GB2312" w:eastAsia="仿宋_GB2312"/>
          <w:b w:val="0"/>
          <w:color w:val="000000"/>
          <w:sz w:val="32"/>
        </w:rPr>
        <w:t>据公开数据，重汽试验检测中心投资为18.5亿元（来源：2026年）。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莱芜区2024年工业总产值实现1307亿元、总量居济南市第2位（来源：2025年莱芜区新闻发布会）」与「2025年莱芜区地区生产总值突破1057.4亿元、一季度增长5.9%（来源：2026年大众日报）」等数据点清晰刻画了该维度的现实基础；莱芜区2024年工业总产值实现1307亿元、总量居济南市第2位（来源：2025年莱芜区新闻发布会）；2025年莱芜区地区生产总值突破1057.4亿元、一季度增长5.9%（来源：2026年大众日报）；2024年莱芜区工业总产值1307亿元、规模以上工业增加值增长4.1%（来源：2025年莱芜区）；莱芜区规上工业企业数字化转型覆盖率达到80%（来源：2026年莱芜区计划）。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零部件、中游整车、下游物流应用」展开系统梳理，其中「车身、底盘、电气设备及新能源四大矩阵共46个细分领域构成招商图谱（来源：2025年济南日报）」与「长春富维安道拓济南分公司2025上半年为重汽生产座椅及仪表板门板9万份（来源：2025年济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车身、底盘、电气设备及新能源四大矩阵共46个细分领域构成招商图谱（来源：2025年济南日报）。长春富维安道拓济南分公司2025上半年为重汽生产座椅及仪表板门板9万份（来源：2025年济南日报）。维泰葛新材料4条生产线年产重卡顶盖导流罩等外饰件18万套、供货重汽陕汽（来源：2025年济南日报）。济南博泰汽车零件重卡底盘支架等铸件日产能1.5万件、年产值约1亿元（来源：2025年济南日报）。山东嬴朗车灯生产项目可年产50万套车灯及配套、补齐电气矩阵（来源：2025年济南日报）。莱芜区围绕车身底盘电气新能源四大矩阵定向招引配套企业（来源：2025年莱芜区）。</w:t>
      </w:r>
    </w:p>
    <w:p>
      <w:pPr>
        <w:spacing w:lineRule="exact" w:line="600" w:before="120" w:after="120"/>
        <w:ind w:firstLine="420"/>
        <w:jc w:val="left"/>
      </w:pPr>
      <w:r>
        <w:rPr>
          <w:rFonts w:ascii="楷体_GB2312" w:hAnsi="楷体_GB2312" w:eastAsia="楷体_GB2312"/>
          <w:b w:val="0"/>
          <w:color w:val="000000"/>
          <w:sz w:val="32"/>
        </w:rPr>
        <w:t>中游整车</w:t>
      </w:r>
    </w:p>
    <w:p>
      <w:pPr>
        <w:spacing w:lineRule="exact" w:line="600" w:before="0" w:after="0"/>
        <w:ind w:firstLine="420"/>
        <w:jc w:val="both"/>
      </w:pPr>
      <w:r>
        <w:rPr>
          <w:rFonts w:ascii="仿宋_GB2312" w:hAnsi="仿宋_GB2312" w:eastAsia="仿宋_GB2312"/>
          <w:b w:val="0"/>
          <w:color w:val="000000"/>
          <w:sz w:val="32"/>
        </w:rPr>
        <w:t>中国重汽智能网联重卡项目总投资150亿元、占地3106亩、建筑面积100万平米（来源：2020年新华社）。重卡项目年产能10万辆整车、可实现收入350亿元、税收25亿元（来源：2020年新华社）。莱芜工厂总装每5分钟下线一辆重卡、两条线日产出320辆整车（来源：2025年济南日报）。重汽济卡产量规模突破10万辆大关、带动30家配套企业集聚（来源：2024年莱芜区发布会）。主要生产黄河品牌高端重卡与全新一代豪沃TH7重卡（来源：2020年新华社）。项目采用全球先进智能制造生产线、产品工艺达国际一流水平（来源：2020年新华社）。</w:t>
      </w:r>
    </w:p>
    <w:p>
      <w:pPr>
        <w:spacing w:lineRule="exact" w:line="600" w:before="120" w:after="120"/>
        <w:ind w:firstLine="420"/>
        <w:jc w:val="left"/>
      </w:pPr>
      <w:r>
        <w:rPr>
          <w:rFonts w:ascii="楷体_GB2312" w:hAnsi="楷体_GB2312" w:eastAsia="楷体_GB2312"/>
          <w:b w:val="0"/>
          <w:color w:val="000000"/>
          <w:sz w:val="32"/>
        </w:rPr>
        <w:t>下游物流应用</w:t>
      </w:r>
    </w:p>
    <w:p>
      <w:pPr>
        <w:spacing w:lineRule="exact" w:line="600" w:before="0" w:after="0"/>
        <w:ind w:firstLine="420"/>
        <w:jc w:val="both"/>
      </w:pPr>
      <w:r>
        <w:rPr>
          <w:rFonts w:ascii="仿宋_GB2312" w:hAnsi="仿宋_GB2312" w:eastAsia="仿宋_GB2312"/>
          <w:b w:val="0"/>
          <w:color w:val="000000"/>
          <w:sz w:val="32"/>
        </w:rPr>
        <w:t>构建整车+汽车零部件+物流全产业链条、2024年链条产值突破350亿元（来源：2025年莱芜区）。2025年汽车产业链产值突破420亿元、今年有望达500亿元（来源：2026年大众日报）。凯傲叉车、汇金股份等30家骨干企业协同、重汽济卡产量破10万辆（来源：2024年莱芜区）。黄河X7氢燃料电池牵引车面向零排放长途物流市场（来源：2025年济南日报）。山东省重卡及商用车需求稳健、为重汽莱芜基地提供本地市场（来源：2025年行业研究）。物流运输企业就近配套、降低整车交付与运维半径（来源：2025年济南日报）。</w:t>
      </w:r>
    </w:p>
    <w:p>
      <w:pPr>
        <w:spacing w:lineRule="exact" w:line="600" w:before="0" w:after="0"/>
        <w:ind w:firstLine="420"/>
        <w:jc w:val="both"/>
      </w:pPr>
      <w:r>
        <w:rPr>
          <w:rFonts w:ascii="仿宋_GB2312" w:hAnsi="仿宋_GB2312" w:eastAsia="仿宋_GB2312"/>
          <w:b w:val="0"/>
          <w:color w:val="000000"/>
          <w:sz w:val="32"/>
        </w:rPr>
        <w:t>据公开数据，重卡项目年产能为10万辆整车（来源：2020年）。</w:t>
      </w:r>
    </w:p>
    <w:p>
      <w:pPr>
        <w:spacing w:lineRule="exact" w:line="600" w:before="0" w:after="0"/>
        <w:ind w:firstLine="420"/>
        <w:jc w:val="both"/>
      </w:pPr>
      <w:r>
        <w:rPr>
          <w:rFonts w:ascii="仿宋_GB2312" w:hAnsi="仿宋_GB2312" w:eastAsia="仿宋_GB2312"/>
          <w:b w:val="0"/>
          <w:color w:val="000000"/>
          <w:sz w:val="32"/>
        </w:rPr>
        <w:t>据公开数据，2025年1-7月整车产量为7万辆（来源：2025年）。</w:t>
      </w:r>
    </w:p>
    <w:p>
      <w:pPr>
        <w:spacing w:lineRule="exact" w:line="600" w:before="0" w:after="0"/>
        <w:ind w:firstLine="420"/>
        <w:jc w:val="both"/>
      </w:pPr>
      <w:r>
        <w:rPr>
          <w:rFonts w:ascii="仿宋_GB2312" w:hAnsi="仿宋_GB2312" w:eastAsia="仿宋_GB2312"/>
          <w:b w:val="0"/>
          <w:color w:val="000000"/>
          <w:sz w:val="32"/>
        </w:rPr>
        <w:t>据公开数据，集聚配套企业数为72家（来源：2026年）。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零部件、中游整车、下游物流应用」展开系统梳理，其中「车身、底盘、电气设备及新能源四大矩阵共46个细分领域构成招商图谱（来源：2025年济南日报）」与「长春富维安道拓济南分公司2025上半年为重汽生产座椅及仪表板门板9万份（来源：2025年济南日报）」等数据点清晰刻画了该维度的现实基础；车身、底盘、电气设备及新能源四大矩阵共46个细分领域构成招商图谱（来源：2025年济南日报）；长春富维安道拓济南分公司2025上半年为重汽生产座椅及仪表板门板9万份（来源：2025年济南日报）；维泰葛新材料4条生产线年产重卡顶盖导流罩等外饰件18万套、供货重汽陕汽（来源：2025年济南日报）；济南博泰汽车零件重卡底盘支架等铸件日产能1.5万件、年产值约1亿元（来源：2025年济南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2025年1-7月公司整车生产突破7万辆、同比大幅增长17%（来源：2025年济南日报）」与「重汽智能网联重卡一期年产能力10万辆整车（来源：2020年山东省政府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2025年1-7月公司整车生产突破7万辆、同比大幅增长17%（来源：2025年济南日报）。重汽智能网联重卡一期年产能力10万辆整车（来源：2020年山东省政府网）。莱芜工厂两条自动化生产线日产出达320辆整车（来源：2025年济南日报）。重汽济卡产量规模突破10万辆、居区域首位（来源：2024年莱芜区发布会）。莱芜工厂总装采用高效柔性自动化生产线（来源：2025年济南日报）。新能源重卡产线同步布局、拓展纯电与氢能车型供给（来源：2025年济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黄河X7氢燃料电池牵引车面向零排放长途物流市场批量交付（来源：2025年济南日报）。国内重卡市场新能源渗透率快速提升、莱芜布局纯电混动氢能三路线（来源：2025年济南日报）。山东省2025年重卡及商用车需求稳健、提供本地市场（来源：2025年行业研究）。快递物流与基建投资拉动中重卡更新需求（来源：2024年中国汽车工业协会）。出口市场拓展、重卡海外销量持续增长（来源：2024年中国汽车工业协会）。智能网联重卡在港口矿山等封闭场景需求兴起（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中国重汽为全国重卡第一梯队、莱芜基地为黄河豪沃TH7核心产地（来源：2020年新华社）。国内重卡行业集中度提升、头部企业市占率超80%（来源：2024年中国汽车工业协会）。莱芜汽车产业集群入选山东省特色产业集群、区域竞争力居前（来源：2025年莱芜区）。一汽解放、东风商用车等同为第一梯队形成全国竞争（来源：2024年行业分析）。新能源重卡赛道新势力涌入、竞争加剧（来源：2025年行业研究）。莱芜以链主+配套生态构筑区域差异化优势（来源：2025年济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2025年1-7月公司整车生产突破7万辆、同比大幅增长17%（来源：2025年济南日报）」与「重汽智能网联重卡一期年产能力10万辆整车（来源：2020年山东省政府网）」等数据点清晰刻画了该维度的现实基础；2025年1-7月公司整车生产突破7万辆、同比大幅增长17%（来源：2025年济南日报）；重汽智能网联重卡一期年产能力10万辆整车（来源：2020年山东省政府网）；重汽济卡产量规模突破10万辆、居区域首位（来源：2024年莱芜区发布会）；新能源重卡产线同步布局、拓展纯电与氢能车型供给（来源：2025年济南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以重汽为链主集聚72家配套企业协同发展（来源：2026年大众日报）」与「已构建涵盖30家骨干企业的汽车零部件+整车+物流全产业链（来源：2025年济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以重汽为链主集聚72家配套企业协同发展（来源：2026年大众日报）。已构建涵盖30家骨干企业的汽车零部件+整车+物流全产业链（来源：2025年济南日报）。莱芜区拥有省级以上专精特新中小企业203家、高新技术企业406家（来源：2026年莱芜区计划）。重汽试验检测中心一期等6个项目投产运行（来源：2026年大众日报）。汇金差速器智造等37个重点项目加快建设（来源：2026年大众日报）。莱芜区工业企业总量与配套密度居济南市前列（来源：2025年莱芜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重工中国重汽集团济南卡车股份有限公司为链主企业（来源：2025年济南日报）。中国重汽投资18.5亿元建设新能源产品试验检测中心、全省最大（来源：2026年大众日报）。重汽莱芜工厂入选山东省智能工厂、采用全球先进智能制造产线（来源：2020年新华社）。凯傲叉车为莱芜绿色智造产业城核心配套整机企业（来源：2025年济南日报）。汇金股份差速器智造项目跻身骨干配套企业（来源：2026年大众日报）。长春富维安道拓济南分公司为核心内饰件供应商（来源：2025年济南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莱芜区累计培育省级以上小巨人专精特新瞪羚企业249家（来源：2025年莱芜区）。维泰葛新材料等配套企业入选省级专精特新、供货重汽陕汽（来源：2025年济南日报）。汇金股份差速器智造等37个重点项目加快建设（来源：2026年大众日报）。莱芜区省级以上专精特新中小企业达到203家（来源：2026年莱芜区计划）。泰莱电气等为国家级专精特新小巨人企业（来源：2025年莱芜区）。莱芜区入库科技型中小企业608家（来源：2026年莱芜区计划）。</w:t>
      </w:r>
    </w:p>
    <w:p>
      <w:pPr>
        <w:spacing w:lineRule="exact" w:line="600" w:before="0" w:after="0"/>
        <w:ind w:firstLine="420"/>
        <w:jc w:val="both"/>
      </w:pPr>
      <w:r>
        <w:rPr>
          <w:rFonts w:ascii="仿宋_GB2312" w:hAnsi="仿宋_GB2312" w:eastAsia="仿宋_GB2312"/>
          <w:b w:val="0"/>
          <w:color w:val="000000"/>
          <w:sz w:val="32"/>
        </w:rPr>
        <w:t>据公开数据，集聚配套企业数为72家（来源：2026年）。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以重汽为链主集聚72家配套企业协同发展（来源：2026年大众日报）」与「已构建涵盖30家骨干企业的汽车零部件+整车+物流全产业链（来源：2025年济南日报）」等数据点清晰刻画了该维度的现实基础；以重汽为链主集聚72家配套企业协同发展（来源：2026年大众日报）；已构建涵盖30家骨干企业的汽车零部件+整车+物流全产业链（来源：2025年济南日报）；莱芜区拥有省级以上专精特新中小企业203家、高新技术企业406家（来源：2026年莱芜区计划）；重汽试验检测中心一期等6个项目投产运行（来源：2026年大众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研发行业独家双挡电驱桥技术、集成电机变速箱传动轴（来源：2025年济南日报）」与「黄河重卡应用轻量化与高效传动技术降低能耗（来源：2025年济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研发行业独家双挡电驱桥技术、集成电机变速箱传动轴（来源：2025年济南日报）。聚焦纯电动、混合动力、氢燃料电池三大技术路线（来源：2025年济南日报）。重汽试验检测中心投用后成全省最大国际一流商用车试验检测基地（来源：2026年大众日报）。黄河重卡应用轻量化与高效传动技术降低能耗（来源：2025年济南日报）。智能网联重卡集成无人驾驶与人工智能技术（来源：2020年新华社）。新能源三电系统集成技术实现自主可控（来源：2025年行业研究）。</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智能网联重卡项目280天实现投产和首台下线、建设速度行业领先（来源：2020年新华社）。莱芜工厂总装自动化产线每5分钟下线一辆重卡（来源：2025年济南日报）。重汽济卡产量规模突破10万辆大关（来源：2024年莱芜区发布会）。两条生产线日产出达320辆整车、产能利用率高位（来源：2025年济南日报）。重卡项目一期年产能力10万辆整车达产（来源：2020年山东省政府网）。新能源重卡产线同步爬坡、扩充供给能力（来源：2025年济南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中国重汽新能源产品试验检测中心投资18.5亿元（来源：2026年大众日报）。近三年莱芜区全社会研发投入达85亿元、年均增长6%（来源：2025年莱芜区）。莱芜区技术合同成交额达到5.5亿元（来源：2026年莱芜区计划）。莱芜区累计培育高新技术企业406家支撑创新（来源：2025年莱芜区）。重汽组建新能源与智能网联研发团队攻关核心技术（来源：2025年济南日报）。莱芜区获批省重大科技创新工程项目2项（来源：2026年莱芜区计划）。</w:t>
      </w:r>
    </w:p>
    <w:p>
      <w:pPr>
        <w:spacing w:lineRule="exact" w:line="600" w:before="0" w:after="0"/>
        <w:ind w:firstLine="420"/>
        <w:jc w:val="both"/>
      </w:pPr>
      <w:r>
        <w:rPr>
          <w:rFonts w:ascii="仿宋_GB2312" w:hAnsi="仿宋_GB2312" w:eastAsia="仿宋_GB2312"/>
          <w:b w:val="0"/>
          <w:color w:val="000000"/>
          <w:sz w:val="32"/>
        </w:rPr>
        <w:t>据公开数据，重汽试验检测中心投资为18.5亿元（来源：2026年）。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研发行业独家双挡电驱桥技术、集成电机变速箱传动轴（来源：2025年济南日报）」与「黄河重卡应用轻量化与高效传动技术降低能耗（来源：2025年济南日报）」等数据点清晰刻画了该维度的现实基础；研发行业独家双挡电驱桥技术、集成电机变速箱传动轴（来源：2025年济南日报）；黄河重卡应用轻量化与高效传动技术降低能耗（来源：2025年济南日报）；智能网联重卡集成无人驾驶与人工智能技术（来源：2020年新华社）；智能网联重卡项目280天实现投产和首台下线、建设速度行业领先（来源：2020年新华社）。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国重汽智能网联重卡项目总投资150亿元（来源：2020年新华社）」与「莱芜区三年争取设备更新再贷款额度39.3亿元（来源：2025年莱芜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国重汽智能网联重卡项目总投资150亿元（来源：2020年新华社）。莱芜区三年争取设备更新再贷款额度39.3亿元（来源：2025年莱芜区）。重汽新能源试验检测中心投资18.5亿元（来源：2026年大众日报）。重汽试验检测中心一期等6个项目投产（来源：2026年大众日报）。汇金差速器智造等37个重点项目加快建设投资（来源：2026年大众日报）。莱芜区三年梯次实施重点工业项目190个（来源：2025年莱芜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莱芜区三年完成供地3100亩、争取上级资金27.4亿元（来源：2025年莱芜区）。莱芜区主导产业数控化率达90%以上降低人工成本（来源：2025年莱芜区）。重卡项目占地3106亩、单位投资强度约483万元/亩（来源：2020年新华社测算）。莱芜区争取超长期特别国债3亿元、政府专项债17亿元（来源：2026年大众日报）。区域钢铁产业为汽车用钢就近供应降低物流成本（来源：2025年莱芜区）。5G与工业互联网降低产线运维与能耗成本（来源：2026年莱芜区计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重卡项目达产可实现收入350亿元、创造税收25亿元（来源：2020年新华社）。2025年汽车产业链产值突破420亿元、今年有望500亿元（来源：2026年大众日报）。重汽莱芜工厂2025年1-7月整车生产7万辆、同比增17%（来源：2025年济南日报）。汽车产业链2024年产值突破350亿元、增长10.4%（来源：2025年莱芜区）。高端重卡与新能源车型占比提升带动毛利改善（来源：2025年行业研究）。产业链本地配套率提升降低采购与外协成本（来源：2025年济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国重汽智能网联重卡项目总投资150亿元（来源：2020年新华社）」与「莱芜区三年争取设备更新再贷款额度39.3亿元（来源：2025年莱芜区）」等数据点清晰刻画了该维度的现实基础；中国重汽智能网联重卡项目总投资150亿元（来源：2020年新华社）；莱芜区三年争取设备更新再贷款额度39.3亿元（来源：2025年莱芜区）；重汽新能源试验检测中心投资18.5亿元（来源：2026年大众日报）；重汽试验检测中心一期等6个项目投产（来源：2026年大众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新能源重卡渗透率提升、纯电混动氢能三路线替代燃油重卡（来源：2025年济南日报）」与「山东省氢能产业示范项目落地莱芜、催生新能源商用车需求（来源：2025年济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新能源重卡渗透率提升、纯电混动氢能三路线替代燃油重卡（来源：2025年济南日报）。山东省氢能产业示范项目落地莱芜、催生新能源商用车需求（来源：2025年济南日报）。商用车智能化网联化升级带来高端重卡增量市场（来源：2025年行业研究）。双挡电驱桥等核心部件国产替代空间广阔（来源：2025年济南日报）。进口高端重卡替代加速、自主品牌份额提升（来源：2024年中国汽车工业协会）。无人驾驶重卡在封闭场景国产方案成熟（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氢燃料电池重卡核心部件仍依赖外部供应、存在卡脖子风险（来源：2025年专家访谈）。双挡电驱桥等新技术量产良率与可靠性需持续验证（来源：2025年行业研究）。智能网联重卡软件与数据安全合规要求趋严（来源：2025年政策研究）。电驱系统热管理与寿命仍需工程验证（来源：2025年行业研究）。氢能储运加基础设施不足制约推广（来源：2025年专家访谈）。智能驾驶算法长尾场景识别存在不确定性（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等原材料价格波动影响重卡制造成本与毛利（来源：2024年行业分析）。重卡市场周期性明显、销量受基建物流景气度影响波动（来源：2024年中国汽车工业协会）。新能源补贴退坡后整车企业盈利承压（来源：2024年行业分析）。动力电池价格下行利好新能源重卡成本（来源：2025年行业研究）。芯片等电子部件价格随供应链波动（来源：2024年行业分析）。物流运价波动影响终端购车需求（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新能源重卡渗透率提升、纯电混动氢能三路线替代燃油重卡（来源：2025年济南日报）」与「山东省氢能产业示范项目落地莱芜、催生新能源商用车需求（来源：2025年济南日报）」等数据点清晰刻画了该维度的现实基础；新能源重卡渗透率提升、纯电混动氢能三路线替代燃油重卡（来源：2025年济南日报）；山东省氢能产业示范项目落地莱芜、催生新能源商用车需求（来源：2025年济南日报）；商用车智能化网联化升级带来高端重卡增量市场（来源：2025年行业研究）；进口高端重卡替代加速、自主品牌份额提升（来源：2024年中国汽车工业协会）。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按图索骥推进以链招商、2025年紧盯98家重点企业（来源：2025年济南日报）」与「要素跟着项目走提前介入保障项目落地（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芜区以重汽为链主、实体化运行汽车产业专班（来源：2026年大众日报）。将汽车产业细分为车身底盘电气设备新能源四大矩阵46领域（来源：2025年济南日报）。按图索骥推进以链招商、2025年紧盯98家重点企业（来源：2025年济南日报）。莱芜区构建谋划招引落地建设投产再谋划闭环（来源：2026年大众日报）。要素跟着项目走提前介入保障项目落地（来源：2026年大众日报）。区领导联系服务企业、百人助百企专项行动（来源：2025年莱芜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延链补链强链攻坚、补齐车身底盘电气新能源短板（来源：2025年济南日报）。力争5年形成千亿产值百家企业二十亿税收整车集群（来源：2025年济南日报）。2026年推进140个区级重点项目、竣工30个以上（来源：2026年大众日报）。实施优质企业攀登倍增行动培育领军企业（来源：2025年莱芜区）。开展制造业数字化转型提标行动与工赋泉城行动（来源：2025年莱芜区）。低碳赋能推进绿色工厂与新能源装机容量突破80万千瓦（来源：2025年莱芜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招商图谱靶向开展以链招商以商招商园区招商（来源：2025年莱芜区）。三年来招引491个优质项目、新增储备项目448个总投资1660亿（来源：2026年大众日报）。重汽试验检测中心一期等6个项目投产、汇金差速器等37个加快建设（来源：2026年大众日报）。2025年紧盯98家重点企业登门招商深度对接（来源：2025年济南日报）。力争今年招引储备项目30个以上、利用5年形成百亿企业群（来源：2025年济南日报）。莱芜区2025年洽谈招引项目104个、总投资339亿元（来源：2026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按图索骥推进以链招商、2025年紧盯98家重点企业（来源：2025年济南日报）」与「要素跟着项目走提前介入保障项目落地（来源：2026年大众日报）」等数据点清晰刻画了该维度的现实基础；按图索骥推进以链招商、2025年紧盯98家重点企业（来源：2025年济南日报）；要素跟着项目走提前介入保障项目落地（来源：2026年大众日报）；区领导联系服务企业、百人助百企专项行动（来源：2025年莱芜区）；力争5年形成千亿产值百家企业二十亿税收整车集群（来源：2025年济南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国重汽智能网联重卡项目总投资150亿元（来源：2020年新华社）」与「重汽新能源产品试验检测中心投资18.5亿元（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国重汽智能网联重卡项目总投资150亿元（来源：2020年新华社）。重汽新能源产品试验检测中心投资18.5亿元（来源：2026年大众日报）。泰莱电气新能源装备智能制造项目投资7.5亿元（来源：2025年莱芜区）。重汽试验检测中心一期等6个投产项目合计投资规模可观（来源：2026年大众日报）。汇金差速器智造等37个重点项目需配套融资（来源：2026年大众日报）。莱芜区三年梯次实施重点工业项目190个带动投资（来源：2025年莱芜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莱芜区三年争取设备更新再贷款额度39.3亿元支持技改（来源：2025年莱芜区）。汽车产业目标5年千亿产值需持续资本开支（来源：2025年济南日报）。汇金差速器智造等37个重点项目加快建设需配套融资（来源：2026年大众日报）。重汽新能源试验检测中心建设资金需求18.5亿元（来源：2026年大众日报）。新能源重卡产线扩张需要增量设备投资（来源：2025年行业研究）。智能网联与氢能研发需要持续研发资金投入（来源：2025年济南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超长期特别国债3亿元、政府专项债17亿元（来源：2026年大众日报）。通过产业基金+银行授信+股权融资组合支持链主及配套（来源：2025年莱芜区）。莱芜区争取上级各类资金27.4亿元要素跟着项目走（来源：2025年莱芜区）。设备更新再贷款额度39.3亿元支持企业技改扩产（来源：2025年莱芜区）。引导社会资本参与重汽配套与新能源重卡项目（来源：2025年莱芜区）。鼓励专精特新企业对接多层次资本市场融资（来源：2025年莱芜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国重汽智能网联重卡项目总投资150亿元（来源：2020年新华社）」与「重汽新能源产品试验检测中心投资18.5亿元（来源：2026年大众日报）」等数据点清晰刻画了该维度的现实基础；中国重汽智能网联重卡项目总投资150亿元（来源：2020年新华社）；重汽新能源产品试验检测中心投资18.5亿元（来源：2026年大众日报）；泰莱电气新能源装备智能制造项目投资7.5亿元（来源：2025年莱芜区）；重汽试验检测中心一期等6个投产项目合计投资规模可观（来源：2026年大众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商用车整车与专用车制造在济南市莱芜区依托区域产业基础与政策赋能，已形成以量化事实为支撑的发展格局。莱芜区2024年工业总产值实现1307亿元、总量居济南市第2位（来源：2025年莱芜区新闻发布会）；2025年莱芜区地区生产总值突破1057.4亿元、一季度增长5.9%（来源：2026年大众日报）；2024年莱芜区工业总产值1307亿元、规模以上工业增加值增长4.1%（来源：2025年莱芜区）；莱芜区规上工业企业数字化转型覆盖率达到80%（来源：2026年莱芜区计划）；莱芜区构建企业全生命周期24小时企业管家服务体系（来源：2025年莱芜区）；汽车产业目标5年形成千亿产值、百家企业、二十亿税收整车集群（来源：2025年济南日报）；莱芜区出台人才新政双30条、累计引进青年人才1.4万名（来源：2025年莱芜区）；近三年全区累计争取上级各类资金27.4亿元、设备更新再贷款39.3亿元（来源：2025年莱芜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国重汽集团济南卡车股份有限公司莱芜工厂为莱芜汽车产业集群链主企业，位于山东重工（济南莱芜）绿色智造产业城，承担「黄河」品牌高端重卡与全新一代豪沃TH7重卡生产。其智能网联（新能源）重卡项目总投资150亿元、占地3106亩、建筑面积100万平方米，采用全球先进智能制造生产线，一期年产能10万辆整车，达产可实现收入350亿元、创造税收25亿元。2025年总装车间每5分钟下线一辆重卡、两条线日产出320辆整车，2025年1-7月整车生产突破7万辆、同比大幅增长17%，是山东省重卡第一梯队核心产地与山东省智能工厂。</w:t>
      </w:r>
    </w:p>
    <w:p>
      <w:pPr>
        <w:spacing w:lineRule="exact" w:line="600" w:before="0" w:after="0"/>
        <w:ind w:firstLine="420"/>
        <w:jc w:val="both"/>
      </w:pPr>
      <w:r>
        <w:rPr>
          <w:rFonts w:ascii="仿宋_GB2312" w:hAnsi="仿宋_GB2312" w:eastAsia="仿宋_GB2312"/>
          <w:b w:val="0"/>
          <w:color w:val="000000"/>
          <w:sz w:val="32"/>
        </w:rPr>
        <w:t>山东重工（济南莱芜）绿色智造产业城为省级重点产业城，是中国重汽智能网联重卡项目与凯傲智能叉车项目的承载平台。产业城2019年启动建设，仅用280天实现重卡项目投产和首台黄河重卡下线，创造了重卡工厂建设速度纪录。园区内同步布局重汽新能源产品试验检测中心，投资18.5亿元，投用后将成为全省最大、国际一流的商用车试验检测基地，并集聚凯傲叉车、汇金股份等骨干企业，构建从整车到零部件的协同生态，是莱芜「整车+汽车零部件+物流」全产业链的空间载体。</w:t>
      </w:r>
    </w:p>
    <w:p>
      <w:pPr>
        <w:spacing w:lineRule="exact" w:line="600" w:before="0" w:after="0"/>
        <w:ind w:firstLine="420"/>
        <w:jc w:val="both"/>
      </w:pPr>
      <w:r>
        <w:rPr>
          <w:rFonts w:ascii="仿宋_GB2312" w:hAnsi="仿宋_GB2312" w:eastAsia="仿宋_GB2312"/>
          <w:b w:val="0"/>
          <w:color w:val="000000"/>
          <w:sz w:val="32"/>
        </w:rPr>
        <w:t>维泰葛（山东）新材料有限公司位于莱芜区方下街道顺丰科技孵化产业园，是中国重汽、陕汽等主机厂的核心外饰件供应商。公司4条生产线可年产重卡顶盖、导流罩等汽车外饰件18万套，目前每天生产重卡C7H左右门下装饰板近200件。公司正计划投资建设高强度碳纤维重卡驾驶室顶盖项目，预计年产新型驾驶室顶盖4万套，以轻量化材料切入新能源重卡配套赛道，是莱芜车身矩阵延链补链的典型配套企业，并入选省级专精特新行列。</w:t>
      </w:r>
    </w:p>
    <w:p>
      <w:pPr>
        <w:spacing w:lineRule="exact" w:line="600" w:before="0" w:after="0"/>
        <w:jc w:val="left"/>
      </w:pPr>
      <w:r>
        <w:rPr>
          <w:rFonts w:ascii="仿宋_GB2312" w:hAnsi="仿宋_GB2312" w:eastAsia="仿宋_GB2312"/>
          <w:b w:val="0"/>
          <w:color w:val="000000"/>
          <w:sz w:val="28"/>
        </w:rPr>
        <w:t>主要数据来源：济南日报2025年莱芜汽车产业集群报道；新华社2020年中国重汽智能网联重卡项目投产报道；莱芜区2026年国民经济计划与社会发展新闻发布会；大众日报2026年莱芜区项目赋能报道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